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друга</w:t>
      </w:r>
    </w:p>
    <w:p>
      <w:r>
        <w:br/>
        <w:t xml:space="preserve"> Якщо раптом дізнавсь, що друг&lt;br /&gt;</w:t>
        <w:br/>
        <w:t>І не ворог, не друг, а так,&lt;br /&gt;</w:t>
        <w:br/>
        <w:t>І одразу не розбереш,&lt;br /&gt;</w:t>
        <w:br/>
        <w:t>Погань він чи святий, —</w:t>
      </w:r>
    </w:p>
    <w:p>
      <w:r>
        <w:br/>
        <w:t>Хлопця в гори з собою тягни,&lt;br /&gt;</w:t>
        <w:br/>
        <w:t>Не кидай одного його,&lt;br /&gt;</w:t>
        <w:br/>
        <w:t>Хай у зв'язці з тобою одній —&lt;br /&gt;</w:t>
        <w:br/>
        <w:t>Там пізнаєш — який.</w:t>
      </w:r>
    </w:p>
    <w:p>
      <w:r>
        <w:br/>
        <w:t>Якщо хлопець в горах — не ах,&lt;br /&gt;</w:t>
        <w:br/>
        <w:t>Якщо зразу розкис — і вниз,&lt;br /&gt;</w:t>
        <w:br/>
        <w:t>Крок — на льодовик і скис,&lt;br /&gt;</w:t>
        <w:br/>
        <w:t>Оступився — і в крик, —</w:t>
      </w:r>
    </w:p>
    <w:p>
      <w:r>
        <w:br/>
        <w:t>Отже, поруч — тобі чужий,&lt;br /&gt;</w:t>
        <w:br/>
        <w:t>Ти його не свари — жени, —&lt;br /&gt;</w:t>
        <w:br/>
        <w:t>В гори цих не беруть паскуд&lt;br /&gt;</w:t>
        <w:br/>
        <w:t>Й серцем не поважають.</w:t>
      </w:r>
    </w:p>
    <w:p>
      <w:r>
        <w:br/>
        <w:t>Якщо ж він не скавчав, не нив,&lt;br /&gt;</w:t>
        <w:br/>
        <w:t>Був похмурий і злий, та йшов,&lt;br /&gt;</w:t>
        <w:br/>
        <w:t>А коли ти зі скелі упав,&lt;br /&gt;</w:t>
        <w:br/>
        <w:t>Він стогнав — та тримав, —</w:t>
      </w:r>
    </w:p>
    <w:p>
      <w:r>
        <w:br/>
        <w:t>Якщо йшов разом він як в бій,&lt;br /&gt;</w:t>
        <w:br/>
        <w:t>На вершині стояв, хмільний, —&lt;br /&gt;</w:t>
        <w:br/>
        <w:t>Значить, як на себе самого&lt;br /&gt;</w:t>
        <w:br/>
        <w:t>Покладись на нього.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