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про буревісника</w:t>
      </w:r>
    </w:p>
    <w:p>
      <w:r>
        <w:br/>
        <w:t xml:space="preserve"> &lt;p&gt;Максим Горький</w:t>
      </w:r>
    </w:p>
    <w:p>
      <w:r>
        <w:br/>
        <w:t>Пісня про буревісника</w:t>
      </w:r>
    </w:p>
    <w:p>
      <w:r>
        <w:br/>
        <w:t>Перекладач: А.Хуторян</w:t>
      </w:r>
    </w:p>
    <w:p>
      <w:r>
        <w:br/>
        <w:t>Джерело: З книги: Зарубіжна література: Хрестоматія: 11 кл.— Х.: Світ дитинства, 1992.</w:t>
      </w:r>
    </w:p>
    <w:p>
      <w:r>
        <w:br/>
        <w:t>Над простором сивим моря вітер гори хмар збирає. А між хмарами і морем гордо лине Буревісник, наче чорна блискавиця.</w:t>
      </w:r>
    </w:p>
    <w:p>
      <w:r>
        <w:br/>
        <w:t>То крилом торкнеться хвилі, то летить стрілою в хмари, він кричить, — і хмари чують радість в смілім крику птаха.</w:t>
      </w:r>
    </w:p>
    <w:p>
      <w:r>
        <w:br/>
        <w:t>В крику цім — жадоба бурі! Силу гніву, пломінь палу, неминучість перемоги чують хмари в цьому крику.</w:t>
      </w:r>
    </w:p>
    <w:p>
      <w:r>
        <w:br/>
        <w:t>Чайки стогнуть, чувши бурю, — стогнуть в остраху над морем, і на дні свій жах готові перед бурею сховати.</w:t>
      </w:r>
    </w:p>
    <w:p>
      <w:r>
        <w:br/>
        <w:t>I гагари також стогнуть — їм, гагарам, неприступна насолода битв життєвих: грім ударів їх лякає.</w:t>
      </w:r>
    </w:p>
    <w:p>
      <w:r>
        <w:br/>
        <w:t>Дурень-пінгвін товсте тіло боязко ховає в скелях... Тільки гордий Буревісник вільно й сміливо ширяє над од піни сивим морем!</w:t>
      </w:r>
    </w:p>
    <w:p>
      <w:r>
        <w:br/>
        <w:t>Все похмурніше і нижче хмари купчаться над морем, і співають, ринуть хвилі в височінь назустріч грому.</w:t>
      </w:r>
    </w:p>
    <w:p>
      <w:r>
        <w:br/>
        <w:t>Грім гуркоче. В піні гніву стогнуть хвилі, сперечаються із вітром. Ось в міцних своїх обіймах вітер зграю хвиль стискає і кидає, розмахнувшись, в лютій злобі їх на скелі, розбиваючи на порох те смарагдове громаддя.</w:t>
      </w:r>
    </w:p>
    <w:p>
      <w:r>
        <w:br/>
        <w:t>Буревісник з криком лине, наче чорна блискавиця, як стріла проймає хмари, піну хвиль крилом зриває.</w:t>
      </w:r>
    </w:p>
    <w:p>
      <w:r>
        <w:br/>
        <w:t>Ось шугає він, як демон, — гордий, чорний демон бурі, — і сміється, і ридає... Він із чорних хмар сміється, він од радості ридає!</w:t>
      </w:r>
    </w:p>
    <w:p>
      <w:r>
        <w:br/>
        <w:t>В гніві грому, — чуйний демон, — він давно утому чує, та він певен: не сховають хмари сонця, — не сховають!</w:t>
      </w:r>
    </w:p>
    <w:p>
      <w:r>
        <w:br/>
        <w:t>Вітер виє... Грім гуркоче...</w:t>
      </w:r>
    </w:p>
    <w:p>
      <w:r>
        <w:br/>
        <w:t>Синім полум'ям палають зграї хмар над виром моря. Море ловить блискавиці і в своїй безодні гасить. Наче вогненнії змії, в'ються в морі і зникають в нім відбиті блискавиці.</w:t>
      </w:r>
    </w:p>
    <w:p>
      <w:r>
        <w:br/>
        <w:t>— Буря! Скоро вдарить буря!</w:t>
      </w:r>
    </w:p>
    <w:p>
      <w:r>
        <w:br/>
        <w:t>Це сміливий Буревісник гордо в блискавках ширяє над ревучим гнівним морем, то кричить пророк звитяги: — Хай ще дужче вдарить буря!</w:t>
      </w:r>
    </w:p>
    <w:p>
      <w:r>
        <w:br/>
        <w:t>(1901)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про буревісника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