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кільчастих дротів</w:t>
      </w:r>
    </w:p>
    <w:p>
      <w:r>
        <w:br/>
        <w:t xml:space="preserve"> У бурю-негоду, як падають громи,&lt;br /&gt;</w:t>
        <w:br/>
        <w:t>Співаємо пісню без впину, без втоми,&lt;br /&gt;</w:t>
        <w:br/>
        <w:t>А в пісню вплітаються громи й проклін.&lt;br /&gt;</w:t>
        <w:br/>
        <w:t>Ідуть до нас гості, ідуть з двох сторін — гура!</w:t>
      </w:r>
    </w:p>
    <w:p>
      <w:r>
        <w:br/>
        <w:t>І літом в пожежі гарячої днини,&lt;br /&gt;</w:t>
        <w:br/>
        <w:t>Як все вколо сохне, рвесь віддих людини,&lt;br /&gt;</w:t>
        <w:br/>
        <w:t>Як сріблом на сонці виблискує кріс,&lt;br /&gt;</w:t>
        <w:br/>
        <w:t>Співаємо пісню, аж луни б'ють в ліс — гура!</w:t>
      </w:r>
    </w:p>
    <w:p>
      <w:r>
        <w:br/>
        <w:t>А в сумну осінню вечірню годину,&lt;br /&gt;</w:t>
        <w:br/>
        <w:t>Як вітер від поля ридає без впину,&lt;br /&gt;</w:t>
        <w:br/>
        <w:t>Як сірі колоди лежать на стерни,&lt;br /&gt;</w:t>
        <w:br/>
        <w:t>Співаємо з вітром осіннім: засни, засни!..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кільчастих дротів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