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бадьорих бродяг</w:t>
      </w:r>
    </w:p>
    <w:p>
      <w:r>
        <w:br/>
        <w:t xml:space="preserve"> 1</w:t>
      </w:r>
    </w:p>
    <w:p>
      <w:r>
        <w:br/>
        <w:t>В дорогу! Щоб лиш сонце нам світило,&lt;br /&gt;</w:t>
        <w:br/>
        <w:t>щоб ясен круг горів нам угорі.&lt;br /&gt;</w:t>
        <w:br/>
        <w:t>О ти, шляхів безкраїх дивна сило,&lt;br /&gt;</w:t>
        <w:br/>
        <w:t>що маниш нас в своїй мінливій грі.&lt;br /&gt;</w:t>
        <w:br/>
        <w:t>Як вдарить запах піль в вікна вітрило,&lt;br /&gt;</w:t>
        <w:br/>
        <w:t>хто видержить в душних кімнат жарі.&lt;br /&gt;</w:t>
        <w:br/>
        <w:t>Упитись далі подихом так мило,&lt;br /&gt;</w:t>
        <w:br/>
        <w:t>геть суми, думи кинути старі!&lt;br /&gt;</w:t>
        <w:br/>
        <w:t>Вітрами поле душі нам обмило,&lt;br /&gt;</w:t>
        <w:br/>
        <w:t>а пісню підказали комарі.&lt;br /&gt;</w:t>
        <w:br/>
        <w:t>Складаєм дні в яскравих айстрів клумби,&lt;br /&gt;</w:t>
        <w:br/>
        <w:t>нових Америк щастя ми Колумби.</w:t>
      </w:r>
    </w:p>
    <w:p>
      <w:r>
        <w:br/>
        <w:t>2</w:t>
      </w:r>
    </w:p>
    <w:p>
      <w:r>
        <w:br/>
        <w:t>Чи в очі дощ січе, немов горох,&lt;br /&gt;</w:t>
        <w:br/>
        <w:t>чи в літній день пітніти буде тіло,&lt;br /&gt;</w:t>
        <w:br/>
        <w:t>хоч рахувати ти б не вмів до трьох,&lt;br /&gt;</w:t>
        <w:br/>
        <w:t>хоч від журби твоє би серце мліло,&lt;br /&gt;</w:t>
        <w:br/>
        <w:t>м'який безмежжя обмотає мох,&lt;br /&gt;</w:t>
        <w:br/>
        <w:t>поглянеш в тихий, вільний безкрай сміло,&lt;br /&gt;</w:t>
        <w:br/>
        <w:t>покинеш хвиль минулих темний льох,&lt;br /&gt;</w:t>
        <w:br/>
        <w:t>і буде серце юним шалом цвіло,&lt;br /&gt;</w:t>
        <w:br/>
        <w:t>і буде в тобі грав пташиний тьох,&lt;br /&gt;</w:t>
        <w:br/>
        <w:t>поймеш заплутане природи діло.&lt;br /&gt;</w:t>
        <w:br/>
        <w:t>Без меж і стін, що тиснуть, станеш тут,&lt;br /&gt;</w:t>
        <w:br/>
        <w:t>бродяга, волокита, шалапут.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бадьорих бродяг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