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2</w:t>
      </w:r>
    </w:p>
    <w:p>
      <w:r>
        <w:br/>
        <w:t xml:space="preserve"> пісня 2</w:t>
      </w:r>
    </w:p>
    <w:p>
      <w:r>
        <w:br/>
        <w:t>Це містечко вночі по мені&lt;br /&gt;</w:t>
        <w:br/>
        <w:t>Заграє на губній гармоніці..&lt;br /&gt;</w:t>
        <w:br/>
        <w:t>Мене тут не буде..&lt;br /&gt;</w:t>
        <w:br/>
        <w:t>Я знаю, коли сплю, перекривлює в гримасах&lt;br /&gt;</w:t>
        <w:br/>
        <w:t>Мої слова, мою покручену ходу..&lt;br /&gt;</w:t>
        <w:br/>
        <w:t>По площі кінь тягне будку з хлібом: цок, цок..&lt;br /&gt;</w:t>
        <w:br/>
        <w:t>Ця застигла лава під ногами&lt;br /&gt;</w:t>
        <w:br/>
        <w:t>Змушує тверезіше дивитись вперед,&lt;br /&gt;</w:t>
        <w:br/>
        <w:t>Роздирає повіки..&lt;br /&gt;</w:t>
        <w:br/>
        <w:t>Я відчуваю, десь під ногами&lt;br /&gt;</w:t>
        <w:br/>
        <w:t>Вночі щось сталось, може, вчора..&lt;br /&gt;</w:t>
        <w:br/>
        <w:t>Глибинний, неясний гул..&lt;br /&gt;</w:t>
        <w:br/>
        <w:t>Щоб почути його,&lt;br /&gt;</w:t>
        <w:br/>
        <w:t>Щоб розбудити в серці&lt;br /&gt;</w:t>
        <w:br/>
        <w:t>Голос далекого пробудження,&lt;br /&gt;</w:t>
        <w:br/>
        <w:t>Мусиш заснути,&lt;br /&gt;</w:t>
        <w:br/>
        <w:t>Вдати глибоку втому..&lt;br /&gt;</w:t>
        <w:br/>
        <w:t>Кінь з дощаною будкою&lt;br /&gt;</w:t>
        <w:br/>
        <w:t>Вперто бореться з часом:&lt;br /&gt;</w:t>
        <w:br/>
        <w:t>Цок, цок — сьогодні білий хліб, гарячий..&lt;br /&gt;</w:t>
        <w:br/>
        <w:t>Колись і я змагався з часом..&lt;br /&gt;</w:t>
        <w:br/>
        <w:t>Він підхоплював мене смерчем,&lt;br /&gt;</w:t>
        <w:br/>
        <w:t>І крутив як хотів високо над дахами..&lt;br /&gt;</w:t>
        <w:br/>
        <w:t>Тепер я знаю, він замкнутий, темний,&lt;br /&gt;</w:t>
        <w:br/>
        <w:t>Тісний, як хліб у будці,&lt;br /&gt;</w:t>
        <w:br/>
        <w:t>Дощанім серці…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