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Пісні творіння</w:t>
      </w:r>
    </w:p>
    <w:p>
      <w:r>
        <w:br/>
        <w:t xml:space="preserve"> 1</w:t>
      </w:r>
    </w:p>
    <w:p>
      <w:r>
        <w:br/>
        <w:t>Бог створив спочатку сонце&lt;br /&gt;</w:t>
        <w:br/>
        <w:t>І зірки під небозводом.&lt;br /&gt;</w:t>
        <w:br/>
        <w:t>А щоб піт з чола не гинув,-&lt;br /&gt;</w:t>
        <w:br/>
        <w:t>І воли створив він згодом.</w:t>
      </w:r>
    </w:p>
    <w:p>
      <w:r>
        <w:br/>
        <w:t>Сотворивши диких левів,&lt;br /&gt;</w:t>
        <w:br/>
        <w:t>Звірів грізних, дивовижних,&lt;br /&gt;</w:t>
        <w:br/>
        <w:t>Він, по лев'ячій подобі,&lt;br /&gt;</w:t>
        <w:br/>
        <w:t>Сотворив і кицьок ніжних.</w:t>
      </w:r>
    </w:p>
    <w:p>
      <w:r>
        <w:br/>
        <w:t>Для залюднення простору&lt;br /&gt;</w:t>
        <w:br/>
        <w:t>Бог людей зліпив із глини,&lt;br /&gt;</w:t>
        <w:br/>
        <w:t>Потім мавпочок цікавих&lt;br /&gt;</w:t>
        <w:br/>
        <w:t>Сотворив на кшталт людини.</w:t>
      </w:r>
    </w:p>
    <w:p>
      <w:r>
        <w:br/>
        <w:t>Сатана ж сміявся з того:&lt;br /&gt;</w:t>
        <w:br/>
        <w:t>— Бог себе вже копіює!&lt;br /&gt;</w:t>
        <w:br/>
        <w:t>На зразок воловий скоро&lt;br /&gt;</w:t>
        <w:br/>
        <w:t>І телята він змайструє!</w:t>
      </w:r>
    </w:p>
    <w:p>
      <w:r>
        <w:br/>
        <w:t>2</w:t>
      </w:r>
    </w:p>
    <w:p>
      <w:r>
        <w:br/>
        <w:t>Тож до чорта бог озвався:&lt;br /&gt;</w:t>
        <w:br/>
        <w:t>— Так, себе я копіюю,&lt;br /&gt;</w:t>
        <w:br/>
        <w:t>Після сонця в мене зорі,&lt;br /&gt;</w:t>
        <w:br/>
        <w:t>По волах — телят майструю.</w:t>
      </w:r>
    </w:p>
    <w:p>
      <w:r>
        <w:br/>
        <w:t>Після левів дивовижних&lt;br /&gt;</w:t>
        <w:br/>
        <w:t>Сотворив я кицьок ніжних,&lt;br /&gt;</w:t>
        <w:br/>
        <w:t>Мавпі взяв зразком людину, —&lt;br /&gt;</w:t>
        <w:br/>
        <w:t>Ти ж створив хоч річ єдину?</w:t>
      </w:r>
    </w:p>
    <w:p>
      <w:r>
        <w:br/>
        <w:t>3</w:t>
      </w:r>
    </w:p>
    <w:p>
      <w:r>
        <w:br/>
        <w:t>Для слави створив я сонце й людину,&lt;br /&gt;</w:t>
        <w:br/>
        <w:t>Лева й вола — окрасу природи;&lt;br /&gt;</w:t>
        <w:br/>
        <w:t>А кицьок і зорі у вільну годину&lt;br /&gt;</w:t>
        <w:br/>
        <w:t>Створив я для власної насолоди.</w:t>
      </w:r>
    </w:p>
    <w:p>
      <w:r>
        <w:br/>
        <w:t>4</w:t>
      </w:r>
    </w:p>
    <w:p>
      <w:r>
        <w:br/>
        <w:t>Почав я творити цей світ чудовий —&lt;br /&gt;</w:t>
        <w:br/>
        <w:t>За тиждень скінчилася праця моя,&lt;br /&gt;</w:t>
        <w:br/>
        <w:t>Але ж проект світобудови&lt;br /&gt;</w:t>
        <w:br/>
        <w:t>Тисячоліття виношував я.</w:t>
      </w:r>
    </w:p>
    <w:p>
      <w:r>
        <w:br/>
        <w:t>Робота — дрібнота, саме творіння&lt;br /&gt;</w:t>
        <w:br/>
        <w:t>Не вельми обтяжує творця.&lt;br /&gt;</w:t>
        <w:br/>
        <w:t>Ми тільки з задуму, з плану, з уміння&lt;br /&gt;</w:t>
        <w:br/>
        <w:t>Бачимо справжню вартість митця.</w:t>
      </w:r>
    </w:p>
    <w:p>
      <w:r>
        <w:br/>
        <w:t>Мені довелося років із триста&lt;br /&gt;</w:t>
        <w:br/>
        <w:t>Робити безліч дрібних відкрить,&lt;br /&gt;</w:t>
        <w:br/>
        <w:t>Щоб з бруду і твані зліпити юриста&lt;br /&gt;</w:t>
        <w:br/>
        <w:t>І найпосліднішу блішку створить.</w:t>
      </w:r>
    </w:p>
    <w:p>
      <w:r>
        <w:br/>
        <w:t>5</w:t>
      </w:r>
    </w:p>
    <w:p>
      <w:r>
        <w:br/>
        <w:t>Так сказав творець в день шостий:&lt;br /&gt;</w:t>
        <w:br/>
        <w:t>— Ось уже я й довершив&lt;br /&gt;</w:t>
        <w:br/>
        <w:t>Це величне сотворіння&lt;br /&gt;</w:t>
        <w:br/>
        <w:t>Й ніби гарно все зробив.</w:t>
      </w:r>
    </w:p>
    <w:p>
      <w:r>
        <w:br/>
        <w:t>Як це сонце променисто&lt;br /&gt;</w:t>
        <w:br/>
        <w:t>Вистеляє в морі путь!&lt;br /&gt;</w:t>
        <w:br/>
        <w:t>Як дерева зеленіють,&lt;br /&gt;</w:t>
        <w:br/>
        <w:t>Мов мальовані, живуть!</w:t>
      </w:r>
    </w:p>
    <w:p>
      <w:r>
        <w:br/>
        <w:t>Чи ж не білі, мов з любайстру,&lt;br /&gt;</w:t>
        <w:br/>
        <w:t>Ген овечки серед нив?&lt;br /&gt;</w:t>
        <w:br/>
        <w:t>Чи ж не гарно, не природно&lt;br /&gt;</w:t>
        <w:br/>
        <w:t>Я природу сотворив?</w:t>
      </w:r>
    </w:p>
    <w:p>
      <w:r>
        <w:br/>
        <w:t>І земля і небо повні&lt;br /&gt;</w:t>
        <w:br/>
        <w:t>Вщерть пишнотою творця,-&lt;br /&gt;</w:t>
        <w:br/>
        <w:t>Тож мене хвалити будуть&lt;br /&gt;</w:t>
        <w:br/>
        <w:t>З віку в вік людські серця!</w:t>
      </w:r>
    </w:p>
    <w:p>
      <w:r>
        <w:br/>
        <w:t>6</w:t>
      </w:r>
    </w:p>
    <w:p>
      <w:r>
        <w:br/>
        <w:t>Поезії матеріал і плоть&lt;br /&gt;</w:t>
        <w:br/>
        <w:t>Не висмокчеш з пальця, де там!&lt;br /&gt;</w:t>
        <w:br/>
        <w:t>З нічого світу не створив господь, —&lt;br /&gt;</w:t>
        <w:br/>
        <w:t>Це важко й земним поетам.</w:t>
      </w:r>
    </w:p>
    <w:p>
      <w:r>
        <w:br/>
        <w:t>Я з випадкового добра&lt;br /&gt;</w:t>
        <w:br/>
        <w:t>Зліпив чоловіка — з глини,&lt;br /&gt;</w:t>
        <w:br/>
        <w:t>А потім прекрасну з його ребра&lt;br /&gt;</w:t>
        <w:br/>
        <w:t>Жінку створив для людини.</w:t>
      </w:r>
    </w:p>
    <w:p>
      <w:r>
        <w:br/>
        <w:t>З болота я небо воздвиг своє,&lt;br /&gt;</w:t>
        <w:br/>
        <w:t>Була то важкенька спробка!&lt;br /&gt;</w:t>
        <w:br/>
        <w:t>Цінність матеріалу дає&lt;br /&gt;</w:t>
        <w:br/>
        <w:t>Тільки мистецька обробка.</w:t>
      </w:r>
    </w:p>
    <w:p>
      <w:r>
        <w:br/>
        <w:t>7</w:t>
      </w:r>
    </w:p>
    <w:p>
      <w:r>
        <w:br/>
        <w:t>Чому я, власне, сотворив&lt;br /&gt;</w:t>
        <w:br/>
        <w:t>Цей світ — я залюбки відкрию:&lt;br /&gt;</w:t>
        <w:br/>
        <w:t>В душі, відчув я, пломеніє,&lt;br /&gt;</w:t>
        <w:br/>
        <w:t>Мов безум, творчості порив.</w:t>
      </w:r>
    </w:p>
    <w:p>
      <w:r>
        <w:br/>
        <w:t>Недужості нестерпний гніт,&lt;br /&gt;</w:t>
        <w:br/>
        <w:t>Оце й увесь тобі трапунок,-&lt;br /&gt;</w:t>
        <w:br/>
        <w:t>Лиш в творчості був порятунок,&lt;br /&gt;</w:t>
        <w:br/>
        <w:t>І зціливсь я, створивши світ.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Пісні творіння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