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Після грози</w:t>
      </w:r>
    </w:p>
    <w:p>
      <w:r>
        <w:br/>
        <w:t xml:space="preserve"> &lt;p&gt;У Вовчиному дворі під високою грушею стояли татові коні, Лиска й Гнідко. Опустивши голови в рептух, вони ліниво жували люцерну, а Вовка лежав на возі і дивився* на небо. Там на чисте блакитне плесо насувалася чорна хмара. Вона ворушилася, ніби велетенський слимак, і дедалі ставала темнішою. Видно, збирається на дощ, подумав Вовка. Бо й сонце припікає парко, аж загусає повітря.</w:t>
      </w:r>
    </w:p>
    <w:p>
      <w:r>
        <w:br/>
        <w:t>"Та-та-та",— обізвався за Орлянським лісом грім, наче підтакував Вовці. А за хвилину так гримнуло, що із сусідньої хати повискакували гості баби Степаниди. Син її, дядько Павло, уздрівши хмару, замахав руками, наче одбивався від бджолиного роя, і гукнув до жінки, тітки Олі:</w:t>
      </w:r>
    </w:p>
    <w:p>
      <w:r>
        <w:br/>
        <w:t>— Мерщій неси все в багажник, бо тут і на ніч захряснем!</w:t>
      </w:r>
    </w:p>
    <w:p>
      <w:r>
        <w:br/>
        <w:t>Дядько Павло приїхав до баби у гості з райцентру на власних червоненьких "Жигулях", то тепер, певна річ, злякався, що, як розкисне ґрунтова дорога, йому не вибратись із села. До бруківки — кілометрів зо два.</w:t>
      </w:r>
    </w:p>
    <w:p>
      <w:r>
        <w:br/>
        <w:t>Хмара, ніби її струсонув не грім, а дядьків вигук, вронила на землю великі, як смородина, краплі. Спершу вони падали ріденько, а потім вперіщили як з відра. Крізь густу грушеву крону дощ майже не діставав Вовку. Лише зрідка на нього попадали приємні холодні бризки.</w:t>
      </w:r>
    </w:p>
    <w:p>
      <w:r>
        <w:br/>
        <w:t>Тьотя Оля спритно повкидала в багажник різні вузлики, кошики, банки, а потім сіла поруч із дядьком Павлом у машину, та заревла і рвонула з місця, мовби схарапуджений кінь.</w:t>
      </w:r>
    </w:p>
    <w:p>
      <w:r>
        <w:br/>
        <w:t>Баба Степанида стояла під дощем і дивилася гостям услід. Вона не втекла до хати навіть тоді, коли в небі ляснула звивиста блискавка. Вовка знав, що баба Степанида боїться грози і, коли починає блискати, завжди біжить до сусідів. А тепер стояла незрушно біля хвіртки, наче то з її вини сина застав дощ і вона мала спокутувати гріх.</w:t>
      </w:r>
    </w:p>
    <w:p>
      <w:r>
        <w:br/>
        <w:t>Вовка й собі вибіг на шлях — пірнув у дощ, мовби в розбурхану річку. То була справжня злива, яка миттю змочила землю. Крізь рябу пелену дощу Вовка побачив, як занесло червону машину, розвернуло впоперек дороги і мало не жбурнуло на телеграфний стовп. Машина ще якийсь час побуксувала, покрутилась, ніби на льоду, трохи проїхала і знов розвернулася впоперек шляху.</w:t>
      </w:r>
    </w:p>
    <w:p>
      <w:r>
        <w:br/>
        <w:t>Баба Степанида сплеснула в долоні, а потім, спотикаючись, бігцем підійшла до Вовки.</w:t>
      </w:r>
    </w:p>
    <w:p>
      <w:r>
        <w:br/>
        <w:t>— Іди гукай батька — нехай кіньми витягне! — перекричала вона шум дощу.</w:t>
      </w:r>
    </w:p>
    <w:p>
      <w:r>
        <w:br/>
        <w:t>— Батька немає вдома, пішов десь,— одказав Вовка і, щоб заспокоїти бабу, додав:— Але я — теж можу.</w:t>
      </w:r>
    </w:p>
    <w:p>
      <w:r>
        <w:br/>
        <w:t>— Хіба ж ти зумієш? Це якби хтось...</w:t>
      </w:r>
    </w:p>
    <w:p>
      <w:r>
        <w:br/>
        <w:t>Та Вовка вже не чув, як бідкалася баба Степанида. Він підійшов до Лиски й Гнідка, відв'язав од дишля рептуха, а потім поправив на конях упряж. Небо знову розпанахала блискавка, і зовсім поруч гримнув такий грім, що Вовка ледь не оглух.</w:t>
      </w:r>
    </w:p>
    <w:p>
      <w:r>
        <w:br/>
        <w:t>Він одчинив ворота, скочив на віз і, легенько махнувши батогом, прицмокнув на коней:</w:t>
      </w:r>
    </w:p>
    <w:p>
      <w:r>
        <w:br/>
        <w:t>— Но-о-о!</w:t>
      </w:r>
    </w:p>
    <w:p>
      <w:r>
        <w:br/>
        <w:t>Вовка й раніше їздив кіньми, але без тата, до того ж в отаку негоду боязко було вибиратися на ковзкий шлях.</w:t>
      </w:r>
    </w:p>
    <w:p>
      <w:r>
        <w:br/>
        <w:t>— Помаленьку, дивись там! — гукнула баба Степанида, і Вовка знав, що до цього вона хвилювалася за дядька Павла, а тепер потерпатиме ще й за нього. Така вже у баби вдача.</w:t>
      </w:r>
    </w:p>
    <w:p>
      <w:r>
        <w:br/>
        <w:t>Дядько Павло ніби відчув, що до нього їде підмога, і вийшов з машини. Побачивши Вовку, він кинувся йому назустріч, потім спохопився і відчинив багажник. З-під бабиних гостинців, дядько видобув трос.</w:t>
      </w:r>
    </w:p>
    <w:p>
      <w:r>
        <w:br/>
        <w:t>— Я завжди казав, що Вовка геройський хлопець! — крикнув він, коли підвода порівнялася з машиною.— Заїжджай наперед!</w:t>
      </w:r>
    </w:p>
    <w:p>
      <w:r>
        <w:br/>
        <w:t>Вовка ще трохи проїхав, а потім потяг віжки на себе і сточив воза ближче до машини.</w:t>
      </w:r>
    </w:p>
    <w:p>
      <w:r>
        <w:br/>
        <w:t>Грозі не видно було кінця. Хмари вже облягли всеньке небо, і від того надворі стало темно, мовби на землю раптово осів вечір. Змокрілі коні покірно стояли під зливою, ними струмочками стікала вода. Вовчині сорочка й штани щільно прилипли до тіла; здавалося, він голяка купався у вирі. Час від часу вибухав такий грім, що у Вовки темніло в очах. Він міцно натягував віжки, аби налякані коні не зірвалися в галоп.</w:t>
      </w:r>
    </w:p>
    <w:p>
      <w:r>
        <w:br/>
        <w:t>Дядько Павло довго вовтузився з тросом, прив'язуючи його до воза. Нарешті впорався.</w:t>
      </w:r>
    </w:p>
    <w:p>
      <w:r>
        <w:br/>
        <w:t>— Паняй! Тільки не зупиняйся! — наказав Вовці і сів за кермо.</w:t>
      </w:r>
    </w:p>
    <w:p>
      <w:r>
        <w:br/>
        <w:t>Машина заревла, і Вовка знову прицмокнув на коней. Рушили.</w:t>
      </w:r>
    </w:p>
    <w:p>
      <w:r>
        <w:br/>
        <w:t>Вовка легенько помахував батогом над Лискою і Гнідком і раз по раз озирався. Трос натягнувся, як струна. І шкіра на конях теж натягнулася від натуги, видно було, як гостро випиналися кінські хребти.</w:t>
      </w:r>
    </w:p>
    <w:p>
      <w:r>
        <w:br/>
        <w:t>Вряди-годи машину заносило на вибоїнах, і тоді вона тягла убік воза, аж заточувало Лиску й Гнідка.</w:t>
      </w:r>
    </w:p>
    <w:p>
      <w:r>
        <w:br/>
        <w:t>— Но-о-о!</w:t>
      </w:r>
    </w:p>
    <w:p>
      <w:r>
        <w:br/>
        <w:t>До бруківки зоставалося якихось метрів із триста, але вся біда була в тому, що дорога тут підіймалася вгору. Вовка помітив, що коні вповільнюють крок. Вони напружувалися з останніх сил, під цупкою гнідою шкірою бігали тверді м'язи, але ж Лиска й Гнідко не залізні. Машина — і та видихалась, а що вже казати про коней. Вовка сидів на возі, проте здавалося, що він ще ніколи так не втомлювався.</w:t>
      </w:r>
    </w:p>
    <w:p>
      <w:r>
        <w:br/>
        <w:t>Там, де дорога найкрутіше піднімалася вгору, коні раптом зупинилися. Вовка махнув над ними батогом, однак Лиска й Гнідко стояли, як укопані.</w:t>
      </w:r>
    </w:p>
    <w:p>
      <w:r>
        <w:br/>
        <w:t>— Но-о-о!</w:t>
      </w:r>
    </w:p>
    <w:p>
      <w:r>
        <w:br/>
        <w:t>Вовка озирнувся. За склом він побачив розпливчасте обличчя дядька Павла. Воно здалося йому злим. Вовка ждав, щоб відпочили коні.</w:t>
      </w:r>
    </w:p>
    <w:p>
      <w:r>
        <w:br/>
        <w:t>— Ну, що ти став? — Дядько Павло висунувся з вікна.— Махаєш тим батогом, наче мух одгониш! Не цяцькайся з ними! Бо дорога геть розгасне, тоді...— Він примовк, угледівши чоловіка, що йшов їм назустріч. Чоловік був у брезентовій накидці. Каптур так низько спадав йому на очі, що Вовка насилу впізнав сільмагівського продавця Кіндрата Корницького. Почувши завивання машини, Кіндрат вистромився з-під каптура, наче ховрах із нори.</w:t>
      </w:r>
    </w:p>
    <w:p>
      <w:r>
        <w:br/>
        <w:t>— Що, заклинило? — спитав раденько, мовби втішався з Павлової халепи.</w:t>
      </w:r>
    </w:p>
    <w:p>
      <w:r>
        <w:br/>
        <w:t>— Та таке,— відказав Павло,— Пособи хлопцеві...</w:t>
      </w:r>
    </w:p>
    <w:p>
      <w:r>
        <w:br/>
        <w:t>Знову тарахнув грім і заглушив його слова.</w:t>
      </w:r>
    </w:p>
    <w:p>
      <w:r>
        <w:br/>
        <w:t>— Я ж на службу поспішаю,— м'явся Кіндрат.</w:t>
      </w:r>
    </w:p>
    <w:p>
      <w:r>
        <w:br/>
        <w:t>— Хто там до тебе прийде таким дощем!</w:t>
      </w:r>
    </w:p>
    <w:p>
      <w:r>
        <w:br/>
        <w:t>— А нарошне хтось прийде, щоб подивитись, чи я не гуляю,— осміхався Кіндрат.— Знаєш, які тепер люди...</w:t>
      </w:r>
    </w:p>
    <w:p>
      <w:r>
        <w:br/>
        <w:t>Він підійшов і сів поруч Вовки, взявши у того віжки й батіг. Коням і так було важко, а тут ще цей усівся,— подумав Вовка.</w:t>
      </w:r>
    </w:p>
    <w:p>
      <w:r>
        <w:br/>
        <w:t>— Газуй! — крикнув Кіндрат і замахнувся батогом. Коли машина заревла, він так уперіщив Гнідка, що Вовка заплющився, як від блискавки. Віз поволі рушив угору. Кіндрат знову так хльоснув по спині Гнідка, що в того на спині здувся рубець.</w:t>
      </w:r>
    </w:p>
    <w:p>
      <w:r>
        <w:br/>
        <w:t>— Навіщо ви так? Не треба! — скрикнув Вовка.— Не треба, вони і так тягтимуть!</w:t>
      </w:r>
    </w:p>
    <w:p>
      <w:r>
        <w:br/>
        <w:t>— На те ж і батіг, щоб ним поганять,— реготнув Кіндрат і знову врепіжив Гнідка, а потім і Лиску.</w:t>
      </w:r>
    </w:p>
    <w:p>
      <w:r>
        <w:br/>
        <w:t>— Дайте! Віддайте батіг! — Вовка вхопився за пужално.— Вони і так підуть... — Голос його здригнувся.</w:t>
      </w:r>
    </w:p>
    <w:p>
      <w:r>
        <w:br/>
        <w:t>— А тепер підуть! Ясно, що підуть,— сказав Кіндрат і зіскочив з воза. — Колись і мене виручиш! — крикнув він до Павла.</w:t>
      </w:r>
    </w:p>
    <w:p>
      <w:r>
        <w:br/>
        <w:t>Щось гаряче й давке підкотилося Вовці до горла. Він опустив голову і, здавалось, забув і про машину, і про дядька Павла, і про грозу, забув, куди і навіщо їде...</w:t>
      </w:r>
    </w:p>
    <w:p>
      <w:r>
        <w:br/>
        <w:t>Опам'ятався, коли підвода викотила на бруківку і колеса заторохтіли по камінцях. Тільки тоді Вовка помітив, що вже й дощ перестав, і гроза покотилася небом далі...</w:t>
      </w:r>
    </w:p>
    <w:p>
      <w:r>
        <w:br/>
        <w:t>Дядько Павло швиденько відчепив трос, заховав його у багажник і підбіг до Вовки.</w:t>
      </w:r>
    </w:p>
    <w:p>
      <w:r>
        <w:br/>
        <w:t>— Я завжди казав, що ти геройський хлопець,— весело сказав він і тицьнув Вовці у руку якийсь папірець.— Бувай здоровий!</w:t>
      </w:r>
    </w:p>
    <w:p>
      <w:r>
        <w:br/>
        <w:t>Він сів за кермо, і червона машина швидко помчала синьою, вимитою дощем бруківкою.</w:t>
      </w:r>
    </w:p>
    <w:p>
      <w:r>
        <w:br/>
        <w:t>Вовка розтулив кулак і побачив у руці зіжмаканого карбованця...</w:t>
      </w:r>
    </w:p>
    <w:p>
      <w:r>
        <w:br/>
        <w:t>По дорозі додому Вовка зупинив коней біля крамниці. Він зайшов усередину. Людей не було, тільки Кіндрат вовтузився за прилавком біля якогось ящика. Почувши, що хтось зайшов, Кіндрат підвів голову й побачив Вовку.</w:t>
      </w:r>
    </w:p>
    <w:p>
      <w:r>
        <w:br/>
        <w:t>— А що, заробив на гостинці? — здогадався Кіндрат.— От бачиш, а ти сердився.</w:t>
      </w:r>
    </w:p>
    <w:p>
      <w:r>
        <w:br/>
        <w:t>Вовка поклав на прилавок зім'ятого карбованця.</w:t>
      </w:r>
    </w:p>
    <w:p>
      <w:r>
        <w:br/>
        <w:t>— Яких тобі? — спитав Кіндрат.— Раджу "Білочку", ти ще таких не їв. Вчора завезли.</w:t>
      </w:r>
    </w:p>
    <w:p>
      <w:r>
        <w:br/>
        <w:t>— Мені рафінаду,— сказав Вовка, дивлячись мимо Кіндрата.— Коробку.</w:t>
      </w:r>
    </w:p>
    <w:p>
      <w:r>
        <w:br/>
        <w:t>— Он як,— здивувався продавець. — Діло хазяйське. Як хочеш,— сказав кислим голосом. Посмішка чомусь зникла з його лиця.</w:t>
      </w:r>
    </w:p>
    <w:p>
      <w:r>
        <w:br/>
        <w:t>Вовка узяв рафінад і вийшов з крамниці.</w:t>
      </w:r>
    </w:p>
    <w:p>
      <w:r>
        <w:br/>
        <w:t>Кіндрат бачив у вікно, як хлопчик підійшов до коней, розгнуздав їм роти, а потім відкрив коробку і підніс на долоні білі грудочки цукру. Спершу Лисці, потім Гнідкові.</w:t>
      </w:r>
    </w:p>
    <w:p>
      <w:r>
        <w:br/>
        <w:t>Ще Лисці і ще Гнідкові.</w:t>
      </w:r>
    </w:p>
    <w:p>
      <w:r>
        <w:br/>
        <w:t>Ще й ще.</w:t>
      </w:r>
    </w:p>
    <w:p>
      <w:r>
        <w:br/>
        <w:t>Теплі шовкові губи коней солодко лоскотали долоні...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Після грози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