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птахолова</w:t>
      </w:r>
    </w:p>
    <w:p>
      <w:r>
        <w:br/>
        <w:t xml:space="preserve"> Жак Превер&lt;br /&gt;</w:t>
        <w:br/>
        <w:t>Пісенька птахолова</w:t>
      </w:r>
    </w:p>
    <w:p>
      <w:r>
        <w:br/>
        <w:t>Перекладач: О.Жупанський&lt;br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Птах що не раз висоту боров&lt;br /&gt;</w:t>
        <w:br/>
        <w:t>Птах червоний і теплий як кров&lt;br /&gt;</w:t>
        <w:br/>
        <w:t>Птах-пересмішник птах перелітний&lt;br /&gt;</w:t>
        <w:br/>
        <w:t>Птах лякливий такий тендітний&lt;br /&gt;</w:t>
        <w:br/>
        <w:t>Каменем падає крильми тріпоче&lt;br /&gt;</w:t>
        <w:br/>
        <w:t>Рветься з тенет на волю хоче&lt;br /&gt;</w:t>
        <w:br/>
        <w:t>Птах самотній немов сирота&lt;br /&gt;</w:t>
        <w:br/>
        <w:t>Птах о як він любив життя&lt;br /&gt;</w:t>
        <w:br/>
        <w:t>Птахові так хотілось кричати&lt;br /&gt;</w:t>
        <w:br/>
        <w:t>Птах червоний і теплий як кров&lt;br /&gt;</w:t>
        <w:br/>
        <w:t>Птах що не раз висоту боров&lt;br /&gt;</w:t>
        <w:br/>
        <w:t>Це серце твоє кохана дитино&lt;br /&gt;</w:t>
        <w:br/>
        <w:t>Так сумно б'є крилом без упину&lt;br /&gt;</w:t>
        <w:br/>
        <w:t>У грудях твоїх самотинно.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птахолова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