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Писанка</w:t>
      </w:r>
    </w:p>
    <w:p>
      <w:r>
        <w:br/>
        <w:t xml:space="preserve"> &lt;p&gt;Минувся великий піст, вже і свячена вербичка розпустила у садку зелені листячка; скінчився і клопітний білий тиждень, і навіть ця довга-предовга страсна субота згасла з рожевою вечірньою зорею. Настав тихий вечір, як завше буває перед Великоднем. Меласина мама понапікала, поналагоджувала, наготувала всього, що треба на Великдень, і тепер тільки прибирає у горницях удвох з нянькою. Маленький Митрик та Маруся скакають кругом великого стола, де розставлені високі паски поміж квіток, зеленого гілля та снопків квіточок у склянках; посередині шинка, порося, баранець і кошик з крашанками та писанки. Обоє мають радість і піднімають ще більший крик, як мама внесе що-небудь нового: або баранця, зробленого з жовтого свіжого масла, або густу білу сметану, де ложка стоїть сторчака, або пахущі ковбаси; скакають, бігають та нишком відлуплюють та куштують малесенькі шматочки з усього; отак бігали, бігали, аж поснули на стільчиках нероздягнені.</w:t>
      </w:r>
    </w:p>
    <w:p>
      <w:r>
        <w:br/>
        <w:t>А Мел асі нема з ними; не видко її коло мами в других горницях, ні в пекарні з дівчатами; вона забралася у маленьку темну горничку, де стоять дитячі ліжечка, відчинила собі віконечко і сіла дожидати Великодня. Давно вона вже чекала цієї ночі, давно вже обіцяла сама собі не заснути, як торік, і таки діждалася того святого часу, коли небо і земля, вода і вітер, птахи і квітки і люди усі радіють і христосуються; хотіла побачити, і як сонечко заграє, сходячи на Великдень, і як горобці ходитимуть, а не плигатимуть, багато дечого треба було їй узнати, побачити на власні очі. Попросилася була вона з татком на службу Божу, щоби самій почути, як дочитаються до Христа, як заспівають "Христос воскрес", обходячи кругом церкви з свічками. Але татко не любив возитись із сонними дітьми, та ще й до церкви. Подумала Мелася трохи, та заспокоїлась.</w:t>
      </w:r>
    </w:p>
    <w:p>
      <w:r>
        <w:br/>
        <w:t>— Нічого, — каже, — зате ж я почую, як буде христосуватись земля з небом, вода з вітром, квіти з листям і усе, усе.</w:t>
      </w:r>
    </w:p>
    <w:p>
      <w:r>
        <w:br/>
        <w:t>Сіла собі Мелася на вікні і дивилася в темряву, у сине зоряне небо, на темну церкву, де світло ще тільки трохи світиться усередині; вдивляється і вслухається у цю божественну ніч. Але вона добре знає, що у кожної дитини, котра хоче допитатись чого цікавого у темної зоряної ночі, є невидимий ворог; ласкаво і тихенько літає він на шовкових крилах враз із своєю меншою сестрою, помахує гарною квіткою, що зверху сива-волохата, а всередині ясно-бузкова, помахує квіточкою та заліплює дітям очі солодким липким медом, і в уха туркоче їм усяких казок. Тому ворогові прізвище: Сон, так як і його квітці. Вже знала Мелася добре його збитки; через нього ж вона на Страстях не вислухала усіх євангелій і її свічечка осталася тільки з чотирма, а не дванадцятьма зарубками; через нього і свічечку свою згасила, не донесла святого огню; сердилася Мелася на нього й за те, що не дав їй самій принести з утрені свяченої вербички, та багато ще дечого мала дівчинка проти свого ворога. Але вона сьогодні не піддається йому; ось як вона назброїлася: на вікно насипала гороху, поставила кухоль холодної води, а у вишивані по грудки сорочки застромила аж дві шпильки. Ось як тільки сон приступить до неї, потягне його з вікна додолу, то горошинки під нею так і заворушаться і посипляться, а вона зараз і почує. Почне сон заліплювати їй очі, а вона візьме і вмиється холодною водицею. Почне сон махати над нею своєю квіткою і її голівка почне хитатись, як та квітка — а Мелася тоді — шпиг! себе шпилькою, то сон так і відбіжить і сховається аж там, під черемухою.</w:t>
      </w:r>
    </w:p>
    <w:p>
      <w:r>
        <w:br/>
        <w:t>Довго мордувалася бідна дівчинка; бачила, як нянька повносила малих Митрика і Марусю і поклала їх в ліжечка; чула, як мати обійшла прибираючи, усі горниці і десь замовкла зовсім; чи може пішла ще у пекарню до челяді, чи може де присіла та заснула трохи перед службою. Але не спить Мелася і сон даремне ходить коло вікон, а дрімота коло плота, — вона їм не кориться, а все слухає, пильно слухає, аж в ухах у неї гуде та сичить. А ніч така темна-темна, та тиха, звісно, як під Великдень, бо тоді ніщо на світі не спить, а тільки притаїться та й пильнує, як би то дочека-ти, не проспати Христа; уже ж який збиточник вітер, а й той угамувавсь; листячка у садку ані шелесть! Тільки й чутно, як лусне який пуп'янок, хрусне яка суха гілочка, стрепенеться пташка, або жук прогуде — та все це давно знайоме Меласі, бо не першу ж нічку вона відкриває віконечко і навчається багато дечого цікавого у темної нічки; а вона сьогодні хоче почути оте нове, що ще не довелося чути їй, що тільки доводиться чути у Великодню ніч чистим душам. І як же Мелася чекала цеї ночі, як вона гаряче молилася, щоби почула оте таємне і святе, що її цікавило; як вона постила цілий піст, говіла, слухала маму; навіть з галасливим Митриком та плаксивою Марусею не сварилася. А тепер нічого не боїться дівчина, а з гарячою надією дивиться у темне зоряне небо. І ось бачить вона, по небу пливе малесенька біла хмарка і все ширшає, ширшає, а з-під неї йде на землю свіжий та гарний дух, неначе від конвалії, та разом з ним тихий не то спів, не то дзвін, а так неначе тоненькі скляні дзвіночки дзеленькають.</w:t>
      </w:r>
    </w:p>
    <w:p>
      <w:r>
        <w:br/>
        <w:t>Стала вона приглядатись, а хмарка усе ближче, та й ближче; стала посеред неба, якраз над церквою, і почала спускатись. Бачить дівчинка, а то не хмарка, а то три ангели несуть за кінець велику білу пелену, повну чогось, і тихо співають. Спустилися так трохи не понад деревом та й спинилися, і саме в той час на дзвіниці вдарили у дзвін.</w:t>
      </w:r>
    </w:p>
    <w:p>
      <w:r>
        <w:br/>
        <w:t>— А що, братіку, — сказав один ангел такий високий, з гострими довгими крилами і розумним веселим личком, — ще тут не дочиталися? Давайте-но, поки що розберемо оці писанки, кому куди нести. Я заберу оці й понесу старим, най їм при старості та слабості хоч сьогодні засяє радість, що Господь і їх не забув і сповняє їх бажання. От у цій писанці я понесу здо-ровля хворій бабуні, щоб перестали боліти їй ноги.</w:t>
      </w:r>
    </w:p>
    <w:p>
      <w:r>
        <w:br/>
        <w:t>Він показав темну писанку, де було написано справді щось схоже до ніг, і там сіяв напис: "Будь здорова, Христос воскрес!"</w:t>
      </w:r>
    </w:p>
    <w:p>
      <w:r>
        <w:br/>
        <w:t>— В оцій несу мир і згоду у сім'ю, де діти і внуки зневажали старого свого діда своїм недобрим життям", — і він показав чорну писанку, де був намальований червоний, колючий терен і сіяв напис: "Мир вам! Христос воскрес!"</w:t>
      </w:r>
    </w:p>
    <w:p>
      <w:r>
        <w:br/>
        <w:t>— В оцій несу втіху одному славетному старому, що його слава не вмре, не поляже, а доброю вісткою літатиме поміж людей. У цій несу спокій і радість бідному серцю, що в турботах та журбі жило і горить огнем, — тут показав писанку з огняним серцем. — У цій, показуючи чорну писанку з одним великим хрестом, — у цій я несу тиху смерть бідоласі-старчисі, бо нема найправеднішої смерти, як на Великдень.</w:t>
      </w:r>
    </w:p>
    <w:p>
      <w:r>
        <w:br/>
        <w:t>Багато ще відбирав старший ангел, усі передивилася Мелася.</w:t>
      </w:r>
    </w:p>
    <w:p>
      <w:r>
        <w:br/>
        <w:t>— Ні, тут нема ні одної для мене, — сказала вона.</w:t>
      </w:r>
    </w:p>
    <w:p>
      <w:r>
        <w:br/>
        <w:t>— Оці я заберу, — сказав другий ангел, — бо їх так багато і вони такі тяжкі, що тільки на таких широких крилах, як мої, можна винести стільки, — і він поволі махнув своїми широкими білими, як у лебедя, крилами. Почав він відкладати і, Боже, яких тільки тут не було: і червоні, жовті, зелені, сині, золоті, срібні, жовтогарячі, кармазинові, усякі: і помальовані були й клинцями, гребінцями, і сорок клинців, і хрестаті, і рожами, і колискою, і сосонкою; а до того ще на кожній було найвиразніше вимальовано те, чого собі чоловік випросив у Бога: у того дитинка маленька, у того будинок, у того коні, у того гроші, у того вінець золотий, у того корабель на морі.</w:t>
      </w:r>
    </w:p>
    <w:p>
      <w:r>
        <w:br/>
        <w:t>— Ні, — сказала Мелася, — тут ні одної нема моєї.</w:t>
      </w:r>
    </w:p>
    <w:p>
      <w:r>
        <w:br/>
        <w:t>— Ну, оці ж я понесу до великих людей, а ті вже останні роздам дітям, — сказав найменший ангел.</w:t>
      </w:r>
    </w:p>
    <w:p>
      <w:r>
        <w:br/>
        <w:t>— Ану, що в тебе тут осталося, — сказали старші ангели найменшому, — давай ми тобі поскладаємо, а то порозкочувались би.</w:t>
      </w:r>
    </w:p>
    <w:p>
      <w:r>
        <w:br/>
        <w:t>Малий ангелик з крильцями кругленькими та пушистими, як у малого курчатка, нахилився кучерявою голівкою і почав діставати маленькі дитячі писанки: рожеві, ясно-зелені, бузкові, жовті, блакитні, білі, жовтенькі, рябенькі, помальовані квіточками, травичкою, клинчиками; на них видко було то ляльки, то коники, то торба з ласощами, то книжечки, то пташки.</w:t>
      </w:r>
    </w:p>
    <w:p>
      <w:r>
        <w:br/>
        <w:t>— Ні, нема ні одної для мене, — засмутилася Мелася.</w:t>
      </w:r>
    </w:p>
    <w:p>
      <w:r>
        <w:br/>
        <w:t>— Швидше, братіки, — сказав старший ангел, — я чую у нас на небі вже почали співати, та і тут вже скоро дочитаються.</w:t>
      </w:r>
    </w:p>
    <w:p>
      <w:r>
        <w:br/>
        <w:t>А бідна Мелася туди-сюди поглядає, — нема її писаночки! Аж сльози у неї забриніли на оченятах, а вона ж так чекала, а вона ж так молила; невже Христос забув за неї!</w:t>
      </w:r>
    </w:p>
    <w:p>
      <w:r>
        <w:br/>
        <w:t>Ось маленький ангелик добуває вже останні писанки... Ось вже і церковні двері роззявилися з піснею: "Воскресения твоє, Христе Спасе, ангели поють на небеси і нас на землі сподоби чистим серцем тебе славити" — а разом вилилась із церкви огняна хвиля народу з свічками в руках.</w:t>
      </w:r>
    </w:p>
    <w:p>
      <w:r>
        <w:br/>
        <w:t>В цей миг забула Мелася свою пригоду і вся, повна радости, перша з усіх скрикнула:</w:t>
      </w:r>
    </w:p>
    <w:p>
      <w:r>
        <w:br/>
        <w:t>— Христос воскрес!</w:t>
      </w:r>
    </w:p>
    <w:p>
      <w:r>
        <w:br/>
        <w:t>— Воістину воскрес! — обізвався до неї маленький ангелик і кинув їй писанку останню, яку найшов.</w:t>
      </w:r>
    </w:p>
    <w:p>
      <w:r>
        <w:br/>
        <w:t>І всі три з співом "Христос воскрес із мертвих" розлетілися понад містом розносити радість людям.</w:t>
      </w:r>
    </w:p>
    <w:p>
      <w:r>
        <w:br/>
        <w:t>Аж затремтіла Мелася, як піймала писанку в руки! Дивна то була писанка: усякі фарби вилися по ній безконечником, переливалися, мінялися, складались у різні малюнки, а як тільки повертала Мелася писанку в руках, вони знов переплітались, сходились, розходились і показували нові, ще кращі малюнки, і вся писанка сіяла краще веселки, іскрилась краще, як роса вранці. Не стямилась від радощів дівчинка; міцно-міцно пригорнула до серця писаночку, а сама співала:</w:t>
      </w:r>
    </w:p>
    <w:p>
      <w:r>
        <w:br/>
        <w:t>— Христос воскрес із мертвих.</w:t>
      </w:r>
    </w:p>
    <w:p>
      <w:r>
        <w:br/>
        <w:t>Бо вітрець доносив до неї з-за саду від церкви цей чудовий найкращий на світі спів. А дзвони так і заливаються! Замовкли вони на час, тільки луна покотилась далеко-далеко, свічки палають десь по другий бік церкви, там мабуть читано євангелію. Мелася тим часом оглядалася. Боже! Як же усе змінилося! Тепер усе ожило, ворушилося, христосувалось; земля, з небом христосуючись, посилала йому пахущий дух з садів, повних цвіту, а воно дихало на ню свіжою прохолодою. Зірки христосувались з росинками, а ті блищали і тремтіли від радощів; квіточки цілувалися з вітром, а черемха, обнявшися з бузком, ще й до Мела-сі простягла свої пахущі росяні гілочки. Веселі весняні жабки проснулися і так таки й гриміли хвалу Богові своєю голосною мовою. Півні аж розсідалися, кукурікали; пташки, хоч несміливо, бо було ще темно, а все ж цвірінькали: Христос воскрес! А ось і соловейко! Вже ніхто так як він не виллє своєї радости у дзвінкій гарній пісні. Слухала Мелася, дивилася і їй здавалося, що й вона сама вже не та стала — така якась легесенька, ясна та прозорчаста як хмаринка — і що в неї за плечима ворушаться крильця; вони піднімались і несли її понад землею; й очі у неї стали другі: усе вона бачить, і крізь темряву ночі, і крізь зачинені двері, і навіть бачить, що робиться у самому серці людей, і скрізь у всіх куточках сяє одна велика радість і велика любов. А дзвони вп'ять ревуть, а дзвони гудуть-розлягаються по садках, по степу, по широкій ріці геть аж на другий берег пливе їх могутній мідний голос...</w:t>
      </w:r>
    </w:p>
    <w:p>
      <w:r>
        <w:br/>
        <w:t>Ось і небо посивіло, зірки поховалися за верби, Світова зірка вийшла на небо грає своїм чистим промінням. Задивилася Мелася, заслухалася і забула про свого ворога; та ні, вона тепер нікого не вважала за ворога — усі були їй милі. А він таки не забув: підкрався ззаду, та як почав махати квіткою над чорнявою Меласею, то вона й не зчулася, як її голівка схилилася на груди і вона заснула, притуливши до серця писанку. А Сон не дарма клопочеться коло Меласі: добре знає, що Меласина писанка не проста: хто має її, у того, як на писанці малюнок-безконечник, отак ростимуть, переливатимуться в чужій душі усякі казки, пісні, байки. От і схотілося Снові вкрасти тую писанку, щоб бавити сплячих дітей новими вигадками, бо всі вже ремствують на нього за обридлих, "кошиків волохатих", і т. ін. Підкрався він, ухопився обома руками за писанку, і силкується її видерти, але дівчинка, хоч і сонна, міцно держить свою дорогу писанку. Шарпнув Сон з усієї сили, — писанка трісь! і розлетілася на дрібні шматочки, а з неї, як дим з кадила, вилетіли і закрутилися над Меласиною голівкою чудові казки, байки, оповідання, пісні... Сон їх збирати, Сон їх хапати! Та не даються йому в руки, і все крутяться коло її чорної голівки, та вплітаються в шовковії кучері. Вганявся, вганявся за ними Сон, втомився, зібрав тільки гарненькі лушпаєчки, припоручив Меласю своїй сестрі Дрімоті, а сам поплентався спочивати у гущавині садка.</w:t>
      </w:r>
    </w:p>
    <w:p>
      <w:r>
        <w:br/>
        <w:t>А сонечко вже високо стояло на небі, вже всі давно вернулися з святої Великодньої служби, і тоді вже тільки мама прийшла будити своїх діточок:</w:t>
      </w:r>
    </w:p>
    <w:p>
      <w:r>
        <w:br/>
        <w:t>— Христос воскрес, діти! А це ти, моя доню, так і спала на віконечку? — здивувалася мама.</w:t>
      </w:r>
    </w:p>
    <w:p>
      <w:r>
        <w:br/>
        <w:t>Мелася протерла оченята та й ну лапати кругом себе, а пи-саночки нема, як не було. А проте вона чує, що писаночка тут десь близенько, тільки мальованої лушпинки нема! Що то за причина? Здивована мовчки оглядається Мелася навкруги, а мама, весела мама в новій сукні сміється та все допитується:</w:t>
      </w:r>
    </w:p>
    <w:p>
      <w:r>
        <w:br/>
        <w:t>— Чого це ти так дико оглядаєшся, Меласю? Очуняйся! Христос воскрес!</w:t>
      </w:r>
    </w:p>
    <w:p>
      <w:r>
        <w:br/>
        <w:t>— Воістину воскрес! — радісно скрикнула Мелася і кинулася обнімати маму. — Ох, мамочко! Яку ж мені чудову писаночку ангел подарував!!!</w:t>
      </w:r>
    </w:p>
    <w:p>
      <w:r>
        <w:br/>
        <w:t>— Що це ти говориш? Яку там писанку? Де? Одягайся лише швидше та ходім до тата.</w:t>
      </w:r>
    </w:p>
    <w:p>
      <w:r>
        <w:br/>
        <w:t>— Та, мамуню, її нема, але вона є, є — я її чую, вона десь тут близько. Я вам усе, все розкажу, — запевняла дівчина, похапцем одягаючись у новеньку сукенку.</w:t>
      </w:r>
    </w:p>
    <w:p>
      <w:r>
        <w:br/>
        <w:t>І ось усі троє, взявшися за руки, побігли до тата, до дядька, до челяді христосуватися. Меншим тато подарував усякі штучні писанки; як відкрили їх, то в Митриковій опинилася музика, а в Марусиній повно дрібненьких звіряток. Меласі, подарували книжку, бо вона вже трохи вміла читати й писати.</w:t>
      </w:r>
    </w:p>
    <w:p>
      <w:r>
        <w:br/>
        <w:t>Одначе Мелася не дуже звертала увагу на подарунки й на ласощі; їй хотілося якнайскоріше поділитися з усіма своєю писанкою: вона всім розказувала, що було з нею вночі, й ще багато пісень і казок, що були в писанці; тільки не знала,</w:t>
      </w:r>
    </w:p>
    <w:p>
      <w:r>
        <w:br/>
        <w:t>де ділась сама лушпайка. Вже аж на другу ніч вона впізнала лушпаєчки своєї писанки. Бо Сон прийшов ними забавляти дітей, але які вони були мізерні та переплутані! Рідко, рідко з них виходила ціла картинка або казка, а то все так собі — рябенько, нісенітниця!</w:t>
      </w:r>
    </w:p>
    <w:p>
      <w:r>
        <w:br/>
        <w:t>І Мелася сміялася з вигадок Сна, бо вона вміла розказувати ліпших казок, ніж він. І все щоразу новіше та краще.</w:t>
      </w:r>
    </w:p>
    <w:p>
      <w:r>
        <w:br/>
        <w:t>І, справді, Меласина писанка придалася найкраща: всі скоро побили й забули писанки, якими втішались на Великдень, а її писанка-безконечник і досі без кінця показує їй свої картинки, розказує нових казок, співає нових пісень, хоч з того часу минув не один Великдень!</w:t>
      </w:r>
    </w:p>
    <w:p>
      <w:r>
        <w:br/>
        <w:t>Нехай же ж, діти, колись вона й нам розкаже ще яку, а на сьогодні буде з нас і цеї.</w:t>
      </w:r>
    </w:p>
    <w:p>
      <w:r>
        <w:br/>
        <w:t>"Христос воскрес!"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Писанка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