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Пилипко</w:t>
      </w:r>
    </w:p>
    <w:p>
      <w:r>
        <w:br/>
        <w:t xml:space="preserve"> &lt;p&gt;Був хлопчик, звали його Пилип. Пішли одного разу всі діти до школи. Пилип узяв шапку і собі хотів іти. Але мати сказала йому:</w:t>
      </w:r>
    </w:p>
    <w:p>
      <w:r>
        <w:br/>
        <w:t>— Куди це ти, Пилипку, зібрався?</w:t>
      </w:r>
    </w:p>
    <w:p>
      <w:r>
        <w:br/>
        <w:t>— До школи.</w:t>
      </w:r>
    </w:p>
    <w:p>
      <w:r>
        <w:br/>
        <w:t>— Ти ще малий, не ходи.— І мати залишила його вдома. Діти пішли до школи. Батько ще зранку поїхав у ліс, мати пішла на поденщину. Залишились у хаті Пилипко та бабуся на печі. Стало Пилипкові нудно самому, бабуся заснула, а він почав шукати шапку. Своєї не знайшов, узяв стару батькову і пішов до школи. Школа була за селом, біля церкви. Коли Пилипко йшов своєю слободою, собаки не чіпали його — вони Пилипка знали. Та коли він вийшов до чужих дворів, вискочила Жучка, загавкала, а за Жучкою — великий собака Вовчок. Пилипко кинувся бігти — собаки за ним. Пилипко почав кричати, спіткнувся і впав. Вийшов чоловік, відігнав собак і сказав:</w:t>
      </w:r>
    </w:p>
    <w:p>
      <w:r>
        <w:br/>
        <w:t>— Куди ти, шибенику, сам біжиш?</w:t>
      </w:r>
    </w:p>
    <w:p>
      <w:r>
        <w:br/>
        <w:t>Пилипко нічого не сказав, підібрав поли і гайнув щодуху.</w:t>
      </w:r>
    </w:p>
    <w:p>
      <w:r>
        <w:br/>
        <w:t>Прибіг він до школи. На ганку нікого немає, а в школі, чути, гудуть дитячі голоси. Пилипка пойняв страх: "А що, коли вчитель мене прожене?" і став міркувати, що йому робити. Назад іти — знову собака порве, до школи йти — вчителя боїться. Йшла повз школу баба з відром і каже:</w:t>
      </w:r>
    </w:p>
    <w:p>
      <w:r>
        <w:br/>
        <w:t>— Усі вчаться, а ти чого тут стоїш?</w:t>
      </w:r>
    </w:p>
    <w:p>
      <w:r>
        <w:br/>
        <w:t>Пилипко й пішов до школи. У сінях зняв шапку і відчинив двері. У школі було багато дітей. Усі кричали своє, і вчитель у червоному шарфі ходив посередині.</w:t>
      </w:r>
    </w:p>
    <w:p>
      <w:r>
        <w:br/>
        <w:t>— Ти чого? — гримнув він на Пилипка.</w:t>
      </w:r>
    </w:p>
    <w:p>
      <w:r>
        <w:br/>
        <w:t>Пилипко ухопився за шапку і нічого не казав.</w:t>
      </w:r>
    </w:p>
    <w:p>
      <w:r>
        <w:br/>
        <w:t>— Та хто ж ти такий?</w:t>
      </w:r>
    </w:p>
    <w:p>
      <w:r>
        <w:br/>
        <w:t>Пилипко мовчав.</w:t>
      </w:r>
    </w:p>
    <w:p>
      <w:r>
        <w:br/>
        <w:t>— Чи ти німий?</w:t>
      </w:r>
    </w:p>
    <w:p>
      <w:r>
        <w:br/>
        <w:t>Пилипко так налякався, що говорити не міг.</w:t>
      </w:r>
    </w:p>
    <w:p>
      <w:r>
        <w:br/>
        <w:t>— Ну, то йди додому, коли говорити не хочеш.</w:t>
      </w:r>
    </w:p>
    <w:p>
      <w:r>
        <w:br/>
        <w:t>А Пилинко і радий би щось сказати, та в горлі у нього від страху пересохло. Він подивився на вчителя і заплакав. Тоді вчителеві жаль його стало. Він погладив його по голівці й запитав у дітей, хто цей хлопчик.</w:t>
      </w:r>
    </w:p>
    <w:p>
      <w:r>
        <w:br/>
        <w:t>— Це Пилипко, Костиків брат. Він давно проситься до школи, та мати його не пускає, і він крадькома прийшов до школи.</w:t>
      </w:r>
    </w:p>
    <w:p>
      <w:r>
        <w:br/>
        <w:t>— Ну, сідай на лаву біля брата, а я попрошу твою матір, щоб пускала тебе до школи.</w:t>
      </w:r>
    </w:p>
    <w:p>
      <w:r>
        <w:br/>
        <w:t>Учитель почав показувати Пилипкові букви, а Пилипко їх уже знав і трохи читати вмів.</w:t>
      </w:r>
    </w:p>
    <w:p>
      <w:r>
        <w:br/>
        <w:t>— Ану, склади своє ім'я.</w:t>
      </w:r>
    </w:p>
    <w:p>
      <w:r>
        <w:br/>
        <w:t>Пилинко сказав:</w:t>
      </w:r>
    </w:p>
    <w:p>
      <w:r>
        <w:br/>
        <w:t>— Пе-и-пи, ле-и-ли, пеко-пко.</w:t>
      </w:r>
    </w:p>
    <w:p>
      <w:r>
        <w:br/>
        <w:t>Усі засміялись.</w:t>
      </w:r>
    </w:p>
    <w:p>
      <w:r>
        <w:br/>
        <w:t>— Молодець,— сказав учитель.— Хто ж тебе вчив читати?</w:t>
      </w:r>
    </w:p>
    <w:p>
      <w:r>
        <w:br/>
        <w:t>Пилипко посмілішав і сказав:</w:t>
      </w:r>
    </w:p>
    <w:p>
      <w:r>
        <w:br/>
        <w:t>— Костик! Я меткий, я враз усе зрозумів. Я страх який спритний!</w:t>
      </w:r>
    </w:p>
    <w:p>
      <w:r>
        <w:br/>
        <w:t>Учитель засміявся і сказав:</w:t>
      </w:r>
    </w:p>
    <w:p>
      <w:r>
        <w:br/>
        <w:t>— Ти зажди хвалитись, а повчись.</w:t>
      </w:r>
    </w:p>
    <w:p>
      <w:r>
        <w:br/>
        <w:t>З того часу Пилипко став ходити з дітьми до школи.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Пилипко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