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Підростає Юрко в сні</w:t>
      </w:r>
    </w:p>
    <w:p>
      <w:r>
        <w:br/>
        <w:t xml:space="preserve"> Полями, лугами&lt;br /&gt;</w:t>
        <w:br/>
        <w:t>Літечко іде,&lt;br /&gt;</w:t>
        <w:br/>
        <w:t>Теплими руками&lt;br /&gt;</w:t>
        <w:br/>
        <w:t>Юрчика веде.&lt;br /&gt;</w:t>
        <w:br/>
        <w:t>Юрчик наш маленький,&lt;br /&gt;</w:t>
        <w:br/>
        <w:t>Миліший над все,&lt;br /&gt;</w:t>
        <w:br/>
        <w:t>В очах голубеньких&lt;br /&gt;</w:t>
        <w:br/>
        <w:t>Сонечко несе.&lt;br /&gt;</w:t>
        <w:br/>
        <w:t>На губках рожевих —&lt;br /&gt;</w:t>
        <w:br/>
        <w:t>Усмішка, як цвіт,&lt;br /&gt;</w:t>
        <w:br/>
        <w:t>У словах пестливих —&lt;br /&gt;</w:t>
        <w:br/>
        <w:t>Чар дитячих літ.&lt;br /&gt;</w:t>
        <w:br/>
        <w:t>Прибуло до хати&lt;br /&gt;</w:t>
        <w:br/>
        <w:t>Миле внученя:&lt;br /&gt;</w:t>
        <w:br/>
        <w:t>Буде щебетати&lt;br /&gt;</w:t>
        <w:br/>
        <w:t>Нам воно щодня&lt;br /&gt;</w:t>
        <w:br/>
        <w:t>Щічки розцілує&lt;br /&gt;</w:t>
        <w:br/>
        <w:t>Сонце золоте,&lt;br /&gt;</w:t>
        <w:br/>
        <w:t>Личко розмалює —&lt;br /&gt;</w:t>
        <w:br/>
        <w:t>Личко зацвіте.&lt;br /&gt;</w:t>
        <w:br/>
        <w:t>Малюка обвіють&lt;br /&gt;</w:t>
        <w:br/>
        <w:t>Леготи в селі,&lt;br /&gt;</w:t>
        <w:br/>
        <w:t>Виростуть, зміцніють&lt;br /&gt;</w:t>
        <w:br/>
        <w:t>Ніженьки малі!&lt;br /&gt;</w:t>
        <w:br/>
        <w:t>Будуть мандрувати&lt;br /&gt;</w:t>
        <w:br/>
        <w:t>По гаях, садках,&lt;br /&gt;</w:t>
        <w:br/>
        <w:t>Будуть спочивати&lt;br /&gt;</w:t>
        <w:br/>
        <w:t>В тихих холодках.&lt;br /&gt;</w:t>
        <w:br/>
        <w:t>Будеш тут ходити&lt;br /&gt;</w:t>
        <w:br/>
        <w:t>Цілий день-деньок,&lt;br /&gt;</w:t>
        <w:br/>
        <w:t>Буде тебе вчити&lt;br /&gt;</w:t>
        <w:br/>
        <w:t>Пташка пісеньок!&lt;br /&gt;</w:t>
        <w:br/>
        <w:t>В нічку місяченько&lt;br /&gt;</w:t>
        <w:br/>
        <w:t>Засія тобі —&lt;br /&gt;</w:t>
        <w:br/>
        <w:t>Осяє личенько,&lt;br /&gt;</w:t>
        <w:br/>
        <w:t>Очка голубі.&lt;br /&gt;</w:t>
        <w:br/>
        <w:t>Зіроньки-моргулі&lt;br /&gt;</w:t>
        <w:br/>
        <w:t>Вимережать сни;&lt;br /&gt;</w:t>
        <w:br/>
        <w:t>Люлі, Юрцю, люлі,&lt;br /&gt;</w:t>
        <w:br/>
        <w:t>Спи, дитятко, спи!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Підростає Юрко в 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