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Підприємство і затока</w:t>
      </w:r>
    </w:p>
    <w:p>
      <w:r>
        <w:br/>
        <w:t xml:space="preserve"> Загадка</w:t>
      </w:r>
    </w:p>
    <w:p>
      <w:r>
        <w:br/>
        <w:t>Двоскладове наше слово —&lt;br /&gt;</w:t>
        <w:br/>
        <w:t>підприємство промислове,&lt;br /&gt;</w:t>
        <w:br/>
        <w:t>а знак м'якшення додай —&lt;br /&gt;</w:t>
        <w:br/>
        <w:t>буде вже частина річки&lt;br /&gt;</w:t>
        <w:br/>
        <w:t>чи затока невеличка.</w:t>
      </w:r>
    </w:p>
    <w:p>
      <w:r>
        <w:br/>
        <w:t>Що за слово? Відгадай.</w:t>
      </w:r>
    </w:p>
    <w:p>
      <w:r>
        <w:br/>
        <w:t>Власне, два тут слова (з різним&lt;br /&gt;</w:t>
        <w:br/>
        <w:t>наголосом навіть).&lt;br /&gt;</w:t>
        <w:br/>
        <w:t>Хочеш — підкажу тобі я:</w:t>
      </w:r>
    </w:p>
    <w:p>
      <w:r>
        <w:br/>
        <w:t>це —</w:t>
      </w:r>
    </w:p>
    <w:p>
      <w:r>
        <w:br/>
        <w:t>(завод і заводь)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Підприємство і затока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