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Підхоплена вітром (Дитинство Ванги)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Підхоплена вітром (Дитинство Ванги)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