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святий гомін</w:t>
      </w:r>
    </w:p>
    <w:p>
      <w:r>
        <w:br/>
        <w:t xml:space="preserve"> &lt;p&gt;На краю спустошеного села, сплюндрованого і безлюдного, стоїть мініатюрна церковця без хреста і без дзвонів.</w:t>
      </w:r>
    </w:p>
    <w:p>
      <w:r>
        <w:br/>
        <w:t>Стоїть, як безпорадна хазяйка на руйновищі свого господарства. На цвинтарі цвітуть старі тінясті липи. Тихо, без вітру палає липнева спека, горить ясною пожежею. Душно й ясно, як у золотій кузні. Зелений лист на дереві, як викований з металу, яскриться золотим пилом. Здається — розпалений, гарячий. Зелений низ рясно встелений чорними тінями, ніби перегорілим на попіл листям і вітами, що непомітно опадають з верхів. Густо й багато їх нападало — мабуть, давно горить золота пожежа.</w:t>
      </w:r>
    </w:p>
    <w:p>
      <w:r>
        <w:br/>
        <w:t>Під липами й кленами, коло потрухлого й мальованого штахету, на свіжому сіні злагоджені із шинелів та бурок постелі. Стомлені офіцери з блаженними осмішками мучеників нашвидку розшнурувались од амуніції, радісно гомоніли і, падаючи на постіль, відразу замовкали, ніби поринувши в глибінь.</w:t>
      </w:r>
    </w:p>
    <w:p>
      <w:r>
        <w:br/>
        <w:t>Один чорний, як засмажений пеньок, з найчорнішими великими очима, з яких визирав іще не вивіяний волохатий острах, лагодився довше всіх, затурбовано озирався навкруги, ніби не маючи віри, що прийшов давно омріяний, жаданий спочинок. В маленькій сторожевій хатині лагодили співку, в церкві вимітали й прибирали, готуючись, скористувавшись нагодою, правити всеношну. Все навкруги було спокійне і ясне, ні гуркотняви гармат, ні тріскотіння рушниць не було чути, і смуглявий офіцер, ще раз крадькома озирнувшись на сонних товаришів, уклався в постіль і скинув з обличчя полохливу маску: загралася боязко осмішка, в великих очах заясіла тиха мрія. Все кидав, все губив дорогою, все забував — міцно тримав десь глибоко, в самому серці, малесенький узлик, в якому було сховано найдорожчі скарби, і так тепер хотілося перед сном хоч одним оком зазирнути в той узлик, побачити, що там лишилося після останніх днів. Почав злегенька розгортати: трішки мрій, кольорових надій і планів, і той невідомий чарівний камінчик, що гріє і світить невидимкою на весь світ... Все залишилось, хоч і зімняте, загиджене. Знає він, що для інших все воно не цікаве і не дороге — сміття й ганчір’я, але йому воно безмірно дороге, і радість забриніла в душі, коли побачив, що все було на своєму місці...</w:t>
      </w:r>
    </w:p>
    <w:p>
      <w:r>
        <w:br/>
        <w:t>Порозгортать би, порозправлять, але сповиває його лубок, і тремтять по всьому тілові залізні гарячі дроти...</w:t>
      </w:r>
    </w:p>
    <w:p>
      <w:r>
        <w:br/>
        <w:t>Хай іншим часом.</w:t>
      </w:r>
    </w:p>
    <w:p>
      <w:r>
        <w:br/>
        <w:t>І готується кинути весла й плинути за хвилями в темряву снів.</w:t>
      </w:r>
    </w:p>
    <w:p>
      <w:r>
        <w:br/>
        <w:t>Але коло церкви, під мурованою стіною, сидить на морі-жечку група із трьох солдатів, два з рушницями, один так.</w:t>
      </w:r>
    </w:p>
    <w:p>
      <w:r>
        <w:br/>
        <w:t>І одразу починає пекти й торигати в грудях.</w:t>
      </w:r>
    </w:p>
    <w:p>
      <w:r>
        <w:br/>
        <w:t>У третього лице біле, кам’яне, повертається швидко, як у машкарі. Очі, як випечені, чорні ями, а біле лице — не світить, а серед ясної днини сіє од себе морок. Сидить якось кумедно, як заводна лялька, грається стеблинками трави, паличками...</w:t>
      </w:r>
    </w:p>
    <w:p>
      <w:r>
        <w:br/>
        <w:t>"Десь я його бачив, щось я про нього чув, про це юнацьке лице, кучеряве, з попелястим ніжним на щоках пухом?.."</w:t>
      </w:r>
    </w:p>
    <w:p>
      <w:r>
        <w:br/>
        <w:t>Намагається зламати сон, пригадати, але все плутається в голові.</w:t>
      </w:r>
    </w:p>
    <w:p>
      <w:r>
        <w:br/>
        <w:t>І вже, як за туманами, бачить, що прийшли під церкву якісь люди, щось сказали до блідого юнака, мов сіпнули за мотузочок: і лялька-юнак підскочив од землі і поплентавсь кудись із людьми, безглуздо вихитуючись і вимахуючи, мов прив’язаними, руками.</w:t>
      </w:r>
    </w:p>
    <w:p>
      <w:r>
        <w:br/>
        <w:t>"Заждіть! Стійте, ради бога! Стійте!! — Офіцерові здається, що кричить він голосно, але його не чують.— Стійте! Я щось знаю, я щось скажу! — Мороз і туга обгортає його. Здається, що він схопився і біжить за ними.— Люди! Люди! Спиніть їх! Стійте! А-а... рятуйте".</w:t>
      </w:r>
    </w:p>
    <w:p>
      <w:r>
        <w:br/>
        <w:t>Лице у сонного міниться, кривиться то страхом, то мукою: він часто дихає і стогне хрипко і дико.</w:t>
      </w:r>
    </w:p>
    <w:p>
      <w:r>
        <w:br/>
        <w:t>Його будили. Він лупав великими замутненими очима, сердито повертався на другий бік і на який час затихав. Але незабаром починав ізнову важко дихать, зливався потом і знову починав дико стогнати...</w:t>
      </w:r>
    </w:p>
    <w:p>
      <w:r>
        <w:br/>
        <w:t>Не сон і не дійсність. Розбуджені, забуті спогади чогось давнього, страхітнього, що, немов отрута, немов старовинне прокляття, завжди дрімає в душі... Одні з тих страшних, лютих примарів, що повторяються з найменшими дрібницями через роки і роки.</w:t>
      </w:r>
    </w:p>
    <w:p>
      <w:r>
        <w:br/>
        <w:t>Іде кудись з понурими, мовчазними людьми. Не він сам іде — ідуть його ноги, ступаючи непомітно, як тінь... Люди ідуть байдужі, хмурі, спустивши додолу очі, не дивляться на нього, мов сердяться...</w:t>
      </w:r>
    </w:p>
    <w:p>
      <w:r>
        <w:br/>
        <w:t>Але хтось із них кидає крадькома на нього погляд — гострий, зацікавлений і боязкий...</w:t>
      </w:r>
    </w:p>
    <w:p>
      <w:r>
        <w:br/>
        <w:t>І все тіло наливається жагучим острахом підозріння.</w:t>
      </w:r>
    </w:p>
    <w:p>
      <w:r>
        <w:br/>
        <w:t>Але що за диво: весело, привітно, як людина, спокійно осміхається до нього і дуб, і друга береза...</w:t>
      </w:r>
    </w:p>
    <w:p>
      <w:r>
        <w:br/>
        <w:t>Все як було, так і є... нічого не одмінилось — і чого лякатись...</w:t>
      </w:r>
    </w:p>
    <w:p>
      <w:r>
        <w:br/>
        <w:t>Але почув він, що, лишаючись позаду, вони переморгуються, боязко-заклопотані й сумні.</w:t>
      </w:r>
    </w:p>
    <w:p>
      <w:r>
        <w:br/>
        <w:t>І він щось пригадує, од чого піднімається волосся вгору і в холодних колючках німіє тіло.</w:t>
      </w:r>
    </w:p>
    <w:p>
      <w:r>
        <w:br/>
        <w:t>"Куди ведуть мене? Куди ведуть?" — хоче він крикнути, але дубіє язик...</w:t>
      </w:r>
    </w:p>
    <w:p>
      <w:r>
        <w:br/>
        <w:t>Напружується, кричить:</w:t>
      </w:r>
    </w:p>
    <w:p>
      <w:r>
        <w:br/>
        <w:t>"Я не хочу! Не піду туди!.. Я..."</w:t>
      </w:r>
    </w:p>
    <w:p>
      <w:r>
        <w:br/>
        <w:t>"Бла-жен муж, іже не іде на совіт нече-стивих..."</w:t>
      </w:r>
    </w:p>
    <w:p>
      <w:r>
        <w:br/>
        <w:t>Глухо, як під землею, залунав суворий, архаїчний спів...</w:t>
      </w:r>
    </w:p>
    <w:p>
      <w:r>
        <w:br/>
        <w:t>Зникає люта омана від того співу, як од могучого заклинання, вітром розлітається...</w:t>
      </w:r>
    </w:p>
    <w:p>
      <w:r>
        <w:br/>
        <w:t>Радісно б’ється серце.</w:t>
      </w:r>
    </w:p>
    <w:p>
      <w:r>
        <w:br/>
        <w:t>Ух... Це тільки сон...</w:t>
      </w:r>
    </w:p>
    <w:p>
      <w:r>
        <w:br/>
        <w:t>* * *</w:t>
      </w:r>
    </w:p>
    <w:p>
      <w:r>
        <w:br/>
        <w:t>Ой, ні, не сон!.. Знову туча страшного передчуття...</w:t>
      </w:r>
    </w:p>
    <w:p>
      <w:r>
        <w:br/>
        <w:t>Той спів, то був сон — а тепер правда... А дерева, також радісні і свіжі, осміхаються, моргають: не бійся, нічого не бійся...</w:t>
      </w:r>
    </w:p>
    <w:p>
      <w:r>
        <w:br/>
        <w:t>"Ідіть зо мною, не кидайте,— з таємною турботою прохає він дерева,— бо я боюсь... мені чогось страшно..."</w:t>
      </w:r>
    </w:p>
    <w:p>
      <w:r>
        <w:br/>
        <w:t>Розважають його, як дитину:</w:t>
      </w:r>
    </w:p>
    <w:p>
      <w:r>
        <w:br/>
        <w:t>"Чуєш сюрчання і тихий брязкіт — то по гущавинах співають пташки, веселі, безтурботні пташечки".</w:t>
      </w:r>
    </w:p>
    <w:p>
      <w:r>
        <w:br/>
        <w:t>"О, я й не впізнав",— дивується він, як дитина.</w:t>
      </w:r>
    </w:p>
    <w:p>
      <w:r>
        <w:br/>
        <w:t>"А той золотий їжак у небі — то сонце..."</w:t>
      </w:r>
    </w:p>
    <w:p>
      <w:r>
        <w:br/>
        <w:t>"Сонце! Живеє сонечко-о, сміється!" — захоплюється він, як маленький, і сам хоче сміятись, але в грудях ниє велика, не дитяча туга, і він кидає навкруги тоскний погляд.</w:t>
      </w:r>
    </w:p>
    <w:p>
      <w:r>
        <w:br/>
        <w:t>"А туди — не дивись! — сполохано оступають його дерева...— Не дивись у той бік! Одвернись!!" — кричать, уже сполохані і стурбовані, стають в гурт, затуляють вітами.</w:t>
      </w:r>
    </w:p>
    <w:p>
      <w:r>
        <w:br/>
        <w:t>Але очі його прикувалися, і ніяка сила не одхилить їх звідти: там хмурі люди копали яму, нашвидку викидаючи заступами свіжу чорну землю...</w:t>
      </w:r>
    </w:p>
    <w:p>
      <w:r>
        <w:br/>
        <w:t>Все застигло в ньому куском ожеледі — кинувся кудись бігти.</w:t>
      </w:r>
    </w:p>
    <w:p>
      <w:r>
        <w:br/>
        <w:t>Мовчазні люди, здавалося, байдужі до нього, зразу кинулись, впіймали його...</w:t>
      </w:r>
    </w:p>
    <w:p>
      <w:r>
        <w:br/>
        <w:t>Кам’яні, страшні, холодні люди... Тепер вони скрізь такі, скрізь, у всьому світі.</w:t>
      </w:r>
    </w:p>
    <w:p>
      <w:r>
        <w:br/>
        <w:t>Чіпко хапається за стовбури дерев.</w:t>
      </w:r>
    </w:p>
    <w:p>
      <w:r>
        <w:br/>
        <w:t>"Обороніть мене! Не пускайте!!" — кричить, благає до дерева.</w:t>
      </w:r>
    </w:p>
    <w:p>
      <w:r>
        <w:br/>
        <w:t>Спокійно й сердито якась сила вириває дерево з його рук.</w:t>
      </w:r>
    </w:p>
    <w:p>
      <w:r>
        <w:br/>
        <w:t>Хапається за друге, чіпляється, лізе уверх, як од зграї вовків, але рвуться на ньому поли одежі, тріщать рукава...</w:t>
      </w:r>
    </w:p>
    <w:p>
      <w:r>
        <w:br/>
        <w:t>І відразу все пустилось і розвіялось...</w:t>
      </w:r>
    </w:p>
    <w:p>
      <w:r>
        <w:br/>
        <w:t>"...Світе тихий святия слави безсмертного..."</w:t>
      </w:r>
    </w:p>
    <w:p>
      <w:r>
        <w:br/>
        <w:t>Десь уже ближче загримів святий спів, несподіваний, радісний, переможний...</w:t>
      </w:r>
    </w:p>
    <w:p>
      <w:r>
        <w:br/>
        <w:t>* * *</w:t>
      </w:r>
    </w:p>
    <w:p>
      <w:r>
        <w:br/>
        <w:t>"Господнє єсть спасеніє і на людях благословеніє твоє..."</w:t>
      </w:r>
    </w:p>
    <w:p>
      <w:r>
        <w:br/>
        <w:t>Тричі пролунав тихий речитативний спів і зник, як сон...</w:t>
      </w:r>
    </w:p>
    <w:p>
      <w:r>
        <w:br/>
        <w:t>Знову дійсність: ті ж ясні привітні дерева, ті ж хмурі кам’яні люди.</w:t>
      </w:r>
    </w:p>
    <w:p>
      <w:r>
        <w:br/>
        <w:t>Виймають, згортають хустку.</w:t>
      </w:r>
    </w:p>
    <w:p>
      <w:r>
        <w:br/>
        <w:t>"Що ж будуть робити? Що вони роблять?" — бурею налітає острах...</w:t>
      </w:r>
    </w:p>
    <w:p>
      <w:r>
        <w:br/>
        <w:t>Сонце, дерево, трави — все стовпилось коло нього, розважають, умовляють.</w:t>
      </w:r>
    </w:p>
    <w:p>
      <w:r>
        <w:br/>
        <w:t>То в жмурки, тільки в жмурки будуть гуляти з тобою.</w:t>
      </w:r>
    </w:p>
    <w:p>
      <w:r>
        <w:br/>
        <w:t>Хай і в жмурки — тільки ж чого ж так нудить на серці, чого піт струмками заливає лице...</w:t>
      </w:r>
    </w:p>
    <w:p>
      <w:r>
        <w:br/>
        <w:t>Немов сама хустка зав’язує очі, швидко, уміло. Торкаються чиїсь руки, хтось над лицем сопе, важко дише.</w:t>
      </w:r>
    </w:p>
    <w:p>
      <w:r>
        <w:br/>
        <w:t>І зразу почув: сонце, трави, дерева в німому переполохові, не озираючись, шугнули тікать од нього, тікать далеко, навіки...</w:t>
      </w:r>
    </w:p>
    <w:p>
      <w:r>
        <w:br/>
        <w:t>Став кричать, благать і почув не свій голос, голос якогось невідомого звіра:</w:t>
      </w:r>
    </w:p>
    <w:p>
      <w:r>
        <w:br/>
        <w:t>"А-а-а... у-у..."</w:t>
      </w:r>
    </w:p>
    <w:p>
      <w:r>
        <w:br/>
        <w:t>І од власних згуків обдає його гарячим жахом.</w:t>
      </w:r>
    </w:p>
    <w:p>
      <w:r>
        <w:br/>
        <w:t>Здається, чиниться над ним якась тяжка операція, після якої він стане звіриною.</w:t>
      </w:r>
    </w:p>
    <w:p>
      <w:r>
        <w:br/>
        <w:t>Од нетерпимого болю, немов про щось догадавшись, він вирвав з грудей свій дорогоцінний узлик — і зразу здався собі ясним, палаючим жарко металом.</w:t>
      </w:r>
    </w:p>
    <w:p>
      <w:r>
        <w:br/>
        <w:t>Трохи шкода стало, що не довідався, який камінчик лежить там, на дні того узлика...</w:t>
      </w:r>
    </w:p>
    <w:p>
      <w:r>
        <w:br/>
        <w:t>Але... певне, все таке ж ганчір’я, як і зверху...</w:t>
      </w:r>
    </w:p>
    <w:p>
      <w:r>
        <w:br/>
        <w:t>Досить...</w:t>
      </w:r>
    </w:p>
    <w:p>
      <w:r>
        <w:br/>
        <w:t>І викинув геть...</w:t>
      </w:r>
    </w:p>
    <w:p>
      <w:r>
        <w:br/>
        <w:t>Тоді спокійно розв’язав собі очі і такий блідий, зів’ялий, набридлий стояв перед ним світ.</w:t>
      </w:r>
    </w:p>
    <w:p>
      <w:r>
        <w:br/>
        <w:t>А люди — в шерсті, з переляканими очима малпи...</w:t>
      </w:r>
    </w:p>
    <w:p>
      <w:r>
        <w:br/>
        <w:t>"Нині отпущаєши раба твоєго, владико..."</w:t>
      </w:r>
    </w:p>
    <w:p>
      <w:r>
        <w:br/>
        <w:t>Заплакали тихо, лагідно за спиною люди, смутні, намучені, безпорадні...</w:t>
      </w:r>
    </w:p>
    <w:p>
      <w:r>
        <w:br/>
        <w:t>Дивився, розбуджений, великими чорними очима, все бачив і нічого не впізнавав.</w:t>
      </w:r>
    </w:p>
    <w:p>
      <w:r>
        <w:br/>
        <w:t>Десь далеко-далеко за кам’яною горою погасла в темряві жарка кузня, а над нею горіла нерухома золота крапка. Навкруги темніли кам’яні будови, залізне дерево: на скелі різкими контурами визначався темний, бронзовий млин. З усіх боків розкриваються темні безодні, стрімкі прірви, яким немає ні початку, ні краю, тужлива, безпорадна самотина обгортає холодом: кружиться голова.</w:t>
      </w:r>
    </w:p>
    <w:p>
      <w:r>
        <w:br/>
        <w:t>— Де я? Звідки і хто я? — в розпачу питає і почуває себе маленькою зблудлою дитиною над безлюдними безоднями. Слухає-дослухається, що це? Немов заграла поблизу чарівна музика, така рідна й мила, од якої радісно забилося в грудях: під боком заговорили люди, такі ж самотні на світі, такі безпорадні, як і він.</w:t>
      </w:r>
    </w:p>
    <w:p>
      <w:r>
        <w:br/>
        <w:t>І разом помітив свій дорогий узлик, що лежить, викинутий, десь поруч, схопився за нього з радістю, з острахом і загорнув у груди. У далекій погаслій кузні ясно впізнав останній спалах рожевого заходу, і цілим вітром тихих радощів житейських подуло на нього звідтіль.</w:t>
      </w:r>
    </w:p>
    <w:p>
      <w:r>
        <w:br/>
        <w:t>Радісно дослухається до слова розмови.</w:t>
      </w:r>
    </w:p>
    <w:p>
      <w:r>
        <w:br/>
        <w:t>Тихий, лагідний голос розпитував когось у темряві, де подіти якісь чоботи та шинель...</w:t>
      </w:r>
    </w:p>
    <w:p>
      <w:r>
        <w:br/>
        <w:t>Потім розповідав, що хтось стривожився, коли його ставили до стовпа, далі взявся за голову й заспокоївся. Прохав, щоб очей йому не в’язали...</w:t>
      </w:r>
    </w:p>
    <w:p>
      <w:r>
        <w:br/>
        <w:t>Далі знов питався, що робити з гаманцем, де лишилось після нього вісімнадцять копійок.</w:t>
      </w:r>
    </w:p>
    <w:p>
      <w:r>
        <w:br/>
        <w:t>Голос бринів боязкою мрійною радістю тихого липневого вечора, й вплітався в нього тихий, безнадійний смуток неволі.</w:t>
      </w:r>
    </w:p>
    <w:p>
      <w:r>
        <w:br/>
        <w:t>Мимоволі звернув очі у той бік, де під стіною церкви грався за дня стеблинами блідий юнак з попелястими кучерями — німо сиділи там одні тіні.</w:t>
      </w:r>
    </w:p>
    <w:p>
      <w:r>
        <w:br/>
        <w:t>Зітхнув крадькома, легко й смутно.</w:t>
      </w:r>
    </w:p>
    <w:p>
      <w:r>
        <w:br/>
        <w:t>Хтось одчинив церковні двері, й звідтіль зграєю птах вирвались згуки церковних співів...</w:t>
      </w:r>
    </w:p>
    <w:p>
      <w:r>
        <w:br/>
        <w:t>Посеред церкви перед іконою рясно горіли убогі свічі, немов рій розпалених скорботою очей: вони часто хлипали обпаленими віями і туманились димом чорних сліз. І, збившись у тісний гурт, радісно співали хвалу вимучені люди, заморені й сп’янені од святих казок, і палили для світу, для радощів свої свічі.</w:t>
      </w:r>
    </w:p>
    <w:p>
      <w:r>
        <w:br/>
        <w:t>"Слава в вишних богу і на землі мир в чоловіціх благоволениє..."</w:t>
      </w:r>
    </w:p>
    <w:p>
      <w:r>
        <w:br/>
        <w:t>А свічки мовчки плакали перед іконою, схлипуючи сухим тріском, і скам’янів безпорадний, скорботний лик пречистої серед тих заплаканих огнів, як серед огняної, палаючої кропиви...</w:t>
      </w:r>
    </w:p>
    <w:p>
      <w:r>
        <w:br/>
        <w:t>Тихо хитається перед очима в темному липовому гіллі образ юнака-вигнанця, з блідим лицем, довільно, ритмічно, гойдається, як у колисці,— вперед, назад...</w:t>
      </w:r>
    </w:p>
    <w:p>
      <w:r>
        <w:br/>
        <w:t>Ще бринять, здається, на очах його сльози земного жалю, але тепер уже, гордий і безмежно вільний, він спокійно виряджається випливати в безбережні таємні темряви. Од його холодно-замріяних очей, таємних і привабних, то віє бархотинною тугою, то сипле іскрами потайного морозу в темну душу людини.</w:t>
      </w:r>
    </w:p>
    <w:p>
      <w:r>
        <w:br/>
        <w:t>Скрізь навкруги — як на пожарині. Здається, увесь попіл, дим і угілля золотої денної пожежі осипався з високості на землю, завалив, засипав всі затінки, будови, поля і гаї, важким чорним інеєм осів на віти і листя. Самітно блимають на спаленій руїні огники в церкві, де зійшлися на сум погорільці — жебраки, убогі, заблуднені огники.</w:t>
      </w:r>
    </w:p>
    <w:p>
      <w:r>
        <w:br/>
        <w:t>А вгорі, на чистому випаленому мармурі, високо-високо над ясною пожариною одсвічує далеке море ясних срібних огнів, хвилює таємною красою. Немов щетина срібних стріл і списів, погрожують вони над землею, сплітаючи непереможну перепону людським тліючим замірам, і під довічним ЇХ світлом, таємним і прекрасним, шипить і гасне яд людської ненависті і злоби.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святий гомін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