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синичий подзвін</w:t>
      </w:r>
    </w:p>
    <w:p>
      <w:r>
        <w:br/>
        <w:t xml:space="preserve"> &lt;p&gt;1.</w:t>
      </w:r>
    </w:p>
    <w:p>
      <w:r>
        <w:br/>
        <w:t>Цей план виношувався ще відколи лежала Лариса в лікарні, де їй зробили пластичну операцію носа; гуляючи лікарняним двором, що колись був монастирський, думала вона й думала одну й ту ж важку думку: все життя її тепер розкладалося навпіл — одне тоді, а друге тепер, рубежем і став час, коли переступила порога лікарні. Здавалося, площини ці надто різнобіжні: тоді — це було минуле: пошта, на якій працювала, і ті люди, що досі її знали; скільки їх є, ниток, що тягнуться із прірви минулого до сьогоднішнього? Навіть складала план: один пункт, другий і третій. Передусім треба було б змінити місце прожиття, хоча район, де вони мешкали, непоганий — це перший пункт її заміру. Говорила про те із матір'ю, коли навідувала дочку в лікарні, адже тільки мати могла перебороти батькову затятість — всі Ларисині перемови з татусем кінчалися криком з його боку і не меншим криком та ще й слізьми з її.</w:t>
      </w:r>
    </w:p>
    <w:p>
      <w:r>
        <w:br/>
        <w:t>— Не бери до серця, донечко, — сказала мати, почухуючи собі за вухом, — то не легка штука, всіда шось втратиш.</w:t>
      </w:r>
    </w:p>
    <w:p>
      <w:r>
        <w:br/>
        <w:t>— Я згодна й утратити! — гаряче переконувала Лариса, — придстав собі, як на мене лупиться будуть!</w:t>
      </w:r>
    </w:p>
    <w:p>
      <w:r>
        <w:br/>
        <w:t>— То й хай! — незворушно відказувала мати, — а ти на них, доцю, плюнь. Отако, отако!</w:t>
      </w:r>
    </w:p>
    <w:p>
      <w:r>
        <w:br/>
        <w:t>Вона плювала на асфальтову доріжку і енергійно розтирала плювка ногою.</w:t>
      </w:r>
    </w:p>
    <w:p>
      <w:r>
        <w:br/>
        <w:t>— Ну, як ти не пунімаєш, — червоніла, аж лоб палав під пов'язкою, Лариса. — Тепера такі люди! А мо' стретіться хтось, розляпають у два щота.</w:t>
      </w:r>
    </w:p>
    <w:p>
      <w:r>
        <w:br/>
        <w:t>Мати мовчки сопла, і вже це було добре, бо коли стара починала сопти, значить подавалася. А ще вона має блимнути на неї з-під лоба, ніби блискавкою кинути (еге ж, блимнула й ніби блискавкою кинула); Лариса взяла її за плечі й говорила, говорила, ніби горохом сипала; говорила, ніби дзьобала безперестанку зерно; говорила, ніби викидала із себе все, що в ній накопичилося; голос її при цьому набирав таких вискучих нот, що ті ноти пилочками почали розрізати старій голову, спершу, ніби вуха розрізалися десь там, у глибині, немов два гострі цвяхи їй застромилися, і цвяхи ці — іржаві, — поступово перетворювались у черв'яків, тлустих і ворухких, які полізли їй під черепа. Може тому, в матері затремтіли брови, і зітхнула вона важко — ще один виразний знак, що подалася, а вже коли щось вирішувала, то ніякі батечки вже її не зупинять — ставала, як залізо гартоване.</w:t>
      </w:r>
    </w:p>
    <w:p>
      <w:r>
        <w:br/>
        <w:t>"Пункт другий", — думала Лариса, нервово ходячи колишнім монастирським подвір'ям і розглядаючи вигадливі лінії старовинних будівель, і думаючи, який ідіот усього цього набудував, — таке воно нечупарне! Ні, пункт другий було виконано, перш ніж переступила порога лікарні, де їй так вдало зроблено операцію на носі, — вона розрахувалася на роботі і з усіма розпрощалася, а щодо причини відходу могла й не розводитися, бо перед цим з начальницею погиркалася, а начальниця в них була грім з помиями, як точно визначив їхній розносник пенсій Вася, кривий на одне око і з рукою, присохлою з того боку, де не було й ока, через що він сам казав, що з того боку всихає. Отож, коли вона гримнула дверима й пішла, ніхто ані з жінок, ані розносник Вася не здивувалися; правда, Вася смикнув себе всохлою рукою за ліве вухо і сказав:</w:t>
      </w:r>
    </w:p>
    <w:p>
      <w:r>
        <w:br/>
        <w:t>— Шкода, шо уходиш, а я хотів коло тебе поскакать, — і засміявся по-дурному, вишкірюючи жовті зуби.</w:t>
      </w:r>
    </w:p>
    <w:p>
      <w:r>
        <w:br/>
        <w:t>"Пункт третій, — думала Лариса. — Фотокартки". Згадувала їх, міряючи широкою ступою асфальтовані доріжки лікарняного двору, і вони, фотокартки ті, ніби з проявника випливали, проступаючи із червоного якогось світла: дві на стінах у рамцях, решта у фотоальбомі — з них можна було б залишити хіба ті, де вона немовлям; ну, і хіба ту, де їх, батька, матір та її сфотографовано при різкому світлі: замість облич не так плями — осяяні ореоли, де риси облич хоча й проступають, але без індивідуальних ознак.</w:t>
      </w:r>
    </w:p>
    <w:p>
      <w:r>
        <w:br/>
        <w:t>Аж засміялася від вдоволення, адже починала жити наново, і ясна радість приходила до неї, щось на зразок того світла, яке залишилося на фотокартці, якої не думає нищити.</w:t>
      </w:r>
    </w:p>
    <w:p>
      <w:r>
        <w:br/>
        <w:t>А ще їй уявлялися лави, що стоять біля їхнього будинку, на яких завжди густо пенсіонерів, котрі безконечно труть і труть порожню полову слів і мають заздрісно-цікаві очі: проз ті очі не пройде непоміченою і не зафіксованою ані людина, ані кіт. Окрім цих заздрісно-, а може, жадібно-цікавих були інші очі — з гурту мам із колясочками, і від другого гурту мам із дітьми, які з колясочок уже повилазили, але в ясла ще не потрапили. І ці три гурти, ніби крига у скреслій ріці, плавали з одного кінця в другий, розщіплялися, з'єднувалися, розпливалися, зближалися, збивались у гурточки, а потім знову розсипалися, як пісок, що з них їхні чада пробували будувати перші свої палаци. І біля уст кожної було привішено невидимого млиноч-ка, і той невидимий млиночок раз-по-раз умикався й працював, і тоді з рота із леткими вустами виривалися гарячі клубочки та й сікли: "Та-та-та, та-ра-та!" —сипалася й сипалася суха луска, млиночки мололи й мололи, відтак весь простір був заповнений невидимими, ясно-синіми блилами тих слів. Отож Ларисі, перш ніж дістатися додому, треба було проминути той гурт чи гурти, а вона була певна, що пройти повз них непоміченою вдалося б хіба людині із чарівницькими здатностями; хіба б поверталася додому опівночі, та й то не було безсумнівно безпечно.</w:t>
      </w:r>
    </w:p>
    <w:p>
      <w:r>
        <w:br/>
        <w:t>І вона починала мріяти. Ах, як добре було б, вийшовши з лікарні, кудись майнути, поки не зв'язує робота, кудись світ за очі, ах, як добре було б мати десь діда з бабою і протривати там, доки відбудеться обмін квартирами! Але в неї не було куди їхати та й не було за що — все, що мала, пішло на цю операцію, отож мусила повертатися в єдине місце осідку —батьківську квартиру.</w:t>
      </w:r>
    </w:p>
    <w:p>
      <w:r>
        <w:br/>
        <w:t>2.</w:t>
      </w:r>
    </w:p>
    <w:p>
      <w:r>
        <w:br/>
        <w:t>Додому пішла не відразу, а вирішила дочекатися обідньої пори: мами покотять тоді візочки додому, інші мами повезуть малят спати. Пенсіонери відчуюють у шлунках посмоктування і в їхніх напівпогаслих головах спалахне марево післяобіднього сну — ось у яку урочу хвилину хотіла Лариса прошмигнути додому, адже то була хвилина не проста, в ній кожен опинявся як у купелі, був-бо зайнятий власним клопотом. При цьому треба врахувати, — холодно, як високий стратег, мислила Лариса, — і тих, котрі біжать пообідати додому з роботи, — ті, що близько працюють. От тоді й настане ота мертва хвилина, вмерла хвилина, здохла хвилина, коли й усе навколо вимре, і в повітрі зависне якась незбагненна застиглість, коли й машини не їздять, принаймні через їхній двір, аби не потрапити в це мертве поле і в ньому навіки не пропасти.</w:t>
      </w:r>
    </w:p>
    <w:p>
      <w:r>
        <w:br/>
        <w:t>І ось вона настала, віща ота мить, а пізнала це Лариса, бо раптом почула сигнал, ніби сурма десь заграла, але далеко-далеко. Це насталило її рішучість — і вона майже побігла до свого під'їзду, бажаючи прослизнути в нього, як секретне чорнило. Але що й секретне чорнило має здатність проявлятися, то і їй довелося проявитися: саме в той святий мент, коли набрала повний дих повітря і готова була стрибнути в темну отхлань парадного, в прочілі раптом виросла постать у пальті сталевого кольору і в штанях та капелюсі такого ж кольору: якийсь сталевий прямокутник, із втикнутими внизу черевиками, а вгорі із висунутим шрубом, на який наліплено було обличчя з вусами вождя, з маленькими трикутними очками, гострим кінчиком угору, з неймовірно низьким лобом, а може, лоб був і високий, як у другого вождя, але прикривався сталевим, наче каскою, капелюхом. Ця подоба обсмоктувала після обіду, а пообідала сьогодні з невідомих причин зарані, дупла карієсних зубів, а побачивши Ларису, спинилася й розтулила рота, повного дупел зіпсованих зубів. Його очка із трикутних стали чотирикутні, але Лариса не дала йому отямитися, вклонилася, а може, хотіла схилити низько голову, щоб сховати своє нове обличчя, і обтекла його, мов вода, відтак помчала чимдуж під сходи, тоді як старий у сталевому пальті, наче солдат, а він колись був солдатом і не переставав тим чванитися, повернувся за нею на закаблуках, рота він уже стулив, але очі залишалися чотирикутні.</w:t>
      </w:r>
    </w:p>
    <w:p>
      <w:r>
        <w:br/>
        <w:t>В Лариси голосно тахкотіло серце, і вона танцювала з нетерплячки коло ліфту, а червона лампочка біля ліфтових дверей весело з неї реготала; а вона всіма фібрами душі відчувала, що сталевий, прямокутний, із атомною шапиною замість голови, із чавунними черевиками на ногах, із вусами, як у вождя, і низьким лобом, як у другого вождя, оцей клятий старий, халєра на нього, нікуди не пішов, а й досі стовбичить на вийсті із під'їзду, і це тому, що його мозок повільно й уперто, як зіпсута машина, намагався збагнути те, що тільки-но побачив, а що думки його давно не уладнювалися доладно, очі його так і не стали з чотирикутних трикутними. Зрештою, він фуркнув як кінь, крутнув головною, щоб прогнати памороки, і ступнув до дверей — сподівався хоч когось зустріти із свого племені, щоб, розмовившись довго й повільно видовбуючи із себе слова, як смолу із занедбаної бочки, нарешті розжувати новину, бо що це воно справді діється: йому здавалося, досі оця Лариса мала одне обличчя, а теперички воно начебто зовсім інше, чи може це й не вона? А може, це в неї якась маска, а може, вона зробила пластичну операцію, але вона-таки напевне не вона, скаже він комусь із свого племені. І той із його племені посмокче і свого гнилого зуба і скаже філософічно: "А чо це вас так вулнує?" Тоді старий здивується і прийме рацію представника свого племені: а дійсно, чого це так його вулнує? Чи не ліпше поговорити про те, що пишуть у газетах, а ще можна побалакати про сучасну молодь, і про те, що світ, мабуть, перевернеться догори дриґом, адже в ньому не залишилося жодних вартостей, принаймні тих, на яких виховані були люди їхнього племені.</w:t>
      </w:r>
    </w:p>
    <w:p>
      <w:r>
        <w:br/>
        <w:t>У сподіванці на таку розмову старий у пальті сталевої барви став на ґанку і, розтуливши рота, повного карієсних зубів, обдивився порожнього двора — ні, він щось сьогодні зробив не так, збився з ритму чи з пантелику, двір був порожній, а всі його приятелі, пообідавши, лежали на правому боці, хоч він сьогодні зранку переконував їх, що спати після обіду для здоров'я шкідливо. Відтак пішов порожньою сухою дорогою, навіть не відаючи куди й навіщо, а пройшовши кроків зі сто, став, ніби вкопався в дорогу, і тяжко задумався, згадуючи, куди це він зібрався і чого хотів? Натомість перед ним знову випливло оте дивне нове Ларисине обличчя, і йому резонно здалося, що там, на обличчі тому, чогось таки бракує.</w:t>
      </w:r>
    </w:p>
    <w:p>
      <w:r>
        <w:br/>
        <w:t>3.</w:t>
      </w:r>
    </w:p>
    <w:p>
      <w:r>
        <w:br/>
        <w:t>Ця нещаслива зустріч стала причиною, що сусіди, передусім пенсіонери, котрі клеються до лавок або й швендяють з ранку до обіду, а з полудня до вечері і до телевізорного часу, взнали про метаморфозу із Ларисою досить вчасно. Так само вчасно взнали про те й мами, що возять колясочки, а відтак мами та й один тато, що доглядають дітей, котрі вже вилізли з візочків, але мають змогу не йти у ясла чи дитячий садок. Лариса ж сиділа вдома, запечатана стінами, перед нею цвіло дзеркало, і вона сама цвіла в тому дзеркалі, і здавалося їй, що дивно роздвоєна: одна із нез-міненим обличчям, а друга у дзеркалі, вже нова. Мимовільно хапалася рукою, і її пальці там, у дзеркалі, і тут, наяву, не знаходила знайомого привісочка; їй ставало дивно, що все це відбулось і збулося, а ще здавалося їй, що чує оті сотні голосів, прозорі сині їхні брили, що незримо колишуться там у дворі, що захоплено і смішкуючи оповідали про неї, бачила уявно роти, що реготали, і білі, і золоті, і сталеві зуби, цілі й дупласті, і тонкі, й уїдливі жіночі всмішки. Весь той гомін, гул, сміх, слова-голки, і слова-списи, і сло-ва-кулі — все знамірювалося супроти її нового обличчя, що німо світилося зараз у дзеркалі; в ній поступово почав виростати у грудях клубок, розростався й ріс, як тісто на дріжджах, вся вона ставала таким клубком, змотаним із нитки сталевої барви; язик при цьому в роті насталювався, ніби ніж, а очі починали палати й сипати іскрами, мов розпалено там було вогонь. Той вогонь був запалений у краєчку мозку, саме у тому, де загніздився черв'як, котрий незмінно оживав, коли вона думала про те, що можуть говорити про неї й думати, адже і для тих мам, і для одного тата, і для сірого племені пенсіонерів було важко сприйняти і збагнути: як це так; була негарна і раптом, за махом чарівної палички, погарніла, і не вкладалося у мізках саме оте — мах чарівної палички; значно легше бачити, до чого чарівна паличка не торкається, бо є те, що є, а чого нема, то й нема. Тимча-сом за вікном дзвонила синиця, і цей дзвін мелодійно розбивав синє повітря, адже за вікнами починалася весна, вже почала котити на землю вологі, потужні й задурманливі хвилі; в одних ті хвилі збуджували кров, а в других з'являлося марево костомашної із косою. Лариса ж ніби була посередині: не мала сили до тієї весни, не мала сили й наладнатися на нову себе, та й думки треба було зладнати. Водночас не вимивався з неї і нитяний клубок, вуста від того блідли й тоншали, а оскільки не було під ту хвилю вдома нікого (мати після того, як дочка повернулась із лікарні, кинулася перебудовувати людські змисли щодо свого чада, і зараз десь сиділа на одній із лавок, оточена кількома уважними лицями, а батько був на роботі), могла Лариса побути сама з собою. Отож дивилася в дзеркало, яке єхидно показувало їй нове її обличчя, але бачила двір, і лавочку, і матір, і уважні лиця довкола матері, які начебто їй співчутливо покивують і вдають, що розуміють її і поділяють її змисли, але далі, на інших лавочках або ж за дверима своїх квартир, обличчя дивно спотворювалися, кривилися, розпливалися, як у скаламученій воді, а роти викидали полову слів; і ці слова були як голки, списи, ножі чи кулі; і не було там добросусідської чемності — все це чудово розуміла Ларисина мати, а вже менше сама Лариса, і то тому, що в її мозку не переставав ворушитися і їсти її лихий черв'ячок. Отож і сиділа, запечатана в чотирьох стінах, хоч могла чинити й інакше, наприклад, виклично вийти й пронести повз ті лиця, і ті очі, і ті роти своє несподіване погарніле обличчя. Зрештою, тямила, що може перебільшувати людський суд і цікавість, адже кожен має задосить власних справ та й клопоту; але черв'ячок у мозку не вгавав, їв її і не пускав із чотирьох стін. Часом у ній бренькало легенько: скільки часу мине, поки сама звикне до того незнайомого, що світиться до неї у дзеркалі, лиця? Але це були принагідні думки, які відразу ж гасила, натомість рипіла зубами й цідила крізь них: "Плювать! Плювать мені на ваш суд і ваші очі!"</w:t>
      </w:r>
    </w:p>
    <w:p>
      <w:r>
        <w:br/>
        <w:t>— А тобі й справді так лучче! — сказала мати. Сиділа спиною до вікна, світло обливало її ззаду і</w:t>
      </w:r>
    </w:p>
    <w:p>
      <w:r>
        <w:br/>
        <w:t>через це обличчя здавалося зовсім темне.</w:t>
      </w:r>
    </w:p>
    <w:p>
      <w:r>
        <w:br/>
        <w:t>— А чого я добивалася? — сказала Лариса, дивлячись у дзеркало.</w:t>
      </w:r>
    </w:p>
    <w:p>
      <w:r>
        <w:br/>
        <w:t>Ніс її став тепер трохи кирпатий, але це надавало обличчю милої задерикуватості.</w:t>
      </w:r>
    </w:p>
    <w:p>
      <w:r>
        <w:br/>
        <w:t>— Зараз друге времня! Тепер такі операції дєла-ють запросто!</w:t>
      </w:r>
    </w:p>
    <w:p>
      <w:r>
        <w:br/>
        <w:t>Батько сидів за столом і, сопучи, їв. Загортав ложкою, присьорбував, молотив щелепами, очі при цьому маліли і ставали свинцеві. Лариса позирала на нього не без роздратування.</w:t>
      </w:r>
    </w:p>
    <w:p>
      <w:r>
        <w:br/>
        <w:t>— Да, времня друге, — згодилася мати, її голос звучав мирно, навіть сонно, — помню синок отої вчительки музики... Ти помниш синка отої вчительки музики? — спитала чоловіка. Той блимнув олов'яними очками, але не сказав нічого, тільки молов щелепами. — Да, то в нього заяча губа була. Що вже йому не робили, і в больницях тримали, і пластинки якісь вставляли в зуби, і рубець розрізали й зашивали, чисте тобі му-ченіє хлопцю робили. І нічо в них не получилося.</w:t>
      </w:r>
    </w:p>
    <w:p>
      <w:r>
        <w:br/>
        <w:t>— Це колись було, мамка, колись! — сказала Лариса.</w:t>
      </w:r>
    </w:p>
    <w:p>
      <w:r>
        <w:br/>
        <w:t>— А я шо кажу: тепер? Годов так з двадцять тому. То вони шось йому там зробили: щезла заяча губа. А пройшло времня, і знову все стало на старе місце.</w:t>
      </w:r>
    </w:p>
    <w:p>
      <w:r>
        <w:br/>
        <w:t>— Як це? — не зрозуміла Лариса.</w:t>
      </w:r>
    </w:p>
    <w:p>
      <w:r>
        <w:br/>
        <w:t>— А так, шо знов та заяча губа проявилася.</w:t>
      </w:r>
    </w:p>
    <w:p>
      <w:r>
        <w:br/>
        <w:t>— Ніс у мене назад не виросте! — весело сказала Лариса. Вона пильно розглядала себе у дзеркалі. —Нє, я б не хотіла, щоб була та утробина. Так мені куди лучче!</w:t>
      </w:r>
    </w:p>
    <w:p>
      <w:r>
        <w:br/>
        <w:t>Від столу до дівчини запалали круглі, тремтливі, зелені і, здається, розсерджені очі. Нижче тих очей стримів досить дивної форми ніс із химерно звислою барбулькою на кінці.</w:t>
      </w:r>
    </w:p>
    <w:p>
      <w:r>
        <w:br/>
        <w:t>— Тьху на твою голову! То це і мій ніс утробина?</w:t>
      </w:r>
    </w:p>
    <w:p>
      <w:r>
        <w:br/>
        <w:t>— Чого пінишся? — спокійно озвалася мати. — Ти мужчина, а мужчині шо: аби трохи луччий за мавпу був.</w:t>
      </w:r>
    </w:p>
    <w:p>
      <w:r>
        <w:br/>
        <w:t>Батько зирнув на неї, наче п'ятака дав.</w:t>
      </w:r>
    </w:p>
    <w:p>
      <w:r>
        <w:br/>
        <w:t>— А ви, баби, казитеся, — сказав і знову взявся за ложку. Засьорбнув повну і зажував, з вуст його звисла бурякова смужечка. — Це з жиру казитеся, — сказав, ковтнувши. — А по-моєму, в Лариски ніс був як ніс. У моєї матері тоже був такий ніс, і у баби. І замуж повиходили, ще й дітей багато мали. І ні батько мій, ні дід з того носа не вражались. Отож менше казилися б, здоровіше було б...</w:t>
      </w:r>
    </w:p>
    <w:p>
      <w:r>
        <w:br/>
        <w:t>— О, почалося! — заломила руки Лариса. — Тепер, папка, друге времня, а ти не пунімаєш! І шо було, папка, те загуло, і нікада не повернеться! І мій отой ніс, утробина та, не повернеться! І я рада, шо не повернеться, бо була я бридка, а тепер красіва!</w:t>
      </w:r>
    </w:p>
    <w:p>
      <w:r>
        <w:br/>
        <w:t>До неї знову запалилися круглі, тремтливі й зелені очі, а отой привісочок на носі аж побагровів.</w:t>
      </w:r>
    </w:p>
    <w:p>
      <w:r>
        <w:br/>
        <w:t>— А по-моєму, ти якась як з-під преса. Була дівчина як дівчина, а тепер чорті-шо! Мені даже кажить-ся, що не моя ти дочка!</w:t>
      </w:r>
    </w:p>
    <w:p>
      <w:r>
        <w:br/>
        <w:t>Тоді запалилися, стали круглими, тремтливими і зеленими очі її.</w:t>
      </w:r>
    </w:p>
    <w:p>
      <w:r>
        <w:br/>
        <w:t>— Чого ти мене шпиряєш, чого! — заверещала вона. — Чого, мам, він мене доїдає!</w:t>
      </w:r>
    </w:p>
    <w:p>
      <w:r>
        <w:br/>
        <w:t>— Та не чіпай її, Бога ради, — спокійно обізвалася з-під вікна мати. — І ти на батька не кричи, я його тоже пунімаю. Така в нього вся рідня була носата, ну йому й обідно!</w:t>
      </w:r>
    </w:p>
    <w:p>
      <w:r>
        <w:br/>
        <w:t>Батько обернувся до жінки, аж запищав під ним стілець: ніздрі йому тріпотіли.</w:t>
      </w:r>
    </w:p>
    <w:p>
      <w:r>
        <w:br/>
        <w:t>— То це вже й тобі став колючкою мій ніс? Чого ж за мене пішла?</w:t>
      </w:r>
    </w:p>
    <w:p>
      <w:r>
        <w:br/>
        <w:t>— Ніс як ніс, я нічо не маю проти, — мирно обізвалася мати, метнувши оком на розпаленого чоловіка. —Мені воно шо? Пішла, бо мужчина аби трошки за мавпу луччий був би... Мужчинам у жизні і без лиця можна обійтися, а дівчині, то другой разговор...</w:t>
      </w:r>
    </w:p>
    <w:p>
      <w:r>
        <w:br/>
        <w:t>її голос плив помірно, тихо й вуркітливо, і цей голос почав заспокоювати батька; цього разу не зір вався шалено, як це не раз чинив, і не загорлав на них так, щоб у серванті чарки затанцювали, а тільки різко звівся з-за столу, обличчя його стало залізне, а очі бризкнули снопиком іскор. І вони обоє, дочка й мати, збагнули, що далі вести балачку й небезпечно, тож дружно замовкли: Лариса пішла до шафи й почала бобратись у щільно збитих один до одного плечиках із навішаними сукнями та костюмами, а мати схилила голову на плече й сумирно дивилася на чоловіка.</w:t>
      </w:r>
    </w:p>
    <w:p>
      <w:r>
        <w:br/>
        <w:t>— їсти на роботу приготовила? — крижаним голосом спитав батько, і мати почала поволеньки підійматися зі стільця, ніби їй важко було розгинати заціпеніле тіло.</w:t>
      </w:r>
    </w:p>
    <w:p>
      <w:r>
        <w:br/>
        <w:t>— Та січас, тобі бутерброда з ковбасою чи яєшнею?</w:t>
      </w:r>
    </w:p>
    <w:p>
      <w:r>
        <w:br/>
        <w:t>— З чим даси! І в термос не забудь сахару вкинуть! Дала того разу не чай, а помиї!..</w:t>
      </w:r>
    </w:p>
    <w:p>
      <w:r>
        <w:br/>
        <w:t>— І-і-і! — зчудувалася мати і аж очі округлила. — Та ж три ложечки поклала!</w:t>
      </w:r>
    </w:p>
    <w:p>
      <w:r>
        <w:br/>
        <w:t>— А ти поклади п'ять! — сказав, легко відригнувши батько. — Вкалую, то й годуй!</w:t>
      </w:r>
    </w:p>
    <w:p>
      <w:r>
        <w:br/>
        <w:t>Мати пішла на кухню, човгаючи капцями, її повне тіло струшувалося, як драглі, і коли б не це човгання, можна було подумати, що вона пливе. Батько подався за нею: малий, худий, із виставленим лівим плечем і трохи згорблений. Сопів, бо й досі був розсерджений; Лариса повернулася до них від шафи — батько в цей мент проносив повз неї профіля і на рожевому тлі стіни яскраво окреслився його ніс із химерною бурбулькою на кінці. Відтак тиха радість, майже щастя, почала заливати Ларисині груди, відчула, що донедавна висів на ній якийсь вічний тягар, а тепер уже нема його, нема! І поблажлива всмішка ковзнула по її обличчі, і лице з її новим кирпатим носиком стало від того задирикуватіше й оясненіше, отож несподівано навіть для себе підморгнула батькові в спину і показала малого, рожевого і гострого язичка.</w:t>
      </w:r>
    </w:p>
    <w:p>
      <w:r>
        <w:br/>
        <w:t>4.</w:t>
      </w:r>
    </w:p>
    <w:p>
      <w:r>
        <w:br/>
        <w:t>Підійшла до вікна і засміялася, і світ їй здався чарівний: горби, порослі акацією, акація була ще безлиста, але там, де стояв березовий гайок, запалала ніжна зелень.</w:t>
      </w:r>
    </w:p>
    <w:p>
      <w:r>
        <w:br/>
        <w:t>У кухні перемовлялися батько з матір'ю, виясняючи, що ж все-таки візьме він з їжі на роботу; здавалося, вони забули про ту прикру сцену і любенько поміж себе вуркотіли. Вона ж, Лариса, відчувала напруження, бо й досі була повна злості.</w:t>
      </w:r>
    </w:p>
    <w:p>
      <w:r>
        <w:br/>
        <w:t>"А я взяла й зробила, — подумала дерзновенно, — і шо?" Батько на кухні так і не міг вирішити, чи класти на хліб ковбасу чи яєчню, зрештою, вияснилося, що яєчню треба ще смажити — це відкриття примусило батька замовкнути.</w:t>
      </w:r>
    </w:p>
    <w:p>
      <w:r>
        <w:br/>
        <w:t>Тоді в Ларисі прокинувся на серці якийсь звірик, і їй захотілося щось учинити, щось таке, що поставило б крапку і на цій розмові, і на її збудженості. Різко повернулася від вікна, і очі її натрапили на фотокартку на стіні: мати, батько і вона з-перед кількох літ. В батька і в неї були зовсім тотожні носи, і Лариса аж задихнулася, дивлячись на те товариство. Розширила очі, аж розійшлося перед визором те зображення, а коли знову навела фокуса, ота негарна дівчина з фотокартки з хитромудрою привісочкою на носі здалася їй цілком незнайомою, ніби забута подружка, до якої все-таки відчувала поблажливість, але ця поблажливість жила в ній навпереміш із обридженням. Отож ступнула рішуче до фотокартки, зняла зі стіни і вийняла з-під скла.</w:t>
      </w:r>
    </w:p>
    <w:p>
      <w:r>
        <w:br/>
        <w:t>"Виріжемо цю утробину?" — спитала, тягнучись за ножицями.</w:t>
      </w:r>
    </w:p>
    <w:p>
      <w:r>
        <w:br/>
        <w:t>І ножиці сікнули папір, і ота забута подружка впала їй до ніг, добре, що там, на фото, стояла не посередині, а скраю, і наступила капцем на те лице, бо воно вже не існувало, бо воно вже ніколи й не існуватиме. І тоді заспівало й затремтіло радісно на серці — ввійшов у нього голубий вогонь, а те ненависне, старе й померле розтиралося підошвою її капця, і це таки навіки, навіки, — казала подумки, і ніщо її до тієї утробним не поверне.</w:t>
      </w:r>
    </w:p>
    <w:p>
      <w:r>
        <w:br/>
        <w:t>Такою застала її мати, яка таки зуміла догодити батькові, той у кімнату вже не заходив, а чимдуж подався на роботу, адже й запізнювався трохи, а мати спокійне-сенько поверталася до свого звичного місця біля вікна. Але зупинилась у прочілі, бо чудне, задерикувате і веселе обличчя побачила насупроти, і хоч знала, що таке нове обличчя в її одиначки, але щось зашкребло їй у серці, вкмітила, що її дочечка учворила.</w:t>
      </w:r>
    </w:p>
    <w:p>
      <w:r>
        <w:br/>
        <w:t>— Нашо ти фотокарточку попортила? — зойкнула вона.</w:t>
      </w:r>
    </w:p>
    <w:p>
      <w:r>
        <w:br/>
        <w:t>— А я їх хочу всі порвать, — сказала сердито Лариса, підхопила з підлоги оту носату й бридку і почала ярісно її шматувати.</w:t>
      </w:r>
    </w:p>
    <w:p>
      <w:r>
        <w:br/>
        <w:t>І їй раптом здалося, що рве вона на клапті й той час, що лежав у темній прірві минулого, оте намальоване в її пам'яті море-життя, бо ж справжнє життя, на її думку, мало початися оце відтепер.</w:t>
      </w:r>
    </w:p>
    <w:p>
      <w:r>
        <w:br/>
        <w:t>Мати ж поколивалася до стільця, що стояв під вікном, і сівши, випухкнула із себе повітря, наче сама була повітряна, а від того, що побачила, роздирало їй груди.</w:t>
      </w:r>
    </w:p>
    <w:p>
      <w:r>
        <w:br/>
        <w:t>— Напрасно ти це зробила, — сказала, віддихавшись. — Воно конєшно, карточка — бумажка, а й пам-нять якась. Зараз казишся, а відійде моча од голови, пожалієш.</w:t>
      </w:r>
    </w:p>
    <w:p>
      <w:r>
        <w:br/>
        <w:t>— Це я пожалію? — сердито спитала Лариса. — За чим?</w:t>
      </w:r>
    </w:p>
    <w:p>
      <w:r>
        <w:br/>
        <w:t>— Ну як же? — сказала мати. — За собою... Памнять тоже людині нужна!</w:t>
      </w:r>
    </w:p>
    <w:p>
      <w:r>
        <w:br/>
        <w:t>— Мені не треба пам'яті! — різко сказала Лариса і здерла зі стіни другу фотокартку.</w:t>
      </w:r>
    </w:p>
    <w:p>
      <w:r>
        <w:br/>
        <w:t>Тут вона була в молодших літах, ще в десятому класі, із заплетеними хирлявими кісками, очі чомусь перелякані, викруглені, а той химерний ніс — неймовірно її потворив.</w:t>
      </w:r>
    </w:p>
    <w:p>
      <w:r>
        <w:br/>
        <w:t>— Глянь, мам, глянь! — сунула фото матері під ніс.</w:t>
      </w:r>
    </w:p>
    <w:p>
      <w:r>
        <w:br/>
        <w:t>— Глянь, яка утробина. То оце мені її жаліть?</w:t>
      </w:r>
    </w:p>
    <w:p>
      <w:r>
        <w:br/>
        <w:t>— Це в тебе в голові замутилося, — спокійно обізвалася мати. — А коли подивиться, то не така й утробина. Дівчина як дівчина, гірші бувають, тут твій папка правий.</w:t>
      </w:r>
    </w:p>
    <w:p>
      <w:r>
        <w:br/>
        <w:t>— А я не хочу бути гіршою! — заверещала Лариса, люто рвучи фотокартку. — Бо чого, одні красіві, а другі</w:t>
      </w:r>
    </w:p>
    <w:p>
      <w:r>
        <w:br/>
        <w:t>— утробина? Чого?</w:t>
      </w:r>
    </w:p>
    <w:p>
      <w:r>
        <w:br/>
        <w:t>— Так Бог дав, — мовила мати. — Цього ми не вибираємо!</w:t>
      </w:r>
    </w:p>
    <w:p>
      <w:r>
        <w:br/>
        <w:t>— Бог-Бог! Тоже придумали Бога! А я не хочу бути утробиною!</w:t>
      </w:r>
    </w:p>
    <w:p>
      <w:r>
        <w:br/>
        <w:t>— То ж уже накша! — спокійно мовила мати.</w:t>
      </w:r>
    </w:p>
    <w:p>
      <w:r>
        <w:br/>
        <w:t>— А коли хто случиться? Прийде й побачить таку?</w:t>
      </w:r>
    </w:p>
    <w:p>
      <w:r>
        <w:br/>
        <w:t>— Да, тут ти, конєшно, права, — згодилася мати. —Але шо вона винна, та карточка! Не бісись і заспокій-ся, бо я оце зараз одного обмінщика чекаю.</w:t>
      </w:r>
    </w:p>
    <w:p>
      <w:r>
        <w:br/>
        <w:t>Лариса з маху сіла на стільця.</w:t>
      </w:r>
    </w:p>
    <w:p>
      <w:r>
        <w:br/>
        <w:t>— Щось накльовується?</w:t>
      </w:r>
    </w:p>
    <w:p>
      <w:r>
        <w:br/>
        <w:t>— Є, але в гіршому районі. Але кватіра більша, то доплатити тра.</w:t>
      </w:r>
    </w:p>
    <w:p>
      <w:r>
        <w:br/>
        <w:t>— Який етаж? — по-діловому спитала Лариса.</w:t>
      </w:r>
    </w:p>
    <w:p>
      <w:r>
        <w:br/>
        <w:t>— Та ж лихо, шо восьмий. Ті ліхти барахлять, а нам з батьком літ не меншає.</w:t>
      </w:r>
    </w:p>
    <w:p>
      <w:r>
        <w:br/>
        <w:t>— Тоді нам не підходить.</w:t>
      </w:r>
    </w:p>
    <w:p>
      <w:r>
        <w:br/>
        <w:t>— Є і на третьому. Але без ванни.</w:t>
      </w:r>
    </w:p>
    <w:p>
      <w:r>
        <w:br/>
        <w:t>— І без гарячої води?</w:t>
      </w:r>
    </w:p>
    <w:p>
      <w:r>
        <w:br/>
        <w:t>— Нє, гаряча вода є. Колонка.</w:t>
      </w:r>
    </w:p>
    <w:p>
      <w:r>
        <w:br/>
        <w:t>— То нехай буде без ванни. Митимемося під душем.</w:t>
      </w:r>
    </w:p>
    <w:p>
      <w:r>
        <w:br/>
        <w:t>— Та от батько несогласний. Каже: покиснуть у гарячій водичці люблю.</w:t>
      </w:r>
    </w:p>
    <w:p>
      <w:r>
        <w:br/>
        <w:t>— То котрий із них має прийти?</w:t>
      </w:r>
    </w:p>
    <w:p>
      <w:r>
        <w:br/>
        <w:t>— Інший. Той більшої доплати хоче.</w:t>
      </w:r>
    </w:p>
    <w:p>
      <w:r>
        <w:br/>
        <w:t>— Чого?</w:t>
      </w:r>
    </w:p>
    <w:p>
      <w:r>
        <w:br/>
        <w:t>— Площа на три метра більша.</w:t>
      </w:r>
    </w:p>
    <w:p>
      <w:r>
        <w:br/>
        <w:t>— То доплатіть, шо у вас нема?</w:t>
      </w:r>
    </w:p>
    <w:p>
      <w:r>
        <w:br/>
        <w:t>Мати замовкла і її лице стало поважне і ніби скам'яніле.</w:t>
      </w:r>
    </w:p>
    <w:p>
      <w:r>
        <w:br/>
        <w:t>— Коли ж батько не позволя тих грошей чіпать. На чорний, каже день, все може в жизні случиться.</w:t>
      </w:r>
    </w:p>
    <w:p>
      <w:r>
        <w:br/>
        <w:t>— От воно й случилось! Хіба нє?</w:t>
      </w:r>
    </w:p>
    <w:p>
      <w:r>
        <w:br/>
        <w:t>— Та де ж воно случилось, доць? — здивовано озвалася мати. — Ну, здєлала ти операцію, то хіба це горе?</w:t>
      </w:r>
    </w:p>
    <w:p>
      <w:r>
        <w:br/>
        <w:t>— Не горе, а щастя! — твердо озвалася Лариса.</w:t>
      </w:r>
    </w:p>
    <w:p>
      <w:r>
        <w:br/>
        <w:t>— Для тебе ті гроші й бережем, — голос у матері зазвучав розчулено. — Батько ка': мо' замуж случиться, а тепера кавалери жінок до себе не беруть, а на їхнє заглядаються.</w:t>
      </w:r>
    </w:p>
    <w:p>
      <w:r>
        <w:br/>
        <w:t>— Коли ж тут житиму, то... замужу не буде. Тут мене кажда собака зна.</w:t>
      </w:r>
    </w:p>
    <w:p>
      <w:r>
        <w:br/>
        <w:t>— То й шо?</w:t>
      </w:r>
    </w:p>
    <w:p>
      <w:r>
        <w:br/>
        <w:t>— А те, що тут я замуж не вийду. Мінять обстановку тра.</w:t>
      </w:r>
    </w:p>
    <w:p>
      <w:r>
        <w:br/>
        <w:t>Мати дивилася якийсь час на дочку, і її лице знову стало кам'яне, а нижня губа негарно відвисла.</w:t>
      </w:r>
    </w:p>
    <w:p>
      <w:r>
        <w:br/>
        <w:t>Лариса встала, взяла з полиці фотоальбома й почала його гортати.</w:t>
      </w:r>
    </w:p>
    <w:p>
      <w:r>
        <w:br/>
        <w:t>— Воно конєшно, — сказала мати. — Чи ж я дурна? І чи тобі не хочу добра?</w:t>
      </w:r>
    </w:p>
    <w:p>
      <w:r>
        <w:br/>
        <w:t>Лариса тотохнула альбомом по столі і різко звелася.</w:t>
      </w:r>
    </w:p>
    <w:p>
      <w:r>
        <w:br/>
        <w:t>— А коли хочете добра, то над копійкою не трусіться! — сказала гостро, ніздрі їй тріпотіли.</w:t>
      </w:r>
    </w:p>
    <w:p>
      <w:r>
        <w:br/>
        <w:t>— Ну, чого обіжаєшся? — сказала спокійно мати. —Такі ви збішені оце з твоїм таточком. Як перець!</w:t>
      </w:r>
    </w:p>
    <w:p>
      <w:r>
        <w:br/>
        <w:t>— Перець, бо печете.</w:t>
      </w:r>
    </w:p>
    <w:p>
      <w:r>
        <w:br/>
        <w:t>— Це ще хто зна, хто кого пече. Коли сказать по-правді, я і за твого батька пішла, бо гарячий, як перець... Да, ти карточок із альбому не чіпай, а то про тебе маленьку памняті не буде.</w:t>
      </w:r>
    </w:p>
    <w:p>
      <w:r>
        <w:br/>
        <w:t>— Себе малої не збираюся чіпати, — сказала, трохи холонучи, Лариса. — Хоч як на мене, все знічтожи-ти тра. Шоб і не смерділо по тій утробині!</w:t>
      </w:r>
    </w:p>
    <w:p>
      <w:r>
        <w:br/>
        <w:t>5.</w:t>
      </w:r>
    </w:p>
    <w:p>
      <w:r>
        <w:br/>
        <w:t>У передпокої задзеленчав дзвінок, і Лариса кинулася відчиняти. При вході стояв чолов'яга в потертому плащі, з надзвичайно кострубатими бровами, на його пелехатій голові ледве тримався потертий, як і його плащ, капелюх, а підборіддя — ніби сокирою стесане.</w:t>
      </w:r>
    </w:p>
    <w:p>
      <w:r>
        <w:br/>
        <w:t>— Савченки? — рубнув чоловік. — По обмену! Лариса відступила з дороги, з кімнати вже вико-</w:t>
      </w:r>
    </w:p>
    <w:p>
      <w:r>
        <w:br/>
        <w:t>ливувалася на грубих ногах мати, її завжди сонне обличчя розкішно цвіло.</w:t>
      </w:r>
    </w:p>
    <w:p>
      <w:r>
        <w:br/>
        <w:t>— Заходіте, заходіте, пужалуста, — заспівала вона.</w:t>
      </w:r>
    </w:p>
    <w:p>
      <w:r>
        <w:br/>
        <w:t>— Хачу пасматрєть! — рубнув чолов'яга і, не скидаючи капелюха, зразу ж узявся за розглядини. Зайшов до кухні, засвітив усі чотири камфорки газової плити, чомусь понюхав, крутнув водогінного крана, міцно закрутив, завернув голову, аж його капелюшець ледве не впав — дивився на стелю. Помітивши жовтий підтік, турнув туди зарослим пальцем.</w:t>
      </w:r>
    </w:p>
    <w:p>
      <w:r>
        <w:br/>
        <w:t>— Ето шо такое?</w:t>
      </w:r>
    </w:p>
    <w:p>
      <w:r>
        <w:br/>
        <w:t>— Сусєді залили, — заспівала тонко мати, — сякіє-такіє!</w:t>
      </w:r>
    </w:p>
    <w:p>
      <w:r>
        <w:br/>
        <w:t>— Плохіє сусєді? Часто залівають?</w:t>
      </w:r>
    </w:p>
    <w:p>
      <w:r>
        <w:br/>
        <w:t>— Ото раз і залілі! — тоненько проказала мати!</w:t>
      </w:r>
    </w:p>
    <w:p>
      <w:r>
        <w:br/>
        <w:t>— Возьмітє бєлу краску, — рубнув чоловік, — а тада побелить!</w:t>
      </w:r>
    </w:p>
    <w:p>
      <w:r>
        <w:br/>
        <w:t>Вийшов у коридорець і зазирнув до туалету. Обдивився стіни й низько нагнувся над унітазом, щось і там нюшкуючи. Тоді спустив воду, яка шумно полилася, і перевірив запобіжного крана.</w:t>
      </w:r>
    </w:p>
    <w:p>
      <w:r>
        <w:br/>
        <w:t>— Не работає?</w:t>
      </w:r>
    </w:p>
    <w:p>
      <w:r>
        <w:br/>
        <w:t>— Як це не работає? — обурилася мати. — Не в той, мать, бік крутите.</w:t>
      </w:r>
    </w:p>
    <w:p>
      <w:r>
        <w:br/>
        <w:t>Кран "заработав", бо вода перестала дзюркотіти. Чоловік підвівся, його обличчя стало малинове.</w:t>
      </w:r>
    </w:p>
    <w:p>
      <w:r>
        <w:br/>
        <w:t>— Да, діствітільно, в порядку, — сказав.</w:t>
      </w:r>
    </w:p>
    <w:p>
      <w:r>
        <w:br/>
        <w:t>— У нас все в порядку, — гордо озвалася мати. —Хароша кватірка!</w:t>
      </w:r>
    </w:p>
    <w:p>
      <w:r>
        <w:br/>
        <w:t>Чоловік відчинив двері до ванної і шумко втягнув повітря.</w:t>
      </w:r>
    </w:p>
    <w:p>
      <w:r>
        <w:br/>
        <w:t>— Сиростю оддайоть.</w:t>
      </w:r>
    </w:p>
    <w:p>
      <w:r>
        <w:br/>
        <w:t>— Стірали вчора, — тонко сказала мати. Чоловік відкрутив воду і перевірив запобіжні крани.</w:t>
      </w:r>
    </w:p>
    <w:p>
      <w:r>
        <w:br/>
        <w:t>— Один кран туго йдьоть, — сказав.</w:t>
      </w:r>
    </w:p>
    <w:p>
      <w:r>
        <w:br/>
        <w:t>— Туго, — скрушно зітхнула мати.</w:t>
      </w:r>
    </w:p>
    <w:p>
      <w:r>
        <w:br/>
        <w:t>Чоловік різко рвонув із ванни, аж вони з Ларисою змушені були відскочити від входу.</w:t>
      </w:r>
    </w:p>
    <w:p>
      <w:r>
        <w:br/>
        <w:t>— Район у нас замічательний, — заспівала мати. —Магазин під боком: гастроном, і промтовари, і хімчистка в нашому домі, і пошта, аптека — рукой подать.</w:t>
      </w:r>
    </w:p>
    <w:p>
      <w:r>
        <w:br/>
        <w:t>— Чо ж не удовлітворяє? — спитав чоловік.</w:t>
      </w:r>
    </w:p>
    <w:p>
      <w:r>
        <w:br/>
        <w:t>— Є в нас причина. Сімейна, — сказала мати.</w:t>
      </w:r>
    </w:p>
    <w:p>
      <w:r>
        <w:br/>
        <w:t>Чоловік різко повернувся і пильно зирнув на матір. Лариса помітила, що одне око його було більше другого, власне одне розширене, ніби вставне, а друге примружене.</w:t>
      </w:r>
    </w:p>
    <w:p>
      <w:r>
        <w:br/>
        <w:t>— А кака іменно?</w:t>
      </w:r>
    </w:p>
    <w:p>
      <w:r>
        <w:br/>
        <w:t>— Це вже наше діло, — різко сказала Лариса.</w:t>
      </w:r>
    </w:p>
    <w:p>
      <w:r>
        <w:br/>
        <w:t>— Ну, воно конєшно, діло це ваше! — сказав, миттю збайдужівши, чоловік і рушив до кімнати.</w:t>
      </w:r>
    </w:p>
    <w:p>
      <w:r>
        <w:br/>
        <w:t>— Клітушка малувата, — мовив, поморщившись.</w:t>
      </w:r>
    </w:p>
    <w:p>
      <w:r>
        <w:br/>
        <w:t>— Двінацять метров, — проспівала мати. — А друга — шиснацять.</w:t>
      </w:r>
    </w:p>
    <w:p>
      <w:r>
        <w:br/>
        <w:t>— Куда хочете пойті — тридцать два.</w:t>
      </w:r>
    </w:p>
    <w:p>
      <w:r>
        <w:br/>
        <w:t>— Знаємо, — сказала мати.</w:t>
      </w:r>
    </w:p>
    <w:p>
      <w:r>
        <w:br/>
        <w:t>— Сума доплати звєсна? — рубнув чоловік.</w:t>
      </w:r>
    </w:p>
    <w:p>
      <w:r>
        <w:br/>
        <w:t>— Та звєсна. Многовато!</w:t>
      </w:r>
    </w:p>
    <w:p>
      <w:r>
        <w:br/>
        <w:t>— А шо ви думалі? Всьо тепер дорогое. Сколько метр знаїтє? Ото-то!</w:t>
      </w:r>
    </w:p>
    <w:p>
      <w:r>
        <w:br/>
        <w:t>Вони ввійшли в другу кімнату.</w:t>
      </w:r>
    </w:p>
    <w:p>
      <w:r>
        <w:br/>
        <w:t>— Клітушка веселенька — сонячний бок, — буркнув чоловік. — Взимку тепло?</w:t>
      </w:r>
    </w:p>
    <w:p>
      <w:r>
        <w:br/>
        <w:t>— Муж у майке ходить.</w:t>
      </w:r>
    </w:p>
    <w:p>
      <w:r>
        <w:br/>
        <w:t>— Значить гарячо, — чоловік з розгону сів на стільця, капелюха він і не думав скидати. — Обмєн знаєте какой?</w:t>
      </w:r>
    </w:p>
    <w:p>
      <w:r>
        <w:br/>
        <w:t>— Та от у мене все в голові перемакітрилось.</w:t>
      </w:r>
    </w:p>
    <w:p>
      <w:r>
        <w:br/>
        <w:t>— Хорошо, повтору, нема нічого складного. Двє сімні з общой, сорок і двадцать п'ять метров, ідут на двох-комнатну і трьохкомнатну ізолірованиє. Те, шо йдут у двохкомнатную, нашої двохкомнатної не хатят, район не устраює і даліко. їх устраює ваш район, ви ж ідьотє у двохкомнатную — тридцать два метра, соответственно з доплатой, а оні сюда. З двохкомнатной і трьохкомнатной пойдут в общу — сімня, хатят вмєстє бить.</w:t>
      </w:r>
    </w:p>
    <w:p>
      <w:r>
        <w:br/>
        <w:t>— А доплата кому? — поцікавилася Лариса.</w:t>
      </w:r>
    </w:p>
    <w:p>
      <w:r>
        <w:br/>
        <w:t>— Хто метри тратить.</w:t>
      </w:r>
    </w:p>
    <w:p>
      <w:r>
        <w:br/>
        <w:t>— Вам?</w:t>
      </w:r>
    </w:p>
    <w:p>
      <w:r>
        <w:br/>
        <w:t>— А тож каму? Вам, баришня, понаравиться, там парнів много, як на подбор.</w:t>
      </w:r>
    </w:p>
    <w:p>
      <w:r>
        <w:br/>
        <w:t>Лариса почервоніла.</w:t>
      </w:r>
    </w:p>
    <w:p>
      <w:r>
        <w:br/>
        <w:t>— Але худший район, — сказала твердо мати.</w:t>
      </w:r>
    </w:p>
    <w:p>
      <w:r>
        <w:br/>
        <w:t>— Почему худший? — обурився чоловік. — Райони одінакові.</w:t>
      </w:r>
    </w:p>
    <w:p>
      <w:r>
        <w:br/>
        <w:t>— Нам до центра тридцять, а одтуда сорок п'ять мінут їзди, — сказала мати.</w:t>
      </w:r>
    </w:p>
    <w:p>
      <w:r>
        <w:br/>
        <w:t>— Не сорок п'ять, а сорок, — заперечив чоловік.</w:t>
      </w:r>
    </w:p>
    <w:p>
      <w:r>
        <w:br/>
        <w:t>— Я засікала, — наполягла мати.</w:t>
      </w:r>
    </w:p>
    <w:p>
      <w:r>
        <w:br/>
        <w:t>— А вам для чіво той центр?</w:t>
      </w:r>
    </w:p>
    <w:p>
      <w:r>
        <w:br/>
        <w:t>— Доч у центрі работає, — не зморгнула мати.</w:t>
      </w:r>
    </w:p>
    <w:p>
      <w:r>
        <w:br/>
        <w:t>— Неудобство не большое. — Транспорт удобний.</w:t>
      </w:r>
    </w:p>
    <w:p>
      <w:r>
        <w:br/>
        <w:t>— За неудобство скинуть годиться.</w:t>
      </w:r>
    </w:p>
    <w:p>
      <w:r>
        <w:br/>
        <w:t>Чоловік дивився якийсь час на матір, начебто не розумів, що вона сказала, одне око при цьому ще більше розширилося, а друге звузилося.</w:t>
      </w:r>
    </w:p>
    <w:p>
      <w:r>
        <w:br/>
        <w:t>— Харашо! — рубнув він. — Договоримся. Но транспорт стоїть так само: тут трамвай і там. Будем оформлять документи, ілі подумаєте?</w:t>
      </w:r>
    </w:p>
    <w:p>
      <w:r>
        <w:br/>
        <w:t>— Доплата большая, — зітхнула мати.</w:t>
      </w:r>
    </w:p>
    <w:p>
      <w:r>
        <w:br/>
        <w:t>— На теперішнії вриміна не большая, — сказав чоловік. — Не хатіте, не принуждаю: таких п'ять най-дьоться. Вам улучшеніє, доч замуж пойдьот, вот і вигода.</w:t>
      </w:r>
    </w:p>
    <w:p>
      <w:r>
        <w:br/>
        <w:t>— Посоветоваться з мужом нужно, — сказала мати.</w:t>
      </w:r>
    </w:p>
    <w:p>
      <w:r>
        <w:br/>
        <w:t>— Канєшно! — він вийняв картку. — Мой тіліфон.</w:t>
      </w:r>
    </w:p>
    <w:p>
      <w:r>
        <w:br/>
        <w:t>Пішов різко до виходу, і Лариса метнулася відчинити двері. Коли ж повернулася, мати сиділа на стільці серед хати, поклавши долоні на масивні коліна і скрушно похитувала головою.</w:t>
      </w:r>
    </w:p>
    <w:p>
      <w:r>
        <w:br/>
        <w:t>— Ой-йой-йой, доню, — сказала дуже вже тонко. —Боюся шось я!</w:t>
      </w:r>
    </w:p>
    <w:p>
      <w:r>
        <w:br/>
        <w:t>— Чого ж боїшся? — спитала Лариса.</w:t>
      </w:r>
    </w:p>
    <w:p>
      <w:r>
        <w:br/>
        <w:t>— Боюся, що заспіває нам батько — не шуточки! Ще, може, й ребра нам поламає!</w:t>
      </w:r>
    </w:p>
    <w:p>
      <w:r>
        <w:br/>
        <w:t>— Не дуже він нам їх ламав, не поламає й зараз, —сухо озвалася Лариса. — А ти ходила дивитись ту ква-тіру?</w:t>
      </w:r>
    </w:p>
    <w:p>
      <w:r>
        <w:br/>
        <w:t>— Кватіра непогана, — зітхнула мати. — Але як це воно останньої копійки позбуваться?</w:t>
      </w:r>
    </w:p>
    <w:p>
      <w:r>
        <w:br/>
        <w:t>— То вам гроші чи я дорожча? — гостро крикнула Лариса.</w:t>
      </w:r>
    </w:p>
    <w:p>
      <w:r>
        <w:br/>
        <w:t>— Де його й розібрать, — скрушно зітхнула мати. —І тебе шкода, і грошей!</w:t>
      </w:r>
    </w:p>
    <w:p>
      <w:r>
        <w:br/>
        <w:t>6.</w:t>
      </w:r>
    </w:p>
    <w:p>
      <w:r>
        <w:br/>
        <w:t>І все-таки вона не зжилася дорешти зі своїм обличчям. Крім фізичного відчуття зміни, мала й моральне: той скутий, болющий жмуток, який майже завжди сидів у ній, викликаючи постійне застереження щодо власної повноцінності, жив у ній і зараз — рівно-важилося це спалахами злості й відчайдушності.</w:t>
      </w:r>
    </w:p>
    <w:p>
      <w:r>
        <w:br/>
        <w:t>А у вікна стукалася весна. Відчула її Лариса, коли розчинила навстіж вікно у більшій кімнаті, обдерши перед цим зимову заклейку. Затріщав папір, що його не до кінця обскубала, і у вікно линуло раптом таким свіжим та запашним духом, аж дівчина зупинилася. Це було до речі, бо перед цим пережила те, що мати називала батьковим сказом — довідавшись, що вони вирішили викласти при обміні квартин всі їхні родинні гроші, при чому й не подумавши порадитись із ним, батько почервонів як буряк, звівся навшпиньки, задер до дочки (адже була значно вища за нього) оте бурякове лице, і воно справді стало схоже на буряка, з якого здерто шкурку, при чому ніс видавався за хвостика, і загорлав на високій заливистій ноті, виказуючи при цьому всі їхні давніші і ближчі гріхи, обкидаючи їх останніми словами, а ще при цьому по-коливуючись на носках — ніби пес, що вив на небо.</w:t>
      </w:r>
    </w:p>
    <w:p>
      <w:r>
        <w:br/>
        <w:t>Мати ж при цьому спокійненько сиділа на стільці, дивлячись на нього з добродушною півусмішечкою, а Лариса починала закипати, як чайник, але мати, помітивши це, взяла її за руку і сказала — при тому крикові її голос добре був почутий:</w:t>
      </w:r>
    </w:p>
    <w:p>
      <w:r>
        <w:br/>
        <w:t>— Не запалюйся, донечко, папці треба викричаться! Такий у нього, бідолашненького, характер!</w:t>
      </w:r>
    </w:p>
    <w:p>
      <w:r>
        <w:br/>
        <w:t>І батько викрикувався, очі в нього повилізали з орбіт, і Лариса почала побоюватися, що вони вистрілять із тих орбіт, як набої з гарматок, ота привісочка на носі яскраво паленіла червоним — такого кольору не віднайти і на найбордовішому буряку, губи не рухалися, а мотилялися, і горлав він, що хочуть загнати його в гроб, ще й покришку накласти, ще й гвіздками прибити, і що йому з ними колись доведеться розпрощатися, бо хто витримає оце чортове бабське кодло, в якого в голові тушкована на лайні капуста, а ще вони ту тушковану на лайні капусту хочуть примусити їсти його, а самі й не подумають покуштувати. Отакі дивні, майже барокові, ряди витворював бать-ковий мозок; на жаль, його слухачки й поняття зеленого не мали про висоти риторичного стилю; отож батьковий крик був ніби голосом волаючого в пустелі. Зрештою, йому й справді здалося, що перед ним пустеля, і пісок, і що пісок той віє йому в обличчя і січе шкіру, і що звідтіля, з глибини пустелі, дихає на нього чорним ротом якась бридашна, костомашна істота, але він не міг зупинитися, тому волав і волав, і йому навіть луна не відповідала, хоч би у формі відгаркувань з боку тих, до котрих він волав, бо мати дивилася на нього з любов'ю, тримаючи на вустах ту ж таки усмішечку; рука її при цьому твердо стискала Лари-сину, а Лариса перетворилася в кавалок каменю, зачиненого на всі замки, і з затуленими шпарочками.</w:t>
      </w:r>
    </w:p>
    <w:p>
      <w:r>
        <w:br/>
        <w:t>— Ще трошки, донечко, — сказала мати, — зараз у нього сказ мине й піде він з хати. Вже захльобується!</w:t>
      </w:r>
    </w:p>
    <w:p>
      <w:r>
        <w:br/>
        <w:t>Батько й справді вже починав захльобуватися, слова почали вилітати йому з рота з меншою швидкістю, очі не вистрілили, як' ядра із старовинної гарматки, а ніби сховалися назад у мішечках повік, з рота витекла звурджена смужечка піни, обличчя почало втрачати на барві, а ніс із яскравочервоною привісочкою вже не так шалено, як буряковий хвіст, мотався обличчям.</w:t>
      </w:r>
    </w:p>
    <w:p>
      <w:r>
        <w:br/>
        <w:t>— Це ви мене колись доведете! — зрештою викрикнув він. — Це ви мене доведете! Бачить вас не хочу!</w:t>
      </w:r>
    </w:p>
    <w:p>
      <w:r>
        <w:br/>
        <w:t>І він змахнув рукою, ніби була там шабля і рубнув тією невидимою шаблею повітря, а тоді розвернувся, як солдат і не так подався, як побіг, шкандибаючи, до виходу.</w:t>
      </w:r>
    </w:p>
    <w:p>
      <w:r>
        <w:br/>
        <w:t>Гримнули двері, струснулися стіни, в передухідді загув ліфт.</w:t>
      </w:r>
    </w:p>
    <w:p>
      <w:r>
        <w:br/>
        <w:t>— Фу! — видихла повітря мати. — Пронесло! Зараз він піде нап'ється, і все буде так, як ми рішили! Тяжко мені буває з ним жити, доню! — додала плаксиво мати, і в куточку її лівого ока забриніла сльоза.</w:t>
      </w:r>
    </w:p>
    <w:p>
      <w:r>
        <w:br/>
        <w:t>7.</w:t>
      </w:r>
    </w:p>
    <w:p>
      <w:r>
        <w:br/>
        <w:t>І ось в кімнаті неймовірний бедлам: нав'язані клунки, зсунута мебля, збита курява, зняті із стін фотокартки, картина й килими, виявилося, що, не зважаючи на ретельне материне прибирання, в хаті море пилу, і цей пил літав, потрапляючи в сонячні стяги і яскраво в них висвітлюючись.</w:t>
      </w:r>
    </w:p>
    <w:p>
      <w:r>
        <w:br/>
        <w:t>— Фу! Нічим дихать! — сказала мати. — Відчини вікно.</w:t>
      </w:r>
    </w:p>
    <w:p>
      <w:r>
        <w:br/>
        <w:t>І цього разу Лариса, відчиняючи вікно, задоволено ковтнула свіжого повітря, її око мимохіть упало на зовсім зелені горби і ніжний, смарагдовий дим, що оповив березового гайка. Серед білих стовбурів завмерла парочка: дівчина в червоному довгому плащі, а хлопець у сірій куртці стояли, обійнявшись і зовсім не дбаючи про сторонні очі, а дивилося на них із двісті вікон. Лариса відчула, як щось тенькнуло в ній легенько, наче музика прозірчата заграла.</w:t>
      </w:r>
    </w:p>
    <w:p>
      <w:r>
        <w:br/>
        <w:t>— Ще трохи й ув'яжемось, — сказала за спиною мати. Вона й собі підійшла до вікна, важко дихала.</w:t>
      </w:r>
    </w:p>
    <w:p>
      <w:r>
        <w:br/>
        <w:t>— Красота в нас тут, — сказала Лариса. — Там такого не буде.</w:t>
      </w:r>
    </w:p>
    <w:p>
      <w:r>
        <w:br/>
        <w:t>— Буде друга, — байдуже відповіла мати. — Оно, конєшно, харашо, коли окові приятно, але до всього людина привика. Колись, як поселили нас у цю коробку із свого дома й садочка, думала здохну тут. Та нє, прижилася, привикла... Не простудись мені!</w:t>
      </w:r>
    </w:p>
    <w:p>
      <w:r>
        <w:br/>
        <w:t>— Теплінь така! — сказала Лариса, і мати, скосивши на неї очі, не змогла не відзначити, наскільки кращою стала тепер її донька.</w:t>
      </w:r>
    </w:p>
    <w:p>
      <w:r>
        <w:br/>
        <w:t>— Оце після тої операції, — сказала, — ти не на батьковий рід стала похожа, а на мій. У нас всі красіві були!</w:t>
      </w:r>
    </w:p>
    <w:p>
      <w:r>
        <w:br/>
        <w:t>— Хочу бути як люди! — твердо сказала Лариса. —Все із шафи ув'язала?</w:t>
      </w:r>
    </w:p>
    <w:p>
      <w:r>
        <w:br/>
        <w:t>— Та все ж! — мати сіла на стільця і втерла рукавом чоло. — Задала ти нам клопоту, а я, знаїш, і довольна! Батько піниться, але й він перепіниться, він у нас такий: швидко закипає і скоро холоне.</w:t>
      </w:r>
    </w:p>
    <w:p>
      <w:r>
        <w:br/>
        <w:t>— Чого ж довольна? — холодно спитала Лариса.</w:t>
      </w:r>
    </w:p>
    <w:p>
      <w:r>
        <w:br/>
        <w:t>— Довольна, бо може там нам житися буде лучче. Та й батькові буде лучче, тут у нього дружки завелися, а дружки — то й випивон. А його тра від того відшити і від тих випивонів перестроїть.</w:t>
      </w:r>
    </w:p>
    <w:p>
      <w:r>
        <w:br/>
        <w:t>— Коли захочеш, то й перестроїш.</w:t>
      </w:r>
    </w:p>
    <w:p>
      <w:r>
        <w:br/>
        <w:t>— Да, з цим кодлом тра вумно. Тоїсть не на цепу тримать, а на шнурочку, а коли шовковий, крепше буде. Бува ж затнеться тобі, хоч кола на голові теши!</w:t>
      </w:r>
    </w:p>
    <w:p>
      <w:r>
        <w:br/>
        <w:t>— А ти й тешеш! — засміялася Лариса.</w:t>
      </w:r>
    </w:p>
    <w:p>
      <w:r>
        <w:br/>
        <w:t>— Не всіда воно й дається, — сказала мати. — Це коли замуж вийдеш, знай: на цепу тримаєш — зірветься і убіжить, а на шнурочку — смикнеться, погладь і залишиться. А шнурочок може стать крепше цепа. Нелегка штука сімню сохранить.</w:t>
      </w:r>
    </w:p>
    <w:p>
      <w:r>
        <w:br/>
        <w:t>І від тих слів невідь чому стало Ларисі печально, бо де ще той заміж, і коли то вона зможе використати оту материну науку, як управляти чоловіком! Тож стояла й дивилася, як парочка в березняку повільно рушила між дерева: ішли, похитуючись, і здавалося, що від того ходу діброва ще зеленіше засвічувалася.</w:t>
      </w:r>
    </w:p>
    <w:p>
      <w:r>
        <w:br/>
        <w:t>— Коли добре подумать, — сказала мати за спиною, — могли б і тут жить. Полупилися б на тебе трохи, почесали б язики та й успокоїлися б. Знаєш, стара Поліщучка померла...</w:t>
      </w:r>
    </w:p>
    <w:p>
      <w:r>
        <w:br/>
        <w:t>— Оце сьогодні? — аж повернулася від вікна Лариса.</w:t>
      </w:r>
    </w:p>
    <w:p>
      <w:r>
        <w:br/>
        <w:t>— Ну да! Це як сміття виносила, то почула. Встала, хотіла води напиться, голова закрутилася, впала</w:t>
      </w:r>
    </w:p>
    <w:p>
      <w:r>
        <w:br/>
        <w:t>— й по ній!</w:t>
      </w:r>
    </w:p>
    <w:p>
      <w:r>
        <w:br/>
        <w:t>Лариса здригнулася. Відчула раптом усім тілом: у цей чудовий, іскристий день, коли все так цвіте й пахне, десь поруч — мертва людина, жовта, як віск, і закоцюбла.</w:t>
      </w:r>
    </w:p>
    <w:p>
      <w:r>
        <w:br/>
        <w:t>— Це в недобрий день вибираємося!</w:t>
      </w:r>
    </w:p>
    <w:p>
      <w:r>
        <w:br/>
        <w:t>— Чого це в недобрий? — спокійно відказала мати.</w:t>
      </w:r>
    </w:p>
    <w:p>
      <w:r>
        <w:br/>
        <w:t>— Для них він, може, й недобрий, а для нас чого? Виберемося та й забудем. Шкода, шо на похорон не втраплю.</w:t>
      </w:r>
    </w:p>
    <w:p>
      <w:r>
        <w:br/>
        <w:t>— Це сьодня й похорон? — з перестрахом спитала Лариса.</w:t>
      </w:r>
    </w:p>
    <w:p>
      <w:r>
        <w:br/>
        <w:t>— А тож коли? Тепера скоро все робиться: на машину — і бігом до ями! Така жизня! Але похорон після обіду в них буде.</w:t>
      </w:r>
    </w:p>
    <w:p>
      <w:r>
        <w:br/>
        <w:t>Лариса зітхнула: збиратися на нову квартиру під звуки траурного маршу — невесела штука!</w:t>
      </w:r>
    </w:p>
    <w:p>
      <w:r>
        <w:br/>
        <w:t>— Сімдесят два годи мала, — сказала мати, знову втираючись рукавом. — Своє віджила, але не дуже й зажилась.</w:t>
      </w:r>
    </w:p>
    <w:p>
      <w:r>
        <w:br/>
        <w:t>І подумала мимохіть Лариса, що те саме відчувала, коли нищила фотокартки, — як розсипалися на її подолі оті клаптики із шматочками облич та тіл: минулі дні, неоковирно застиглі на папері. Кожна фотокартка мала в собі відбитий день, сонячний чи похмурий, якийсь шмат простору із речами: дерев'яною лавкою, шматком стіни чи грядкою квітів, з горбом, снігом чи травою, часом із чужою постаттю на заднику; повітря, що вливалось у той шмат простору — де воно все? Перемістилося й перемішалося, і коли навіть є той-таки горб чи дерево, то нема трави і снігу, та й горб і дерево тепер виглядають інакше, адже дивиться на них іншими очима та й освітлені будуть не так. Вона ж заповзялася розправитись із цим світом померлих речей: рвала і рвала, нищила й кромсала, змінювала себе і то з однієї причини — хотіла пристосуватися до цього світу, бути в ньому як усі, жити як усі, хоча і життя оте — як подих вітру. Чи не тому, коли рвала фотокартки, мати не дуже й боронила, а сиділа на своєму стільці, сумно всміхалася й покивувала головою; дівчину тоді розпирала злість на отой материн усміх та байдужість, адже не кинулася до неї, не вирвала з рук тих призначених на погибель фотокарток, тих минулих днів, тієї минулої її, а тільки смутно, як лялька, хитала головою. І Лариса почала розуміти, що її мати, не зважаючи на видиму простоту свою й грубість, мудра й розважна, і їй самій ще довго й довго йти до такої мудрості.</w:t>
      </w:r>
    </w:p>
    <w:p>
      <w:r>
        <w:br/>
        <w:t>— По-моєму, — раптом сказала вона, — ти забагато надаєш уваги, доню, що усі про тебе думають, усі на тебе дивляться.</w:t>
      </w:r>
    </w:p>
    <w:p>
      <w:r>
        <w:br/>
        <w:t>— Це ти про що? — здригнулася Лариса.</w:t>
      </w:r>
    </w:p>
    <w:p>
      <w:r>
        <w:br/>
        <w:t>— Про фотокарточки подумала, які ти рвала, та й переселення наше. Коли подумать, тобі усіх тра було б повбивать, котрі тебе бачили носату!</w:t>
      </w:r>
    </w:p>
    <w:p>
      <w:r>
        <w:br/>
        <w:t>Дівчина аж скинулася на це несподіване материне слово, відтак щемке, тоскне відчуття в ній посилилося, і вона виразно відчула, що поруч, здається, просто за їхньою стіною, лежить жовтий, закоцюблий труп —не збагнула, чому саме така асоціація виникла в її мозку. Однак відчула це гостро, і всю радість, що її зазнала, оглядаючи розкішний краєвид із вікна, та й ту парочку серед воскреслих дерев, наче змело колючим деркачем.</w:t>
      </w:r>
    </w:p>
    <w:p>
      <w:r>
        <w:br/>
        <w:t>— Таке чудне кажеш! — майже сердито мовила Лариса.</w:t>
      </w:r>
    </w:p>
    <w:p>
      <w:r>
        <w:br/>
        <w:t>— Чудне, та не дурне, — сказала мати, зітхнувши. Не знайшла, що на це відповісти, та й чи треба</w:t>
      </w:r>
    </w:p>
    <w:p>
      <w:r>
        <w:br/>
        <w:t>було, — Ларису раптом пройняло відчуття нагальної та безповоротної втрати. І це, очевидно, тому, що труп за стіною, і знищені фотокартки — було ніби й справді одне. Збагнула те не так мозком, як серцем, і в роті в неї з'явився металевий присмак — спинилася раптом розгублено, як колись отой дід у сталевої барви одежі, котрий рушив був на прогулянку, а цілком забувся куди і з ким мав зустрітися.</w:t>
      </w:r>
    </w:p>
    <w:p>
      <w:r>
        <w:br/>
        <w:t>— Щось ти посумніла, — сказала мати, дивлячись на неї із незбагненним спокоєм. — Живемо, як можемо й уміємо. Це як вода: один п'є швидко, а другий поволечки!</w:t>
      </w:r>
    </w:p>
    <w:p>
      <w:r>
        <w:br/>
        <w:t>І Лариса вздріла на її великому, розплилому, а через те невиразному, обличчі саркастичну всмішку.</w:t>
      </w:r>
    </w:p>
    <w:p>
      <w:r>
        <w:br/>
        <w:t>Відтак задзвеніла за вікном синиця. Легко й грайливо перекочувала золоті ковтки і ніби била ясними молоточками у шиби, у лиця, ніби переконувала, що все навколо немарне і чудове. І від того якийсь дивний сік збуджувавсь у живих душах, підносив їх і збуджував. У цей час заскреготів ключ у дверях, і вони одночасно повернули голови. Батько зайшов, не причиняючи дверей, і блимнув на них сутінно.</w:t>
      </w:r>
    </w:p>
    <w:p>
      <w:r>
        <w:br/>
        <w:t>— Вправились?</w:t>
      </w:r>
    </w:p>
    <w:p>
      <w:r>
        <w:br/>
        <w:t>— А машину достав? — перепитала, не зрушаючи з місця мати.</w:t>
      </w:r>
    </w:p>
    <w:p>
      <w:r>
        <w:br/>
        <w:t>— Достав, трясця їхній матері. В агенстві не було, зловив на вулиці часника.</w:t>
      </w:r>
    </w:p>
    <w:p>
      <w:r>
        <w:br/>
        <w:t>— Це вже здере.</w:t>
      </w:r>
    </w:p>
    <w:p>
      <w:r>
        <w:br/>
        <w:t>— Та вже здере.</w:t>
      </w:r>
    </w:p>
    <w:p>
      <w:r>
        <w:br/>
        <w:t>— Поторгуватися треба було б.</w:t>
      </w:r>
    </w:p>
    <w:p>
      <w:r>
        <w:br/>
        <w:t>— Йди і торгуйся! — спалахнув батько. — Зате паси позичив у Вознюка.</w:t>
      </w:r>
    </w:p>
    <w:p>
      <w:r>
        <w:br/>
        <w:t>— Паси згодяться, — сказала мати й енергійно встала.</w:t>
      </w:r>
    </w:p>
    <w:p>
      <w:r>
        <w:br/>
        <w:t>— Самі грузитимемо? — злякалася Лариса.</w:t>
      </w:r>
    </w:p>
    <w:p>
      <w:r>
        <w:br/>
        <w:t>— Нє, прийде тобі дядько з вулиці й погрузить, —буркнула мати.</w:t>
      </w:r>
    </w:p>
    <w:p>
      <w:r>
        <w:br/>
        <w:t>— Як же подужаємо?</w:t>
      </w:r>
    </w:p>
    <w:p>
      <w:r>
        <w:br/>
        <w:t>— А дядько з вулиці дужає? — майже переможно глянула на неї мати. Дужає і добрі грошики лупить. А в нас уже нема чого лупить!</w:t>
      </w:r>
    </w:p>
    <w:p>
      <w:r>
        <w:br/>
        <w:t>— Трошки ж лишилось на книжці!</w:t>
      </w:r>
    </w:p>
    <w:p>
      <w:r>
        <w:br/>
        <w:t>— На книжку очей не розкривай! — сказав батько, просовуючи паса під шафу. — І так уже без нічого лишилися.</w:t>
      </w:r>
    </w:p>
    <w:p>
      <w:r>
        <w:br/>
        <w:t>— Я шафи тягати не буду! — заявила Лариса.</w:t>
      </w:r>
    </w:p>
    <w:p>
      <w:r>
        <w:br/>
        <w:t>— А тобі ніхто не каже, — озвалася мати. — Носи клунки! — Вона про ділась у паса.</w:t>
      </w:r>
    </w:p>
    <w:p>
      <w:r>
        <w:br/>
        <w:t>— Може, хай з твого боку підсобила б? — спитала в батька.</w:t>
      </w:r>
    </w:p>
    <w:p>
      <w:r>
        <w:br/>
        <w:t>— Подужаю! — бовкнув, просовуючись у петлю, той.</w:t>
      </w:r>
    </w:p>
    <w:p>
      <w:r>
        <w:br/>
        <w:t>— Не хапайся! — мовила майже сердечно мати, і батько подивився на неї теплими очима.</w:t>
      </w:r>
    </w:p>
    <w:p>
      <w:r>
        <w:br/>
        <w:t>Лариса закинула на плече клунка, бо збагнула: ці двоє, що долею випадку дали їй життя, уже порозумілися поміж себе. Ото й була таємниця, що єднала їх, таких неподібних одне з одним, і це вона не раз відчувала. Озирнулася й побачила притулене до шафи батькове обличчя: кругле, побуряковіле із отим знайомим носом — буряковим хвостиком; спалахнуло їй раптом у душі, бо згадала останній сон у цьому будинку, де народилась і виросла: приснилася сама собі, але була ще давніша, схожа на батька. Там, у сні, сталося так, що її ніс знову був, як і раніше, тобто ніби ніякої операції вона не робила і нічого в ній не змінилося — підскочила до дзеркала, але дивилося на неї її — не її обличчя, але куди гарніше, ніж нове теперішнє. Ні, щось було в нім застигле й мертве, і їй раптом захотілося здерти із себе машкару. Отож вцілилася нігтями у шкіру і почала здирати оту нову подобу. І не залишилося на обличчі нічого: ні носа, ні очей, ні вуст — вона аж закричала уві сні і збудилася. І так страшно їй стало, що, не зважаючи на ніч і усвідомлення, що прокинулася, дівчина метнулася до вмикача, а тоді припала до дзеркала. І побачила чуже гарне обличчя, на якому й справді було щось неживе й застигле. Стояла в самій сорочці й тремтіла від остраху чи від холоду, який раптом її охопив. "Господи, —шепотіла, — яка я дурна, — яка я дурна, що так цим переймаюся!"</w:t>
      </w:r>
    </w:p>
    <w:p>
      <w:r>
        <w:br/>
        <w:t>І справді, думала, висовуючись із клунком у відчинені двері, нічого цим перейматися. Знайшов — не радій, згубив — не сумуй, як любить казати її мати. Жити треба, жити!</w:t>
      </w:r>
    </w:p>
    <w:p>
      <w:r>
        <w:br/>
        <w:t>— Взяли! — почувся за спиною владний материн голос. — Не важко тобі?</w:t>
      </w:r>
    </w:p>
    <w:p>
      <w:r>
        <w:br/>
        <w:t>— Все гаразд! — лагідно обізвався батько. Ларисі хотілося заткнути вуха. "Це вони дошкулити мені хочуть?" — подумала.</w:t>
      </w:r>
    </w:p>
    <w:p>
      <w:r>
        <w:br/>
        <w:t>8.</w:t>
      </w:r>
    </w:p>
    <w:p>
      <w:r>
        <w:br/>
        <w:t>Їй ударило в вічі ранкове сонце, голосно залящала синиця, засміялася чи заплакала, і дівчина примружилася: дерева було потикано ясно-зеленими світлячками і висяювало смарагдовим промінням. У дворі стояло вантажне авто, біля якого завмер, поставивши на приступку до кабіни ногу, вимащений у мастило шофер. Трохи збоку, ніби вирізаний із сталі, стовбичив старий у сталевої барви капелюсі, саме той, котрий перший побачив нове Ларисине обличчя; ще ближче завмерло, порозкривавши роти, троє опецьків, побіч переминалися з ноги на ногу трійця найдобродушніших мам. Стрельнули до Лариси гострими поглядами і ніби всміхнулися, а може, й не усміхалися. Старий у сталевої барви одежі, побачивши її, злегка розтулив рота — і в дітей, і в нього зробилися чотирикутними очі. Від сусіднього під'їзду вельми поспішала, аж пригнулася, кругленька, мала й горбата бабуся, вона спинилася біля дітей і так само завмерла, вбивши в асфальт палицю. Лариса коротко глянула туди й сюди, і біля кожного під'їзду побачила людей, які світилися, повернені в Ларисин бік. І здалося дівчині, що не мали вони ані носів, ані очей, ані ротів. Защеміло щось під серцем, скулилося воно і змаліло. Вона ніби й привіталася, а може, тільки кивнула, але ніхто із цих застиглих і завмерлих не відповів, ані рухнувся, хіба вуста трьох мам трохи розсунулися. І тоді хвиля відчайдушності охопила дівчину, вона раптом гордо поставила свою нову кирпулю. І всі задивилися: чотири пари чотирикутних очей, пара м'якеньких, сльозливих — бабусиних, три пари великих і невідь од чого задоволених; решта бо присутніх очей не мала. І може, від того, що задерла вона так кирпулю, бризкнуло Ларисі у вічі яскраве сонце, і пішла вона, мимоволі рахуючи зелені свічечки бруньок на каштані, що ріс відразу за автом. Шофер, побачивши її, зняв ногу із приступки і ліниво похитався вздовж борту. Скинув, не кваплячись, гачки з одного й другого боку і опустив заднього борта; відтак подивився на Ларису примруженими очима, і його вуста похабно розлізлися, а око моргнуло. Лариса вдала, що не помітила ні тієї усмішки, ані моргання, натомість помітили усмішку й моргання троє мам і старенька, горбатенька бабуся: троє мам ззирнулося поміж себе, і в усіх трьох галочками зламалися брови. Лариса кинула клунка до кузова й пішла в під'їзд, відчуваючи, як повзає по її голих литках шоферів погляд; мимовільно поспішила і, сама того не бажаючи, заклично крутнула задком, в той час, як литки її замиготіли.</w:t>
      </w:r>
    </w:p>
    <w:p>
      <w:r>
        <w:br/>
        <w:t>У цей час у двері під'їзду висунулася, опоясана пасом, широка материна спина, руки її лежали на хитливих боках шафи.</w:t>
      </w:r>
    </w:p>
    <w:p>
      <w:r>
        <w:br/>
        <w:t>— Пособи батьку! — прохрипіла мати, і Лариса шмигнула у темінь, де ще ховався батько. Батько мав вибалушені очі, ніби от-от вони мали вистрілити, як ядерця із гарматок повік, і червоне бурякове обличчя, на якому мотилявся хвостик буряка, його короткі ноженята карачкувато тупцяли, а пас переїв спину. Лариса схопилася за того паса й почала завзято тягти, пособляючи, і так вони випливли на ґанок під'їзду, де на них чатувало ще кілька нових пар очей: був тут інвалід на костурах; суха, як тріска, стара із майже круглим, як куля, опецьком, приліпленим до її долоні, і кілька хлопчаків із засуненими до кишень руками, які незвідь-чому не сиділи в цей час у школі. Шофер знову стояв, поставивши ногу на приступку кабіни, і в думці не маючи пособляти; в роті в нього куріла цигарка, а очі розшуковували Ларисині литки і задок. Мати тим часом дотупцяла до машини і спинилася, шумко видихнувши повітря. Батько й собі звільнився від шлейок, і обличчя в нього почало втрачати бурякову барву.</w:t>
      </w:r>
    </w:p>
    <w:p>
      <w:r>
        <w:br/>
        <w:t>— Лізь на гору! — сказала йому мати, віддихавшись. — Ми подамо!</w:t>
      </w:r>
    </w:p>
    <w:p>
      <w:r>
        <w:br/>
        <w:t>У вирізаного із сталевого листа старого очі перестали бути чотирикутні, а губа, що відвисала, притулилася до горішньої. Так само вчинило й троє дітей, а троє мам цілком збайдужіли до того, що відбува-</w:t>
      </w:r>
    </w:p>
    <w:p>
      <w:r>
        <w:br/>
        <w:t>ється. Презирливо скривили вуста троє хлопців, які чомусь не пішли сьогодні до школи, а один із них сплюнув; висока й худа стара вийняла брудну хустину й вишмаркалася, а її опецьок утер носа рукавом. Маленька, горбатенька бабуся скрушно захитала головою, а батько, як герой-молодець підскочив і миттю опинивсь у вантажівці.</w:t>
      </w:r>
    </w:p>
    <w:p>
      <w:r>
        <w:br/>
        <w:t>— Чо стали! — владно наказав.</w:t>
      </w:r>
    </w:p>
    <w:p>
      <w:r>
        <w:br/>
        <w:t>І тут відбулося диво. Мати, нагнувшись, без особливого зусилля підняла шафу і, не встигла Лариса й прискочити, заклала її до кузова, наче якусь порожню корзину.</w:t>
      </w:r>
    </w:p>
    <w:p>
      <w:r>
        <w:br/>
        <w:t>Тоді Лариса знову побігла до під'їзду: одне, їй допікали цікаві очі, а друге, нахабно не спускав з її литок та задка погляду отой замазучений шофер. Зрештою, встигла роздивитися шофера пильніше — був то хлопець не старший за неї, мав сірі очі і кучеряве, як у баранця, волосся. Дивився на неї, мружачись і тримаючи на вустах похітливого усміха, і чи не від того дзвінкіше закалатала синиця і яскравіше запалали зелені свічечки каштанових бруньок. Небо над головою цвіло без єдиної хмарки, і саме це помітила Лариса, коли обернулась у дверях, щоб глянути, що робить у кузові батько. Але батька вона не побачила, а тільки широко розтулені шоферові очі. Побіч од нього стояла мати і спокійно втирала хустиною чоло.</w:t>
      </w:r>
    </w:p>
    <w:p>
      <w:r>
        <w:br/>
        <w:t>Із другим клунком Лариса вийшла у джинсах, і кілька немовлячих мам радісно на неї глянули. Інвалід стояв біля вирізаного із сталевого листа старого і вони миттю перервали розмову, а розвернули в її бік лиця. До дівчини галантно ступив, покинувши приступку кабіни шофер і простяг густо змазану мастилом руку.</w:t>
      </w:r>
    </w:p>
    <w:p>
      <w:r>
        <w:br/>
        <w:t>— Помогти? — спитав не зводячи із Лариси очей. Троє мам із ходячими малими спустили при цьому</w:t>
      </w:r>
    </w:p>
    <w:p>
      <w:r>
        <w:br/>
        <w:t>очі, ніби побачили щось сороміцьке, а троє мам немовляцьких усміхнулися. Лариса кивнула цим трьом новим мамам — одна із них була однокласниця, а з другою колись дружила.</w:t>
      </w:r>
    </w:p>
    <w:p>
      <w:r>
        <w:br/>
        <w:t>— Давно тебе не було видно, — сказала та, з якою Лариса колись дружила.</w:t>
      </w:r>
    </w:p>
    <w:p>
      <w:r>
        <w:br/>
        <w:t>— Та от бачиш! — сказала Лариса і тій, з якою дружила, здалося, що обличчя в Лариси застигле й неживе.</w:t>
      </w:r>
    </w:p>
    <w:p>
      <w:r>
        <w:br/>
        <w:t>9.</w:t>
      </w:r>
    </w:p>
    <w:p>
      <w:r>
        <w:br/>
        <w:t>І ось усе повантажене, Лариса легко перемахнула через борта, за нею так само перемахнув батько, а мати полізла в кабіну, ледве висадивши ногу на приступку. Загуркотів мотор і обличчя в усіх, котрі проводжали, позмінювалися: в дітей і сталевого старого очі знову стали чотирикутні, всі шестеро мам заблищали майже однаковими усмішками, маленька старенька скрушно зітхнула і змахнула рукавом із ока сльозу, суха стара із приклеєним до її долоні опецьком знову вишмаркалася, а інвалід сказав до вирізаного із листа сталі старого:</w:t>
      </w:r>
    </w:p>
    <w:p>
      <w:r>
        <w:br/>
        <w:t>— Теперички вона замуж навірняка вийде!</w:t>
      </w:r>
    </w:p>
    <w:p>
      <w:r>
        <w:br/>
        <w:t>У Лариси ж у душі щось знову стислося, щось за-щиміло, але в цей момент розсипався над головою голосистий синичачий подзвін. Дівчина глянула на батька, той саме прикурював і схилив обличчя в долоні, ховаючи отого характерного привісочка на носі. І раптом здалося Ларисі, що нічого в її житті не відбулося, що вони просто одержали нову квартиру, що батько в неї й має бути такий малий і з таким характером, та й з таким приважком на носі; їй раптом защеміли невидимі шви на обличчі і здалося: відбувається те, що наврочила мати: повертається до неї колишня потворність — недаремно ж так виставилися супроти неї оті роззявляки! Провела несамохіть рукою по лиці; ні, все як треба, тож пошукала очима синицю між зелених каштанових бруньок. Однак наштовхнулася на презирливо стулені вуста високої кощавої старої, до руки якої приклеївся опецьок. Щось веселе й дзень-котливе, як синичий подзвін, спалахнуло в Лариси-нім серці, залетів туди голубий вітер. Машина раптом рушила, і Лариса несамохіть висунула язика й показала його всім шістьом мамам, сталевої барви старому, інваліду, старій кощавій із приклеєним до руки опецьком і маленькій, горбатенькій бабусі — вони застигли в німій сцені. Тільки троє хлопчаків, а за ними троє інших дітей, серед яких виявилася й дівчинка, ударили в ноги і помчали вслід за автом. Вони бігли й махали руками, але Лариса бачила поміж них тільки дівчинку — увіч здалося їй, що була зовсім схожа на ту, із знищених фотокарток, ту, яку так жорстоко тут покинула, а може, й була вона із тих фотокарток, — бігла за машиною й бігла, і зі щік її густо котилися рясні сльози.</w:t>
      </w:r>
    </w:p>
    <w:p>
      <w:r>
        <w:br/>
        <w:t>1978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синичий подзвін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