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далекими соснами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далекими соснами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