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П’ятниця, чотирнадцяте</w:t>
      </w:r>
    </w:p>
    <w:p>
      <w:r>
        <w:br/>
        <w:t xml:space="preserve"> &lt;p&gt;Вікна згасли ще до півночі. Він і собі вимкнув світло, але за шибкою панував молодий сніг і було, мов удосвіта.</w:t>
      </w:r>
    </w:p>
    <w:p>
      <w:r>
        <w:br/>
        <w:t>Серце билося, як молот. Варто йому було тільки вимовити ім’я — і дівчина поставала перед очима в гостроносих чобітках. Поправляла гладко зачесане волосся, розливчасто сміялася, мов ранкова свіжість стривожила росяний букет. Він її бачив на Невському проспекті у білій шовковій хустині, у темно-вишневому пальті строгого крою. Оця її манера одягатися старомодно його розчулювала. У пітерської молоді одяг виглядав, як лахміття.</w:t>
      </w:r>
    </w:p>
    <w:p>
      <w:r>
        <w:br/>
        <w:t>Позавчора група українських студентів приїхала до Санкт-Петербурга для роботи над дипломними. Тема Андріани "Микола та Євген Гребінки серед творчої молоді Петербурга" його зацікавила найбільше. У списку навпроти цієї теми професор поставив плюс. А потім до нього підійшла Андріана.</w:t>
      </w:r>
    </w:p>
    <w:p>
      <w:r>
        <w:br/>
        <w:t>Професор працював з ноутбуком і, не відриваючись, запросив її сісти.</w:t>
      </w:r>
    </w:p>
    <w:p>
      <w:r>
        <w:br/>
        <w:t>— Скажіть мені, шановна, — мовив чистою українською мовою без акценту, — скільки хвилин свого дорогоцінного часу ви плануєте присвятити темі?</w:t>
      </w:r>
    </w:p>
    <w:p>
      <w:r>
        <w:br/>
        <w:t>— Як це? — спантеличено промимрила Андріана.</w:t>
      </w:r>
    </w:p>
    <w:p>
      <w:r>
        <w:br/>
        <w:t>— У вас же, мабуть, велика культурна програма: Петерґоф, палац Петра, Ермітаж…</w:t>
      </w:r>
    </w:p>
    <w:p>
      <w:r>
        <w:br/>
        <w:t>— У мене програма тільки за дипломною.</w:t>
      </w:r>
    </w:p>
    <w:p>
      <w:r>
        <w:br/>
        <w:t>— Та невже? — скептично мовив професор, проте вперше підняв очі на студентку.</w:t>
      </w:r>
    </w:p>
    <w:p>
      <w:r>
        <w:br/>
        <w:t>Наступного дня гості з України влаштували презентацію в педуніверситеті. Стужа, попри звичку не бувати на таких дійствах, пішов і навіть сидів в одному з перших рядів актової зали. Він не міг не піти, — народився в Україні, там була похована його мати. І хоча більше сорока років прожив у Пітері, любив це місто, вважав його своїм рідним, але навіть випадково почуте слово часом щеміло всередині, як рана.</w:t>
      </w:r>
    </w:p>
    <w:p>
      <w:r>
        <w:br/>
        <w:t>Студенти, виступали бравурно і дотепно. Три дівиці, по-старечому перев’язані хустками, вихилялися й співали суржиком: "Бузина, бузина, на городі бузина, як заглянув в бузину, кум цілує куму". У залі присвиснули: "Давай, хохлуха, давай!" Потім виступив мер обласного центру і мовив:</w:t>
      </w:r>
    </w:p>
    <w:p>
      <w:r>
        <w:br/>
        <w:t>— Як тут правильно в залі підмітили, ми хохли! Да, ми хохли, приїхали до вас, кацапів. Давайте будемо дружити! А щоб ви про нас не забували, ми привезли вам свою продукцію. Ось такі огірочки консервують на нашому заводі. Гарні, га? Та ще під сто грамів. А хрумтять!</w:t>
      </w:r>
    </w:p>
    <w:p>
      <w:r>
        <w:br/>
        <w:t>Стужа відвернувся і подумав: хтозна, як там з дружбою, а з наукою в них сутужно. І тут побачив, що через прохід від нього сиділа та сама студентка, Андріана Сорока. Обличчя в неї горіло. Дівчина нахилилася й затулилась руками. Відчувши його погляд, піднялася й пішла до виходу.</w:t>
      </w:r>
    </w:p>
    <w:p>
      <w:r>
        <w:br/>
        <w:t>Коли Стужа потрапляв у компанію гарних жінок, починав кепкувати, сипав дотепами, вправлявся у сарказмі і зверхності. Але краса і покірність, розум і вірність не поєднанні. Черговий раз у цьому переконавшись, професор забивався в далекий куток, зривалося одруження і він підсумовував: скільки навколо підступу і зради!</w:t>
      </w:r>
    </w:p>
    <w:p>
      <w:r>
        <w:br/>
        <w:t>Того дня вони ходили по набережній. Стужа довго мовчав, а коли вона заспокоїлася, глибоко зітхнула й задивилась на воду, несподівано запитав:</w:t>
      </w:r>
    </w:p>
    <w:p>
      <w:r>
        <w:br/>
        <w:t>— Звідки ж ти прилетіла… пташко сіренька?</w:t>
      </w:r>
    </w:p>
    <w:p>
      <w:r>
        <w:br/>
        <w:t>— Вам теж сподобалися хохли в шароварах? Сподобалися наші клоуни? — саркастично мовила дівчина.</w:t>
      </w:r>
    </w:p>
    <w:p>
      <w:r>
        <w:br/>
        <w:t>— Не кричіть, Андріано.</w:t>
      </w:r>
    </w:p>
    <w:p>
      <w:r>
        <w:br/>
        <w:t>— Кричатиму, кричатиму! Бо так не можна. У нас є культура, за нами народ від самої Київської Русі. Від Володимира Великого й княгині Ольги. За нами Шевченко, Франко, Кобилянська, Ліна Костенко! А ми куди не їдемо, прогинаємося, виставляємо себе на посміховисько. Ось тепер перед вами, москалями…</w:t>
      </w:r>
    </w:p>
    <w:p>
      <w:r>
        <w:br/>
        <w:t>Несподівано для самого себе професор обняв Андріану за плече й притулив до себе. Тільки на мить.</w:t>
      </w:r>
    </w:p>
    <w:p>
      <w:r>
        <w:br/>
        <w:t>— Ви не смієте, не смієте!</w:t>
      </w:r>
    </w:p>
    <w:p>
      <w:r>
        <w:br/>
        <w:t>— Смію. Бо я хороший москаль. І я теж народився в селі, на Чернігівщині, як і ви. В селі Мала Дівиця, чули таке?</w:t>
      </w:r>
    </w:p>
    <w:p>
      <w:r>
        <w:br/>
        <w:t>— Під Прилуками? — скрикнула Андріана. — Ви жартуєте!</w:t>
      </w:r>
    </w:p>
    <w:p>
      <w:r>
        <w:br/>
        <w:t>— Їдеш трасою з Ніжина, а потім буде невелика долинка і поворот направо. Там ще ряд тополь.</w:t>
      </w:r>
    </w:p>
    <w:p>
      <w:r>
        <w:br/>
        <w:t>— Не може бути! А я з Великої Дівиці. Це сусіднє село, знаєте?</w:t>
      </w:r>
    </w:p>
    <w:p>
      <w:r>
        <w:br/>
        <w:t>Професор народився не там, але йому хотілося якось прихилити до себе це дівча. Він бачив копії її документів і земляцтво вигадав на ходу. Очі Андріани сяяли, вона говорила про те, що сталося з Україною, з людьми. Її високий голос звучав надривно, але Стужа її не зупиняв. Андріана червоніла, завелася, як горобець у віхолу, цвіріньчала й цвірінчала про Україну. "Хай пограється в патріотку, доки не вийшла заміж. А там загубить усе між пелюшками й горщиками. Вона тим і хороша, що має в голові смалець", — думав професор.</w:t>
      </w:r>
    </w:p>
    <w:p>
      <w:r>
        <w:br/>
        <w:t>Андріана зупинилася, пильно подивилася йому в очі:</w:t>
      </w:r>
    </w:p>
    <w:p>
      <w:r>
        <w:br/>
        <w:t>— Та ви ж глузуєте з мене! — глянула з докором і побігла набережною.</w:t>
      </w:r>
    </w:p>
    <w:p>
      <w:r>
        <w:br/>
        <w:t>Професор постояв, підняв комір, загорнув вище шарфа й повільно пішов убік Невського проспекту.</w:t>
      </w:r>
    </w:p>
    <w:p>
      <w:r>
        <w:br/>
        <w:t>Старий дурню, казав він собі, залицяння до молодих дівчат приносить дещицю радості й копу смутку. Хіба ти ще не переконався? Невже ти думаєш, що таке ось диво із розмиканою для стилізації (чи як там) косою тобою може зацікавиться? Думаєш, твоя сутулість, сивина і звичка мружити очі її хвилює? Пройдений матеріал. Спочатку їй потрібно дипломну, потім кандидатську, потім квартиру. А після ти загримиш у будинок для пристарілих, щоб не затьмарювати її зоряний простір.</w:t>
      </w:r>
    </w:p>
    <w:p>
      <w:r>
        <w:br/>
        <w:t>Другого дня, коли Стужа зайшов на кафедру, Андріана Сорока сиділа в куточку біля книжкової шафи і гортала збірник спогадів сучасників про Євгена Гребінку.</w:t>
      </w:r>
    </w:p>
    <w:p>
      <w:r>
        <w:br/>
        <w:t>Привітавшись, недбало кинув на стілець зім’ятого, мов пожованого, портфеля. Андріана сиділа в блакитній блузці, коса була гладко зачесана й підібрана на потилиці. Хтось вітався, хтось грюкав дверима, хтось подавав йому руку.</w:t>
      </w:r>
    </w:p>
    <w:p>
      <w:r>
        <w:br/>
        <w:t>— Пробачте, — тихо сказала Андріана. — Я вчора поводилася надто емоційно.</w:t>
      </w:r>
    </w:p>
    <w:p>
      <w:r>
        <w:br/>
        <w:t>Всі його наміри щодо шикування цієї дівчини розвіялися. Він передумав читати їй мораль, але натомість похмуро запитав:</w:t>
      </w:r>
    </w:p>
    <w:p>
      <w:r>
        <w:br/>
        <w:t>— А ви знаєте, хто матеріально допомагав Шевченкові в Петербурзький період?</w:t>
      </w:r>
    </w:p>
    <w:p>
      <w:r>
        <w:br/>
        <w:t>— Микола Гребінка. Він був на той час відомим архітектором.</w:t>
      </w:r>
    </w:p>
    <w:p>
      <w:r>
        <w:br/>
        <w:t>— А знаєте, де помер Тарас Шевченко?</w:t>
      </w:r>
    </w:p>
    <w:p>
      <w:r>
        <w:br/>
        <w:t>Професор показав їй будинки, які спроектував брат байкаря Микола Гребінка, повіз в останню кімнату Тараса. Щось таки було в ній незвичне, мов опинявся наодинці з проліском. Коли знову повернулися на кафедру, він майже не дивився на неї, але бачив такою, як уранці — у блакитній блузці, з темним вузлом волосся.</w:t>
      </w:r>
    </w:p>
    <w:p>
      <w:r>
        <w:br/>
        <w:t>— Андріано, ви носите обручку на правій руці. У вас хтось є?</w:t>
      </w:r>
    </w:p>
    <w:p>
      <w:r>
        <w:br/>
        <w:t>— Хтось та є. Але ж і ви не самотній чоловік?</w:t>
      </w:r>
    </w:p>
    <w:p>
      <w:r>
        <w:br/>
        <w:t>Стужа не очікував такого сміливого повороту справи.</w:t>
      </w:r>
    </w:p>
    <w:p>
      <w:r>
        <w:br/>
        <w:t>— Я запитую не просто так. Важливо, чи є у вас наукове майбутнє?</w:t>
      </w:r>
    </w:p>
    <w:p>
      <w:r>
        <w:br/>
        <w:t>Бабуся-секретарка принесла на яскравій таці каву. Його завше дратувала ця особа з тоненьким хвостиком сірого волосся, яка мала звичку човгати по підлозі. І все винюхувати, вивідувати, носити в собі огром зайвої інформації. Ходяча флешка. Аж тепер професор роздягнувся, і дівчина побачила свіжий комір його сорочки, сліпучо-білий шарф. При яскравому світлі він здався їй ще старішим. Червонувате обличчя, худа, сутула постать, а волосся таке ж біле, як і шарф. Професор сидів рівно, напружено, похмуро дивився через товсті окуляри, і дівчина зрозуміла: щось його пригнічує.</w:t>
      </w:r>
    </w:p>
    <w:p>
      <w:r>
        <w:br/>
        <w:t>Потаємні думки Андріани</w:t>
      </w:r>
    </w:p>
    <w:p>
      <w:r>
        <w:br/>
        <w:t>Коли Стужа обійняв мене на Набережній, я відчула його тиху спокійну ніжність. Пізніше зрозуміла, що це був тільки порух, професор на якусь мить пожалів мою жалість до України. Але в ту мить його сіре шорстке пальто здалося мені рідним. Захотілося, щоб титулований скептик зняв окуляри й поцілував мене. А він торочив щось безглузде про сучасні віяння в літературознавстві.</w:t>
      </w:r>
    </w:p>
    <w:p>
      <w:r>
        <w:br/>
        <w:t>У Стужі дні були розписані по хвилинах. Він уже не ламав звичного графіку, але за дивним збігом обставин з Андріаною бачився щодня — в коридорах, читальному залі, фундаментальній бібліотеці. Одного разу навіть пробурчав, коли зіткнувся з нею в університетському буфеті:</w:t>
      </w:r>
    </w:p>
    <w:p>
      <w:r>
        <w:br/>
        <w:t>— Шановна, годі мене переслідувати! Я ж вам не парубійко!</w:t>
      </w:r>
    </w:p>
    <w:p>
      <w:r>
        <w:br/>
        <w:t>Адріана спалахнула.</w:t>
      </w:r>
    </w:p>
    <w:p>
      <w:r>
        <w:br/>
        <w:t>Дівчина за кілька днів зібрала товсту папку матеріалів. Коли професор побачив результати її праці, то здивовано скинув брови.</w:t>
      </w:r>
    </w:p>
    <w:p>
      <w:r>
        <w:br/>
        <w:t>Від’їзд запланували на п'ятницю. За кілька хвилин до дев’ятої він під’їхав до гаражів, на майданчику вже нікого не було. Глянув на годинника — годинник зупинився. На передньому сидінні лежали матеріали і знімки, які він мав би вручити Андріані. Запитав себе, а навіщо? Ця розумниця сколихнула уяву, а далі що? Приїхати в Україну, посидіти з нею в кафе? Потім з’явиться якийсь ґевало і начистить йому фізію? Повернувся, сів за кермо, але рушити не міг. У машині був запах молодого листя. Її запах. Вона стояла перед очима сумна, у блакитній блузці, із розсмиканою косою.</w:t>
      </w:r>
    </w:p>
    <w:p>
      <w:r>
        <w:br/>
        <w:t>Він уявляв, як десять хвилин тому після бурхливого прощання з російськими студентами, українські пурхнули до автобуса. Дехто через скло показував листок з номером мобільного, хтось усміхався, а хтось плакав. На снігу лежала забута троянда з припорошеними пелюстками. Він вийняв мобільний. Побачив великі літери і цифри П’ЯТНИЦЯ, 14 СІЧНЯ 2011 РОКУ 11.15.</w:t>
      </w:r>
    </w:p>
    <w:p>
      <w:r>
        <w:br/>
        <w:t>Колеса машини шурхали в мокрий сніг. Професор рушив містом навмання, у той бік, куди мав би прямувати "Ікарус". Він минув перехрестя, колишній завод імені Кірова. Стискав кермо, сварився на водіїв, які його обгонили. І, зрештою, зупинився в корку, який утворився там, де раніше ніколи не було проблем із проїздом. "Що там?" — гукнув водієві переднього авто. "ДТП, начебто серйозне", — відповів той.</w:t>
      </w:r>
    </w:p>
    <w:p>
      <w:r>
        <w:br/>
        <w:t>Професора мов ударило струмом. І ось він стоїть неподалік обгорілого "Ікаруса". Навколо міліціонери в формах, ("розходимося, громадяни, розходимось") медики в халатах, кров на снігу. Нікого не пропускають ближче. Здалеку видно місиво чорних тіл, серед яких чиясь обгоріла рука, немов кликала на допомогу. Він здригнувся. "Може, я сплю?" — хаотично прослизнула думка. Стужа різко повернувся і майже побіг до автомобіля.</w:t>
      </w:r>
    </w:p>
    <w:p>
      <w:r>
        <w:br/>
        <w:t>Що ми значимо в цьому світі? І чого варті наші дослідження, ідеї, досягнення, коли ось так одним порухом може все зупинитися. Все! І ми не владні перед смертю і перед часом. Хто й коли прочитає дипломні цих дітей? Чоловік у натовпі саркастично мовив: "У режисера не вистачило коштів і він відзняв останній кадр — катастрофу". Стужа різко повернувся, почав шукати його обличчя серед інших, але не знайшов. Якби знайшов, убив би.</w:t>
      </w:r>
    </w:p>
    <w:p>
      <w:r>
        <w:br/>
        <w:t>Відчиняючи дверцята, подумав: треба було б запитати про живих. Але поклав голову на кермо, якийсь час сидів непорушно потім поїхав. В цю мить він не міг, не хотів нічого знати! Кожна клітина його тіла пульсувала думкою "а раптом".</w:t>
      </w:r>
    </w:p>
    <w:p>
      <w:r>
        <w:br/>
        <w:t>Професор згадував учорашню зустріч з Андріаною. Він запросив її додому на каву. Думав, ця рум’яна патріотка засоромиться, відмовиться. А вона пішла! Стужа наказав їй постояти біля дверей, а сам кинувся прибирати з перед очей шкарпетки, що лежали в коридорі біля черевиків. Накривати рушником безнадійно обгорілу сковорідку з рештками яєшні. Зрештою махнув рукою і відчинив двері.</w:t>
      </w:r>
    </w:p>
    <w:p>
      <w:r>
        <w:br/>
        <w:t>Як на лихо, кава закінчилася. Андріана поставила в маленькій каструльці воду, покришила туди велике зморщене яблуко, що знайшла на кухні. Він поривався піти в магазин, але боявся її залишити наодинці зі своїм гармидером. Вони пили яблучний чай з фісташками. Дівчина була в тій же блакитній блузці, розсмикана коса спадала до пояса.</w:t>
      </w:r>
    </w:p>
    <w:p>
      <w:r>
        <w:br/>
        <w:t>— Ти пахнеш листям, — тихо сказав професор.</w:t>
      </w:r>
    </w:p>
    <w:p>
      <w:r>
        <w:br/>
        <w:t>— Коли ви приїдете в Україну?</w:t>
      </w:r>
    </w:p>
    <w:p>
      <w:r>
        <w:br/>
        <w:t>— Не знаю, може скоро.</w:t>
      </w:r>
    </w:p>
    <w:p>
      <w:r>
        <w:br/>
        <w:t>— Я дуже чекатиму. Дуже-дуже.</w:t>
      </w:r>
    </w:p>
    <w:p>
      <w:r>
        <w:br/>
        <w:t>— Тоді я вирушаю прямо сьогодні.</w:t>
      </w:r>
    </w:p>
    <w:p>
      <w:r>
        <w:br/>
        <w:t>— Мені пора, — піднялася Андріана.</w:t>
      </w:r>
    </w:p>
    <w:p>
      <w:r>
        <w:br/>
        <w:t>Професор взяв її косу, обгорнув навколо своєї шиї.</w:t>
      </w:r>
    </w:p>
    <w:p>
      <w:r>
        <w:br/>
        <w:t>— Нікуди тебе не пущу!</w:t>
      </w:r>
    </w:p>
    <w:p>
      <w:r>
        <w:br/>
        <w:t>Дівчина легко вивільнилася з його обіймів, підійшла до дзеркала. Тепер у кімнаті було дві Андріани. Стужа подумав, що та, в дзеркалі, назавжди залишиться тут. Несподівано вона заспівала. Її тихий сріблястий голос здивував його, він стояв, немов заморожений.</w:t>
      </w:r>
    </w:p>
    <w:p>
      <w:r>
        <w:br/>
        <w:t>— Сміються плачуть солов'ї</w:t>
      </w:r>
    </w:p>
    <w:p>
      <w:r>
        <w:br/>
        <w:t>І б’ють піснями в груди.</w:t>
      </w:r>
    </w:p>
    <w:p>
      <w:r>
        <w:br/>
        <w:t>— Ти знаєш цей романс? — після паузи через силу спитав Стужа.</w:t>
      </w:r>
    </w:p>
    <w:p>
      <w:r>
        <w:br/>
        <w:t>Андріана змовчала і не прощалася. Накинула хустку, пішла до дверей, немов боялася, що він спитає номер мобільного або адресу. Він так і стояв у коридорі, заворожений її співом…</w:t>
      </w:r>
    </w:p>
    <w:p>
      <w:r>
        <w:br/>
        <w:t>Тепер ось сидів у машині, його рвав розпач. Несподівано для самого себе в пориві він заговорив до Бога.</w:t>
      </w:r>
    </w:p>
    <w:p>
      <w:r>
        <w:br/>
        <w:t>Молитва Стужі</w:t>
      </w:r>
    </w:p>
    <w:p>
      <w:r>
        <w:br/>
        <w:t>Господи, я тобі не вірив, і ніколи нічого тебе не просив. Ти чуєш мене, Господи, милосердний і милостивий? Зроби так, щоб Андріана була жива. Я старий гульвіса, пияк, славолюб. Візьми моє нікчемне життя! Ти знаєш, скількох я образив, скільком перейшов дорогу, скільки разів я бажав високої посади. Візьми, Господи, моє нікчемне життя і поверни на землю це дівча. Жити треба тим, хто облагороджує світ. Я молюся тобі, Господи, стаю перед Тобою на коліна. Я прошу вас, поля і ліси, гори й ріки України, моліться за Андріану.</w:t>
      </w:r>
    </w:p>
    <w:p>
      <w:r>
        <w:br/>
        <w:t>Стужа говорив уголос, одночасно тримав руки на кермі й не зчувся, як його машина зупинилася перед будинком. Він гримнув дверцятами, піднявся на другий поверх, важко дихаючи і не відпускаючи поручнів. Ледве діставшись до ліжка, випив ліки, упав і заснув намертво.</w:t>
      </w:r>
    </w:p>
    <w:p>
      <w:r>
        <w:br/>
        <w:t>Професор не бачив, як високо в небі радилися зорі й несміливо тупцяв між ними місяць. Не чув, як дзвенів телефон, мов порикував дворовий пес, бо не знав, будити господаря, чи не будити. Він пропустив вечірні новини, і диктор у телевізорі, якого не випустили на поверхню, здивовано розводив руками.</w:t>
      </w:r>
    </w:p>
    <w:p>
      <w:r>
        <w:br/>
        <w:t>Другого дня вранці Стужа знайшов свіжу сорочку, випив свій дьоготь, який лише запахом нагадував каву пристойного чоловіка, рушив на роботу.</w:t>
      </w:r>
    </w:p>
    <w:p>
      <w:r>
        <w:br/>
        <w:t>Навколо нічого не було надзвичайного. На припарковані авто залітав сніжок. Біля зупинки тролейбуса стояли студенти й голосно сміялися. Він узяв портфель, кинув дверцята й пішов до головного корпусу, тремтячи і готуючись почути найстрашнішу новину. Проте ні в коридорі, ні на кафедрі не було ознак якоїсь надзвичайної події. Секретарка залила з електрочайника каву. Він пив розчинник, не відчуваючи смаку і схоплюючись кожного разу, коли дзвонив стаціонарний телефон. Зрештою запитав:</w:t>
      </w:r>
    </w:p>
    <w:p>
      <w:r>
        <w:br/>
        <w:t>— Мені… ніхто не телефонував?</w:t>
      </w:r>
    </w:p>
    <w:p>
      <w:r>
        <w:br/>
        <w:t>— Та ніхто. Заходила дівчина… Андріана, здається, хотіла вас побачити.</w:t>
      </w:r>
    </w:p>
    <w:p>
      <w:r>
        <w:br/>
        <w:t>— Коли, вчора? — схопився і закричав Стужа. — Учора?</w:t>
      </w:r>
    </w:p>
    <w:p>
      <w:r>
        <w:br/>
        <w:t>— Та ні… щойно, — знітилася бабця-секретарка.</w:t>
      </w:r>
    </w:p>
    <w:p>
      <w:r>
        <w:br/>
        <w:t>— Ви все переплутали, — зітхнув і послабив краватку Стужа. — Студенти з України вчора від’їхали. Від’їхали, розумієте?</w:t>
      </w:r>
    </w:p>
    <w:p>
      <w:r>
        <w:br/>
        <w:t>— Ніхто нікуди не від’їжджав, — з притиском відповіла стара.</w:t>
      </w:r>
    </w:p>
    <w:p>
      <w:r>
        <w:br/>
        <w:t>Стужа схопив біля вішалки портфель, кинув його на стіл. По тому відчинилися двері і з’явилася Андріана. Професор зблід.</w:t>
      </w:r>
    </w:p>
    <w:p>
      <w:r>
        <w:br/>
        <w:t>Вони вийшли з корпусу і по молодому сніжку рушили до кав’ярні. І тут Стужа несподівано для самого себе знову запросив її додому на каву. Піде чи не піде? Він рідко приводив жінок додому через безлад в помешканні. Професор завжди мав бездоганний вигляд, а от перед житлом був безпорадний, як дитя. Шпалери так і не спромігся поклеїти, вапновані стіни посіріли, а газова плита на кухні була схожа на кратер вулкана.</w:t>
      </w:r>
    </w:p>
    <w:p>
      <w:r>
        <w:br/>
        <w:t>Перед тим, як відчинити двері для гості, Стужа зайшов сам, на ходу схопив брудні шкарпетки в коридорі, кинув рушник на сковорідку з яєчнею. Коли зайшла Андріана, він здивувався: кімната засвітилася. Він знав, що кава в нього закінчилася, але пошукав її, побрязкав холодильником, де теж нічого не було, поклав перед дівчиною зморщене жовте яблуко. Потім зазбирався в магазин, але вона, як він і чекав, його зупинила. Він не захотів залишати її в цьому гармидері. Попили яблучний чай. Весь час, доки Андріана була з ним, Стужа угадував кожен її рух і кожне слово. Подумав, мабуть, її прихід позавчора просто снився. Снився, от і все.</w:t>
      </w:r>
    </w:p>
    <w:p>
      <w:r>
        <w:br/>
        <w:t>— Мені пора, — сказала Андріана.</w:t>
      </w:r>
    </w:p>
    <w:p>
      <w:r>
        <w:br/>
        <w:t>— Нікуди тебе не пущу, — задихаючись мовив Стужа. Взяв її косу й обгорнув навколо своєї шиї.</w:t>
      </w:r>
    </w:p>
    <w:p>
      <w:r>
        <w:br/>
        <w:t>Андріана підійшла до дзеркала, яке мов і не бачило такої краси. Завмерло.</w:t>
      </w:r>
    </w:p>
    <w:p>
      <w:r>
        <w:br/>
        <w:t>— Чому Україна і Росія не можуть жити між собою так, як студенти? — запитала дівчина.</w:t>
      </w:r>
    </w:p>
    <w:p>
      <w:r>
        <w:br/>
        <w:t>— Патріотко ти моя… — розчулився Стужа.</w:t>
      </w:r>
    </w:p>
    <w:p>
      <w:r>
        <w:br/>
        <w:t>Запала мовчанка. Професор взяв руку Андріани, тоненьку, як бадилинка.</w:t>
      </w:r>
    </w:p>
    <w:p>
      <w:r>
        <w:br/>
        <w:t>— Заспівай, Андріано, у тебе голос, як у ранкової пташки.</w:t>
      </w:r>
    </w:p>
    <w:p>
      <w:r>
        <w:br/>
        <w:t>— А от і не буду. Звідки ти знаєш? Не хочу співати! — дівчина засміялася, вивільнилась, на ходу одяглася й пішла до виходу.</w:t>
      </w:r>
    </w:p>
    <w:p>
      <w:r>
        <w:br/>
        <w:t>— Ви коли від’їжджаєте?</w:t>
      </w:r>
    </w:p>
    <w:p>
      <w:r>
        <w:br/>
        <w:t>— Об одинадцятій. Не приходь, мені так легше. Обіцяєш?</w:t>
      </w:r>
    </w:p>
    <w:p>
      <w:r>
        <w:br/>
        <w:t>— Як скажеш.</w:t>
      </w:r>
    </w:p>
    <w:p>
      <w:r>
        <w:br/>
        <w:t>Він підвіз Андріану на зупинку, дівчина пішла до своєї групи, і тут побачив на сидінні папку з матеріалами, які мав їй віддати. Узяв папку з собою.</w:t>
      </w:r>
    </w:p>
    <w:p>
      <w:r>
        <w:br/>
        <w:t>Бабця-секретарка стояла до Стужі спиною, мишачим хвостиком волосся і гортала перекидний календар.</w:t>
      </w:r>
    </w:p>
    <w:p>
      <w:r>
        <w:br/>
        <w:t>— Сьогодні субота, шановна, — в’їдливо мовив Стужа. — Якщо забуваєте, треба записувати.</w:t>
      </w:r>
    </w:p>
    <w:p>
      <w:r>
        <w:br/>
        <w:t>— Хтось із нас плутає дні, — відповіла бабця. — Щойно ви стверджували, що студенти вже від’їхали.</w:t>
      </w:r>
    </w:p>
    <w:p>
      <w:r>
        <w:br/>
        <w:t>— Сьогодні субота! — гаркнув Стужа.</w:t>
      </w:r>
    </w:p>
    <w:p>
      <w:r>
        <w:br/>
        <w:t>— Таки п’ятниця! — прогугнявила стара.</w:t>
      </w:r>
    </w:p>
    <w:p>
      <w:r>
        <w:br/>
        <w:t>Професор відкрив мобілку, там було написано "П’ятниця, 14 січня, 2011 року". І тут його свідомість немов пронизала блискавка. Вчора висвічувався цей самий день! П’ЯТНИЦЯ, 14 СІЧНЯ. Професора, мов ударило в груди. Схопив папку, портфель, перевірив ключі від машини. Українські студенти вже сиділи в автобусі. Хтось усміхався, хтось плакав, хтось показував на листочку через скло номер телефону. Він подав Андріані папку з матеріалами і сказав так тихо, щоб почула тільки вона: "Нічого не бійся". По тому підійшов до водія "Ікаруса" і запропонував показати пряму дорогу.</w:t>
      </w:r>
    </w:p>
    <w:p>
      <w:r>
        <w:br/>
        <w:t>Колеса автобуса зашурхотіли в снігу. Слідки за "Фольксвагеном".</w:t>
      </w:r>
    </w:p>
    <w:p>
      <w:r>
        <w:br/>
        <w:t>На шибці завмерли краплі, мов тисячі віджилих очей. І ніхто до самого перехрестя не зронив ні слова.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П’ятниця, чотирнадцяте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