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гулі</w:t>
      </w:r>
    </w:p>
    <w:p>
      <w:r>
        <w:br/>
        <w:t xml:space="preserve"> &lt;p&gt;Міля Золотоверха, найкрасивіша дівчина десятого "Б" та ще й кругла відмінниця, передала на останньому уроці (ми навчалися в другу зміну) записку: "Толік! Проведеш мене додому?" Вона ще й питає!</w:t>
      </w:r>
    </w:p>
    <w:p>
      <w:r>
        <w:br/>
        <w:t>Повернувшись до Мілі, я закивав головою так, що вона, моя голівонька, ледь не закотилась під парту.</w:t>
      </w:r>
    </w:p>
    <w:p>
      <w:r>
        <w:br/>
        <w:t>Та одразу ж згадав, де живе Міля, і голова моя міцно приросла до тулуба. Міля мешкала не на Верхньому виселкові, а на Нижньому, що мав назву Гнидівка, парубота якого ворогувала люто з паруботою Верхнього. Проте, щоб провести дівчину в Гнидівку, нам, із Верхнього, і в голову збрести не могло. Спіймають, поб'ють, а то й покалічать.</w:t>
      </w:r>
    </w:p>
    <w:p>
      <w:r>
        <w:br/>
        <w:t>А тут — Міля, найкрасивіша дівчина десятого "Б".</w:t>
      </w:r>
    </w:p>
    <w:p>
      <w:r>
        <w:br/>
        <w:t>А тут — всесоюзна премія за вірш "Починається юність".</w:t>
      </w:r>
    </w:p>
    <w:p>
      <w:r>
        <w:br/>
        <w:t>А тут — сам директор школи назвав мене гордістю школи.</w:t>
      </w:r>
    </w:p>
    <w:p>
      <w:r>
        <w:br/>
        <w:t>А тут усі хлопці десятого "Б" хвалилися: "Це наш поет!", а дівчата зацікавлено зиркали на мою персону. Ну як після цього відмовити Мілі? Засміють!</w:t>
      </w:r>
    </w:p>
    <w:p>
      <w:r>
        <w:br/>
        <w:t>І я, вже коли стемніло, повів Мілю додому. На Гнидівку. Де аж кишіло босотою.</w:t>
      </w:r>
    </w:p>
    <w:p>
      <w:r>
        <w:br/>
        <w:t>Міля щось щебетала — я ж здригався од кожної тіні.</w:t>
      </w:r>
    </w:p>
    <w:p>
      <w:r>
        <w:br/>
        <w:t>Міля весело дріботіла — я ішов наче з примусу.</w:t>
      </w:r>
    </w:p>
    <w:p>
      <w:r>
        <w:br/>
        <w:t>Х-ху, довів нарешті. Попрощався поспіхом та й дременув назад. І коли вже здавалося, що от-от скінчиться Гнидівка, мене й перестріли. Оточили, затисли, поцікавились:</w:t>
      </w:r>
    </w:p>
    <w:p>
      <w:r>
        <w:br/>
        <w:t>— Умієш кукурікать?</w:t>
      </w:r>
    </w:p>
    <w:p>
      <w:r>
        <w:br/>
        <w:t>Пробелькотів, що умію.</w:t>
      </w:r>
    </w:p>
    <w:p>
      <w:r>
        <w:br/>
        <w:t>— Ану закукурікай!</w:t>
      </w:r>
    </w:p>
    <w:p>
      <w:r>
        <w:br/>
        <w:t>Закукурікав, по-півнячому витягаючи шию.</w:t>
      </w:r>
    </w:p>
    <w:p>
      <w:r>
        <w:br/>
        <w:t>— Годиться.</w:t>
      </w:r>
    </w:p>
    <w:p>
      <w:r>
        <w:br/>
        <w:t>Підвели до паркана високого, підсадили на вузенький дашок. За три кроки будинок чорнів великим вікном — там уже спали.</w:t>
      </w:r>
    </w:p>
    <w:p>
      <w:r>
        <w:br/>
        <w:t>— Кукурікай! — І шилом у задницю.</w:t>
      </w:r>
    </w:p>
    <w:p>
      <w:r>
        <w:br/>
        <w:t>— Ку-ку-ріку-у-у! — заволав у вікно.— Ку-ку-ріку-у-у!! — заголосив щодуху, одержавши чергову ін'єкцію.</w:t>
      </w:r>
    </w:p>
    <w:p>
      <w:r>
        <w:br/>
        <w:t>Вікно враз освітилося. Щось майнуло по той бік, брязнула клямка, і на ґанок вискочив розлючений хазяїн.</w:t>
      </w:r>
    </w:p>
    <w:p>
      <w:r>
        <w:br/>
        <w:t>Матюкаючись, підбіг до паркана, і гнидівська босота попхнула мене йому прямо на голову.</w:t>
      </w:r>
    </w:p>
    <w:p>
      <w:r>
        <w:br/>
        <w:t>Хазяїн не скрутив одразу мою півнячу шию. Він, вочевидь, прочитав мого вірша, що за нього мене преміювала Москва. Натомість згріб мене за поетичну чуприну, доволік до хвіртки і колінищем чавунним дав такого копняка, що я не півнем — поросям кувікнув, вилітаючи на вулицю.</w:t>
      </w:r>
    </w:p>
    <w:p>
      <w:r>
        <w:br/>
        <w:t>Не встиг, стогнучи, звестись на рівні, як мене знову оточила босота. Поставила раком, дала сірника і наказала міряти сірником тим дорогу додому. Ще й співати при цьому популярну на той час пісеньку: "Легко на сердце от песни веселой". А щоб рухався веселіше, осідлали пацаном, і той нещадно молотив п'ятами в боки.</w:t>
      </w:r>
    </w:p>
    <w:p>
      <w:r>
        <w:br/>
        <w:t>Вам доводилося сірником міряти дорогу додому? Хоча б метрів двадцять проміряти?</w:t>
      </w:r>
    </w:p>
    <w:p>
      <w:r>
        <w:br/>
        <w:t>А я міряв майже до ранку. І голосив оту веселу пісеньку, що її зненавидів на всеньке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гулі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