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Періоди</w:t>
      </w:r>
    </w:p>
    <w:p>
      <w:r>
        <w:br/>
        <w:t xml:space="preserve"> Найтемнішого літа, чорного, наче гість,&lt;br /&gt;</w:t>
        <w:br/>
        <w:t>що приїхав іздалеку,&lt;br /&gt;</w:t>
        <w:br/>
        <w:t>втомлений і байдужий до того,&lt;br /&gt;</w:t>
        <w:br/>
        <w:t>званий він а чи обраний,&lt;br /&gt;</w:t>
        <w:br/>
        <w:t>що приїхав, і ліг, і спить, —&lt;br /&gt;</w:t>
        <w:br/>
        <w:t>того літа ми назви забудемо&lt;br /&gt;</w:t>
        <w:br/>
        <w:t>і заваримо чай мовчазний, —&lt;br /&gt;</w:t>
        <w:br/>
        <w:t>зустріч в’язнів, покинутих усіма,&lt;br /&gt;</w:t>
        <w:br/>
        <w:t>сни, залишені на підлозі карцера,&lt;br /&gt;</w:t>
        <w:br/>
        <w:t>і уявлення птахів, зужиті слова,&lt;br /&gt;</w:t>
        <w:br/>
        <w:t>намагання позбутися тіні,&lt;br /&gt;</w:t>
        <w:br/>
        <w:t>яку кликали пам’яттю,&lt;br /&gt;</w:t>
        <w:br/>
        <w:t>і вивчити мову крилату — про що&lt;br /&gt;</w:t>
        <w:br/>
        <w:t>сповіщає сапфіровий птах?</w:t>
      </w:r>
    </w:p>
    <w:p>
      <w:r>
        <w:br/>
        <w:t>Ще тоді — коли ангели сестрам твоїм&lt;br /&gt;</w:t>
        <w:br/>
        <w:t>шепотіли про долю твою у майбутньому часі,&lt;br /&gt;</w:t>
        <w:br/>
        <w:t>і мовчав лиш один, той, що мовив раніше:&lt;br /&gt;</w:t>
        <w:br/>
        <w:t>служити не буду, —&lt;br /&gt;</w:t>
        <w:br/>
        <w:t>ти вийшов із гри, не дивився у вікна,&lt;br /&gt;</w:t>
        <w:br/>
        <w:t>не пробував навіть вишень,&lt;br /&gt;</w:t>
        <w:br/>
        <w:t>але ти не подумав, що гра&lt;br /&gt;</w:t>
        <w:br/>
        <w:t>неодмінно триватиме далі,&lt;br /&gt;</w:t>
        <w:br/>
        <w:t>ти вважав, що без тебе прокинуться паузи,&lt;br /&gt;</w:t>
        <w:br/>
        <w:t>діалоги урвуться, розсиплеться бісер&lt;br /&gt;</w:t>
        <w:br/>
        <w:t>і вірна струна&lt;br /&gt;</w:t>
        <w:br/>
        <w:t>провисне над прірвою в житі;&lt;br /&gt;</w:t>
        <w:br/>
        <w:t>вони встали, ті паузи, так,&lt;br /&gt;</w:t>
        <w:br/>
        <w:t>високі та чорні, мов літо,&lt;br /&gt;</w:t>
        <w:br/>
        <w:t>захололи у камінь, його на собі&lt;br /&gt;</w:t>
        <w:br/>
        <w:t>мали нести собаки,&lt;br /&gt;</w:t>
        <w:br/>
        <w:t>бездомні і славні, жодна з них&lt;br /&gt;</w:t>
        <w:br/>
        <w:t>не полишила ношу нестерпну, —&lt;br /&gt;</w:t>
        <w:br/>
        <w:t>ти пішов, ти вважав, що невинен&lt;br /&gt;</w:t>
        <w:br/>
        <w:t>і гинуть не мусиш разом з усіма.</w:t>
      </w:r>
    </w:p>
    <w:p>
      <w:r>
        <w:br/>
        <w:t>І зостався я сам, а зі мною —&lt;br /&gt;</w:t>
        <w:br/>
        <w:t>собаки та вірші.</w:t>
      </w:r>
    </w:p>
    <w:p>
      <w:r>
        <w:br/>
        <w:t>Шепіт майстра тепер — до кого він&lt;br /&gt;</w:t>
        <w:br/>
        <w:t>і про що?</w:t>
      </w:r>
    </w:p>
    <w:p>
      <w:r>
        <w:br/>
        <w:t>І невже нам не знати&lt;br /&gt;</w:t>
        <w:br/>
        <w:t>ніколи нічого насправді?&lt;br /&gt;</w:t>
        <w:br/>
        <w:t>Але щ&amp;#243; ти пізнати хотів у світі оцьому,&lt;br /&gt;</w:t>
        <w:br/>
        <w:t>чорному, наче літо двадцять років тому?&lt;br /&gt;</w:t>
        <w:br/>
        <w:t>В однині всі герої тоді залишалися,&lt;br /&gt;</w:t>
        <w:br/>
        <w:t>нині ж, поглянь, скільки визволених в'язнів&lt;br /&gt;</w:t>
        <w:br/>
        <w:t>крокує фосфоричними площами тіней своїх —&lt;br /&gt;</w:t>
        <w:br/>
        <w:t>світло іззаду, і кожний іде по своїй.</w:t>
      </w:r>
    </w:p>
    <w:p>
      <w:r>
        <w:br/>
        <w:t>Кожний іде по собі.</w:t>
      </w:r>
    </w:p>
    <w:p>
      <w:r>
        <w:br/>
        <w:t>Якби ж мали вони всі по свічці&lt;br /&gt;</w:t>
        <w:br/>
        <w:t>і несли ті свічки перед себе,&lt;br /&gt;</w:t>
        <w:br/>
        <w:t>тоді темрява ззаду була би,&lt;br /&gt;</w:t>
        <w:br/>
        <w:t>темрява кольору очей твоїх опівночі,&lt;br /&gt;</w:t>
        <w:br/>
        <w:t>чорних, наче гості, що приїхали здалеку,&lt;br /&gt;</w:t>
        <w:br/>
        <w:t>привезли апельсини і дзвони, —&lt;br /&gt;</w:t>
        <w:br/>
        <w:t>хто насмілиться дати їм хліба й води&lt;br /&gt;</w:t>
        <w:br/>
        <w:t>із криниці, пелюстками повної,&lt;br /&gt;</w:t>
        <w:br/>
        <w:t>що вночі усе падали й падали?&lt;br /&gt;</w:t>
        <w:br/>
        <w:t>Ти подмуш, і вони відпливуть,&lt;br /&gt;</w:t>
        <w:br/>
        <w:t>пелюстки відпливуть ген до іншого берега,&lt;br /&gt;</w:t>
        <w:br/>
        <w:t>там коні пасуться, опівнічне пасеться буття,&lt;br /&gt;</w:t>
        <w:br/>
        <w:t>роса там подібна до світлого храму Брата Франциска;&lt;br /&gt;</w:t>
        <w:br/>
        <w:t>вони туди допливуть, гвардія сніжнобіла,&lt;br /&gt;</w:t>
        <w:br/>
        <w:t>бо то їхня одвічна держава,&lt;br /&gt;</w:t>
        <w:br/>
        <w:t>там сидить король прокажений,&lt;br /&gt;</w:t>
        <w:br/>
        <w:t>він на коней дивиться і на дітей,&lt;br /&gt;</w:t>
        <w:br/>
        <w:t>він рахує пелюстки і зорі,&lt;br /&gt;</w:t>
        <w:br/>
        <w:t>він заснути жадає щоночі, —&lt;br /&gt;</w:t>
        <w:br/>
        <w:t>але воїни злі, вони колють списами його, —&lt;br /&gt;</w:t>
        <w:br/>
        <w:t>і мусить король прокажений&lt;br /&gt;</w:t>
        <w:br/>
        <w:t>рахувати валторни, яких наросло&lt;br /&gt;</w:t>
        <w:br/>
        <w:t>ціле поле, срібне поле, давно,&lt;br /&gt;</w:t>
        <w:br/>
        <w:t>ще тоді, як періоди сну&lt;br /&gt;</w:t>
        <w:br/>
        <w:t>співпадали з періодом ночі, темної ночі,&lt;br /&gt;</w:t>
        <w:br/>
        <w:t>чорної, наче гість, що приїхав іздалеку,&lt;br /&gt;</w:t>
        <w:br/>
        <w:t>не привіз він нічого з собою,&lt;br /&gt;</w:t>
        <w:br/>
        <w:t>не привіз він нічого з собою.</w:t>
      </w:r>
    </w:p>
    <w:p>
      <w:r>
        <w:br/>
        <w:t>Раптом зірвавшись на поклик, не чутний нікому,&lt;br /&gt;</w:t>
        <w:br/>
        <w:t>землю покинувши ту, що батьки називали вітчизною,&lt;br /&gt;</w:t>
        <w:br/>
        <w:t>літо покинувши те, що усі найчорнішим назвали,&lt;br /&gt;</w:t>
        <w:br/>
        <w:t>довго ідуть, своєї вітчизни та літа шукаючи;&lt;br /&gt;</w:t>
        <w:br/>
        <w:t>дощ настигає і втома, та ніхто не ховається —&lt;br /&gt;</w:t>
        <w:br/>
        <w:t>може,&lt;br /&gt;</w:t>
        <w:br/>
        <w:t>це скрапує наша вітчизна,&lt;br /&gt;</w:t>
        <w:br/>
        <w:t>Літа Господнього бризки.&lt;br /&gt;</w:t>
        <w:br/>
        <w:t>Чорні дощі обмиють пилюку і з тебе, дарма&lt;br /&gt;</w:t>
        <w:br/>
        <w:t>що вони не з твоєї землі; зупинилося все,&lt;br /&gt;</w:t>
        <w:br/>
        <w:t>злива легка і заклична, кликати треба лиш тих,&lt;br /&gt;</w:t>
        <w:br/>
        <w:t>що нас запросити не зможуть ніколи, смертні&lt;br /&gt;</w:t>
        <w:br/>
        <w:t>істоти,&lt;br /&gt;</w:t>
        <w:br/>
        <w:t>обирати лиш тих, що не зрадять і в смерті.</w:t>
      </w:r>
    </w:p>
    <w:p>
      <w:r>
        <w:br/>
        <w:t>І зостався я сам, а зі мною собаки та вірші.</w:t>
      </w:r>
    </w:p>
    <w:p>
      <w:r>
        <w:br/>
        <w:t>А потому — коли ми збагнули ув’язнення власне,&lt;br /&gt;</w:t>
        <w:br/>
        <w:t>почали малювати його на піщаних дорогах лісів,&lt;br /&gt;</w:t>
        <w:br/>
        <w:t>нас ніхто зрозуміти не міг, хоча мова була і одна,&lt;br /&gt;</w:t>
        <w:br/>
        <w:t>та до чого тут мова — собаки свій камінь нестимуть&lt;br /&gt;</w:t>
        <w:br/>
        <w:t>у серпень,&lt;br /&gt;</w:t>
        <w:br/>
        <w:t>а може, і далі, до оселі майстрів,&lt;br /&gt;</w:t>
        <w:br/>
        <w:t>що вночі до Орлового озера сиплють небесну поживу,&lt;br /&gt;</w:t>
        <w:br/>
        <w:t>на світанку зникає вона і вода стає світло-рожева,&lt;br /&gt;</w:t>
        <w:br/>
        <w:t>і розплющують очі тендітні принцеси лілеї,&lt;br /&gt;</w:t>
        <w:br/>
        <w:t>Сестри Лілеї,&lt;br /&gt;</w:t>
        <w:br/>
        <w:t>і рибу найпершу у дзьобі несе сапфіровий птах,&lt;br /&gt;</w:t>
        <w:br/>
        <w:t>Брат Зимородок, Рибалка-Король;&lt;br /&gt;</w:t>
        <w:br/>
        <w:t>вони прийдуть і скажуть, ті славні, без прив’язі, пси:&lt;br /&gt;</w:t>
        <w:br/>
        <w:t>о майстри, ми принесли вам камінь, щоб ви&lt;br /&gt;</w:t>
        <w:br/>
        <w:t>неквапливо, ретельно і шанобливо&lt;br /&gt;</w:t>
        <w:br/>
        <w:t>змайстрували нам Бога Собачого, —&lt;br /&gt;</w:t>
        <w:br/>
        <w:t>лиш одному Йому ми належати хочемо:&lt;br /&gt;</w:t>
        <w:br/>
        <w:t>Богу Бездомних Собак;&lt;br /&gt;</w:t>
        <w:br/>
        <w:t>а майстри їм у відповідь скажуть,&lt;br /&gt;</w:t>
        <w:br/>
        <w:t>що це зовсім не камінь, а паузи —&lt;br /&gt;</w:t>
        <w:br/>
        <w:t>позамовність лілей,&lt;br /&gt;</w:t>
        <w:br/>
        <w:t>провисання струни,&lt;br /&gt;</w:t>
        <w:br/>
        <w:t>брак потрібного слова,&lt;br /&gt;</w:t>
        <w:br/>
        <w:t>мовчання екстазу,&lt;br /&gt;</w:t>
        <w:br/>
        <w:t>мовчання померлих, яких ми любили безбожно.</w:t>
      </w:r>
    </w:p>
    <w:p>
      <w:r>
        <w:br/>
        <w:t>Далі іди, пам’ятаючи пересторогу: не озирайся,&lt;br /&gt;</w:t>
        <w:br/>
        <w:t>бо тоді доведеться повертатися знову в сюди,&lt;br /&gt;</w:t>
        <w:br/>
        <w:t>бо тоді вже ніколи себе не позбудешся, Брате Я,&lt;br /&gt;</w:t>
        <w:br/>
        <w:t>ані тіні своєї, не такої великої, щоб захистити&lt;br /&gt;</w:t>
        <w:br/>
        <w:t>від спеки кохану чиюсь (бо своєї ніколи не матимеш),&lt;br /&gt;</w:t>
        <w:br/>
        <w:t>не такої малої, щоби&lt;br /&gt;</w:t>
        <w:br/>
        <w:t>день крізь день по ній не топталися натовпи —&lt;br /&gt;</w:t>
        <w:br/>
        <w:t>натовпи псів, юрби майстрів, ангелів тлуми.</w:t>
      </w:r>
    </w:p>
    <w:p>
      <w:r>
        <w:br/>
        <w:t>Кожний іде по собі.</w:t>
      </w:r>
    </w:p>
    <w:p>
      <w:r>
        <w:br/>
        <w:t>Що за покару несуть оті в’язні зі срібного поля?&lt;br /&gt;</w:t>
        <w:br/>
        <w:t>Обривають рясні пелюстки і ворожать, чи скоро додому,&lt;br /&gt;</w:t>
        <w:br/>
        <w:t>і не знають, що Тут їх домівка, що Літо Господнє&lt;br /&gt;</w:t>
        <w:br/>
        <w:t>всередині нас, —&lt;br /&gt;</w:t>
        <w:br/>
        <w:t>білосніжний десант непокірної шляхти небесної,&lt;br /&gt;</w:t>
        <w:br/>
        <w:t>музиканти і містики, воїни,&lt;br /&gt;</w:t>
        <w:br/>
        <w:t>неповторні майстри самоспалення.</w:t>
      </w:r>
    </w:p>
    <w:p>
      <w:r>
        <w:br/>
        <w:t>Вечірні бджоли на холодне скло&lt;br /&gt;</w:t>
        <w:br/>
        <w:t>твоєї пам’яті сідали,&lt;br /&gt;</w:t>
        <w:br/>
        <w:t>і коливалося воно,&lt;br /&gt;</w:t>
        <w:br/>
        <w:t>і разом з ним гойдалось відображення:&lt;br /&gt;</w:t>
        <w:br/>
        <w:t>собаки, червень, ангели і мед&lt;br /&gt;</w:t>
        <w:br/>
        <w:t>вечірній, чистий та густий,&lt;br /&gt;</w:t>
        <w:br/>
        <w:t>і час майбутній, у якому все збулося,&lt;br /&gt;</w:t>
        <w:br/>
        <w:t>напророковане тобою юним;&lt;br /&gt;</w:t>
        <w:br/>
        <w:t>а ще граційно танцювали&lt;br /&gt;</w:t>
        <w:br/>
        <w:t>барвисті тіні тих усіх,&lt;br /&gt;</w:t>
        <w:br/>
        <w:t>ким ти міг бути,&lt;br /&gt;</w:t>
        <w:br/>
        <w:t>і сохло листя у книжках про Україну,&lt;br /&gt;</w:t>
        <w:br/>
        <w:t>— таку загрожену тоді —&lt;br /&gt;</w:t>
        <w:br/>
        <w:t>— таку загрозливу тепер —&lt;br /&gt;</w:t>
        <w:br/>
        <w:t>те листя ти зривав на згадку,&lt;br /&gt;</w:t>
        <w:br/>
        <w:t>про літо, назви для якого не існує, літо те&lt;br /&gt;</w:t>
        <w:br/>
        <w:t>з великими собаками скляними,&lt;br /&gt;</w:t>
        <w:br/>
        <w:t>що бігали довкіл газонів,&lt;br /&gt;</w:t>
        <w:br/>
        <w:t>і, доторкаючись одна до одної, дзвеніли, —&lt;br /&gt;</w:t>
        <w:br/>
        <w:t>неначе кришталеві хмари, як ім'я&lt;br /&gt;</w:t>
        <w:br/>
        <w:t>твоє, коли воно зненацька з горизонтом сутикнеться;&lt;br /&gt;</w:t>
        <w:br/>
        <w:t>і ти гукав собакам різнобарвним:&lt;br /&gt;</w:t>
        <w:br/>
        <w:t>дзвеніть тихіше, любі пси,&lt;br /&gt;</w:t>
        <w:br/>
        <w:t>вважайте на стовпи, і кам’яниці, і на поваплені гроби,&lt;br /&gt;</w:t>
        <w:br/>
        <w:t>не відбивайте лап скляних та кришталевих вух,&lt;br /&gt;</w:t>
        <w:br/>
        <w:t>не розбивайтеся!&lt;br /&gt;</w:t>
        <w:br/>
        <w:t>І думав ти собі: які ж бо неслухняні ці собаки&lt;br /&gt;</w:t>
        <w:br/>
        <w:t>із кольорового тонесенького скла;&lt;br /&gt;</w:t>
        <w:br/>
        <w:t>живі були би чемними, але&lt;br /&gt;</w:t>
        <w:br/>
        <w:t>втішатись маю ось такими, — і ти плакав,&lt;br /&gt;</w:t>
        <w:br/>
        <w:t>у липні плакав і казав: живі собаки дуже чемні,&lt;br /&gt;</w:t>
        <w:br/>
        <w:t>проте від смерті це не захистить.&lt;br /&gt;</w:t>
        <w:br/>
        <w:t>І снувалися сни невідступно&lt;br /&gt;</w:t>
        <w:br/>
        <w:t>коло Келії Чайної Троянди,&lt;br /&gt;</w:t>
        <w:br/>
        <w:t>яка виросла в срібному полі сама;&lt;br /&gt;</w:t>
        <w:br/>
        <w:t>мабуть, це неістотно, що ми вже забули, кому&lt;br /&gt;</w:t>
        <w:br/>
        <w:t>присяглися дожити, і вижити, і пережити, —</w:t>
      </w:r>
    </w:p>
    <w:p>
      <w:r>
        <w:br/>
        <w:t>але за кожним із нас —</w:t>
      </w:r>
    </w:p>
    <w:p>
      <w:r>
        <w:br/>
        <w:t>безрукі клоуни, що сльози не витруть,&lt;br /&gt;</w:t>
        <w:br/>
        <w:t>темні кімнати, яких ми боялися страшно,&lt;br /&gt;</w:t>
        <w:br/>
        <w:t>недомальоване небо на аркушику в клітинку,</w:t>
      </w:r>
    </w:p>
    <w:p>
      <w:r>
        <w:br/>
        <w:t>— ми ще повернемося, —&lt;br /&gt;</w:t>
        <w:br/>
        <w:t>шепочемо,&lt;br /&gt;</w:t>
        <w:br/>
        <w:t>— ми ще вернемося,&lt;br /&gt;</w:t>
        <w:br/>
        <w:t>щоби приробити вам руки,&lt;br /&gt;</w:t>
        <w:br/>
        <w:t>і витерти сльози,&lt;br /&gt;</w:t>
        <w:br/>
        <w:t>які горіхами пахнуть, і Роком Новим, і Різдвом;&lt;br /&gt;</w:t>
        <w:br/>
        <w:t>ми ще перейдем крізь вас, темні кімнати,&lt;br /&gt;</w:t>
        <w:br/>
        <w:t>привітаємось із усіма, кого там зустрінемо, —</w:t>
      </w:r>
    </w:p>
    <w:p>
      <w:r>
        <w:br/>
        <w:t>безрукі клоуни не посміхаються,&lt;br /&gt;</w:t>
        <w:br/>
        <w:t>у темних кімнатах спалахує світло, —&lt;br /&gt;</w:t>
        <w:br/>
        <w:t>вони вже все знають, вони знають,&lt;br /&gt;</w:t>
        <w:br/>
        <w:t>що з усіх повертань це повернення в літо&lt;br /&gt;</w:t>
        <w:br/>
        <w:t>обвуглених спогадів&lt;br /&gt;</w:t>
        <w:br/>
        <w:t>є останнім;</w:t>
      </w:r>
    </w:p>
    <w:p>
      <w:r>
        <w:br/>
        <w:t>ми повернемось — навчитися літу,&lt;br /&gt;</w:t>
        <w:br/>
        <w:t>навчитися сонцю та місяцю,&lt;br /&gt;</w:t>
        <w:br/>
        <w:t>навчитися говорити, казати "Сестра"&lt;br /&gt;</w:t>
        <w:br/>
        <w:t>до принцеси лілеї,&lt;br /&gt;</w:t>
        <w:br/>
        <w:t>навчитись кохати Сосну,&lt;br /&gt;</w:t>
        <w:br/>
        <w:t>відчувати періоди,&lt;br /&gt;</w:t>
        <w:br/>
        <w:t>більше не зраджуючи серця, ми ще встигнемо, —</w:t>
      </w:r>
    </w:p>
    <w:p>
      <w:r>
        <w:br/>
        <w:t>— ви більше нікого не зустрінете —&lt;br /&gt;</w:t>
        <w:br/>
        <w:t>— ви не повернетесь більше ніколи —&lt;br /&gt;</w:t>
        <w:br/>
        <w:t>сповіщає сапфіровий птах,&lt;br /&gt;</w:t>
        <w:br/>
        <w:t>і ми розуміємо його мову,&lt;br /&gt;</w:t>
        <w:br/>
        <w:t>і ми розуміємо, що нарешті довідались&lt;br /&gt;</w:t>
        <w:br/>
        <w:t>правду.</w:t>
      </w:r>
    </w:p>
    <w:p>
      <w:r>
        <w:br/>
        <w:t>1979—2000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Періоди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