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Перестиглий овоч</w:t>
      </w:r>
    </w:p>
    <w:p>
      <w:r>
        <w:br/>
        <w:t xml:space="preserve"> &lt;p&gt;Було це в часи жорстокі і криваві, сумні й тяжкі для всього народу.</w:t>
      </w:r>
    </w:p>
    <w:p>
      <w:r>
        <w:br/>
        <w:t>Один індус мав у своєму садку дерево життєвих радощів, що родило тільки раз за своє життя і то лиш один овоч.</w:t>
      </w:r>
    </w:p>
    <w:p>
      <w:r>
        <w:br/>
        <w:t>Весь народ чекав на цей овоч, як на Бога з неба, як на джерело щастя, як на початок нового життя.</w:t>
      </w:r>
    </w:p>
    <w:p>
      <w:r>
        <w:br/>
        <w:t>І от дерево розцвіло, зав'язалося, овоч почав рости, наливатися... Дозрів і став прозорий, мов кришталь. Удень виблискував веселими кольорами й барвами, наче діамант, а вночі світився, як місяць. Дивні життєдайні пахощі розливалися від нього по всій країні. Зачувши ті пахощі, люди посходилися з цілої країни — багаті й бідні, старі й молоді, здорові й слабі...</w:t>
      </w:r>
    </w:p>
    <w:p>
      <w:r>
        <w:br/>
        <w:t>Усі хотіли купити хоч шматочок того овоча, щоб заспокоїти свої болі, прогнати смуток і жалі, почути в душі радощі життя.</w:t>
      </w:r>
    </w:p>
    <w:p>
      <w:r>
        <w:br/>
        <w:t>— Він дозрів, він дозрів для всіх нас! — гукали вони.</w:t>
      </w:r>
    </w:p>
    <w:p>
      <w:r>
        <w:br/>
        <w:t>— Дай нам! Поділи на нас усіх!</w:t>
      </w:r>
    </w:p>
    <w:p>
      <w:r>
        <w:br/>
        <w:t>— Нехай хворий стане здоровим, сумний — веселим!</w:t>
      </w:r>
    </w:p>
    <w:p>
      <w:r>
        <w:br/>
        <w:t>— Нехай настане щастя в нашому нещасному краю!</w:t>
      </w:r>
    </w:p>
    <w:p>
      <w:r>
        <w:br/>
        <w:t>Та індус усіх прогнав. Він був недалекоглядним і сліпим. Йому здавалося, що овоч ще не зовсім виріс і не дозрів.</w:t>
      </w:r>
    </w:p>
    <w:p>
      <w:r>
        <w:br/>
        <w:t>Посилав слуг на базар довідатись, скільки заплатять за овоч.</w:t>
      </w:r>
    </w:p>
    <w:p>
      <w:r>
        <w:br/>
        <w:t>— Дають сім верблюдів. Весело сміявся:</w:t>
      </w:r>
    </w:p>
    <w:p>
      <w:r>
        <w:br/>
        <w:t>— Ідіть іще завтра! Приходили, повідомляли:</w:t>
      </w:r>
    </w:p>
    <w:p>
      <w:r>
        <w:br/>
        <w:t>— Дають сім слонів. Весело сміявся:</w:t>
      </w:r>
    </w:p>
    <w:p>
      <w:r>
        <w:br/>
        <w:t>— Підіть іще завтра! Приходили, відповідали:</w:t>
      </w:r>
    </w:p>
    <w:p>
      <w:r>
        <w:br/>
        <w:t>— Дають табун коней...</w:t>
      </w:r>
    </w:p>
    <w:p>
      <w:r>
        <w:br/>
        <w:t>— Ідіть знову!</w:t>
      </w:r>
    </w:p>
    <w:p>
      <w:r>
        <w:br/>
        <w:t>І ось прийшли слуги і сказали:</w:t>
      </w:r>
    </w:p>
    <w:p>
      <w:r>
        <w:br/>
        <w:t>—Уже нічого не дають!</w:t>
      </w:r>
    </w:p>
    <w:p>
      <w:r>
        <w:br/>
        <w:t>Індус злісно розреготався...</w:t>
      </w:r>
    </w:p>
    <w:p>
      <w:r>
        <w:br/>
        <w:t>Та коли ближче придивився до овоча, побачив, що той потускнів, зморщився, поменшав, кудись зникло його сяйво, вже не було чути пахощів.</w:t>
      </w:r>
    </w:p>
    <w:p>
      <w:r>
        <w:br/>
        <w:t>Тоді, стурбований, сказав собі:</w:t>
      </w:r>
    </w:p>
    <w:p>
      <w:r>
        <w:br/>
        <w:t>— Тепер бачу, що він більше не ростиме, що вже дозрів. Зірву його й понесу до самого раджі пресвітлого.</w:t>
      </w:r>
    </w:p>
    <w:p>
      <w:r>
        <w:br/>
        <w:t>Коли ж виліз на драбину і приглянувся до овоча зблизька, з жахом побачив, що він уже перестиг...</w:t>
      </w:r>
    </w:p>
    <w:p>
      <w:r>
        <w:br/>
        <w:t>Як тільки взяв його до рук, овоч луснув і розлився брудом.</w:t>
      </w:r>
    </w:p>
    <w:p>
      <w:r>
        <w:br/>
        <w:t>І від його смороду тікали люди світ за очі.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Перестиглий овоч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