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Переложение псалма 125</w:t>
      </w:r>
    </w:p>
    <w:p>
      <w:r>
        <w:br/>
        <w:t xml:space="preserve"> &lt;blockquote&gt;К тебе возведох очи мои,&lt;br /&gt;</w:t>
        <w:br/>
        <w:t>живущему на небеси и проч.&lt;/blockquote&gt;</w:t>
      </w:r>
    </w:p>
    <w:p>
      <w:r>
        <w:br/>
        <w:t>До тебе, господи, що там живеш на небі,&lt;br /&gt;</w:t>
        <w:br/>
        <w:t>Звертаю очі я в пригоді і в потребі.&lt;br /&gt;</w:t>
        <w:br/>
        <w:t>Як наймит з панських рук рятунку й ласки жде,&lt;br /&gt;</w:t>
        <w:br/>
        <w:t>Або як наймичка прохать до пані йде,&lt;br /&gt;</w:t>
        <w:br/>
        <w:t>Щоб запобігла їй чим в нуждочці, небозі, —&lt;br /&gt;</w:t>
        <w:br/>
        <w:t>Так ми шукаємо добра й підмоги в бозі.&lt;br /&gt;</w:t>
        <w:br/>
        <w:t>Ой, змилуйсь, господи! та змилуйся ж на нас!&lt;br /&gt;</w:t>
        <w:br/>
        <w:t>Бо ворог дошкуля до сліз під інший час;&lt;br /&gt;</w:t>
        <w:br/>
        <w:t>А гірш од всіх чваньки нам допекли ті пишні.&lt;br /&gt;</w:t>
        <w:br/>
        <w:t>Що тільки, бач, вони святі, а ми всі грішні.&lt;br /&gt;</w:t>
        <w:br/>
        <w:t>18 ноября 1857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Переложение псалма 125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