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Переяславська ніч</w:t>
      </w:r>
    </w:p>
    <w:p>
      <w:r>
        <w:br/>
        <w:t xml:space="preserve"> Переяславська ніч&lt;br /&gt;</w:t>
        <w:br/>
        <w:t>Микола Костомаров&lt;br /&gt;</w:t>
        <w:br/>
        <w:t>Трагедія&lt;br /&gt;</w:t>
        <w:br/>
        <w:t>&lt;blockquote&gt;&lt;br /&gt;</w:t>
        <w:br/>
        <w:t>Тако свободився народ руський&lt;br /&gt;</w:t>
        <w:br/>
        <w:t>з-під iгa лядського єгипетського.&lt;br /&gt;</w:t>
        <w:br/>
        <w:t>Ой у нашій у славній Україні&lt;br /&gt;</w:t>
        <w:br/>
        <w:t>Бували колись престрашнії злигодні,&lt;br /&gt;</w:t>
        <w:br/>
        <w:t>бездольні години.&lt;br /&gt;</w:t>
        <w:br/>
        <w:t>Ніхто вкраїнців не рятував,&lt;br /&gt;</w:t>
        <w:br/>
        <w:t>Ніхто за їх Богові молите не посилав,&lt;br /&gt;</w:t>
        <w:br/>
        <w:t>Тільки Бог святий наших не забував…&lt;br /&gt;</w:t>
        <w:br/>
        <w:t>Отже й пройшли, і зійшли злії незгодини:&lt;br /&gt;</w:t>
        <w:br/>
        <w:t>Немає нікого, щоб нас подоліли! &lt;/blockquote&gt;</w:t>
      </w:r>
    </w:p>
    <w:p>
      <w:r>
        <w:br/>
        <w:t>&lt;blockquote class="cita" style='text-align:left'&gt;Переяславський староста.&lt;br /&gt;</w:t>
        <w:br/>
        <w:t>Анастасій, священик.&lt;br /&gt;</w:t>
        <w:br/>
        <w:t>Семен Герцик.&lt;br /&gt;</w:t>
        <w:br/>
        <w:t>Петро Корженко.&lt;br /&gt;</w:t>
        <w:br/>
        <w:t>Опанас, його племінник.&lt;br /&gt;</w:t>
        <w:br/>
        <w:t>Чужестранець.&lt;br /&gt;</w:t>
        <w:br/>
        <w:t>Жид Аврам.&lt;br /&gt;</w:t>
        <w:br/>
        <w:t>Зацвіліховський, офіцер польський.&lt;br /&gt;</w:t>
        <w:br/>
        <w:t>Марина, сестра Лисенкова.&lt;br /&gt;</w:t>
        <w:br/>
        <w:t>Козаки.&lt;br /&gt;</w:t>
        <w:br/>
        <w:t>Переяславці.&lt;br /&gt;</w:t>
        <w:br/>
        <w:t>Польські жовніри.&lt;br /&gt;</w:t>
        <w:br/>
        <w:t>Хор.&lt;br /&gt;</w:t>
        <w:br/>
        <w:t>Діється в 1649 році в городі Переяславі під Великдень. &lt;/blockquote&gt;</w:t>
      </w:r>
    </w:p>
    <w:p>
      <w:r>
        <w:br/>
        <w:t>Сцена 1&lt;br /&gt;</w:t>
        <w:br/>
        <w:t>Микола Костомаров&lt;br /&gt;</w:t>
        <w:br/>
        <w:t>Петро, чужестранець.&lt;br /&gt;</w:t>
        <w:br/>
        <w:t>Петро&lt;br /&gt;</w:t>
        <w:br/>
        <w:t>Чи се б то й правда, так, як ти казав?&lt;br /&gt;</w:t>
        <w:br/>
        <w:t>Чужестранець&lt;br /&gt;</w:t>
        <w:br/>
        <w:t>Чи Дніпр у вас так широко розлився,&lt;br /&gt;</w:t>
        <w:br/>
        <w:t>Що чутка з тої сторони доходить,&lt;br /&gt;</w:t>
        <w:br/>
        <w:t>Як із Московщини?.. Все Задніпров’я,&lt;br /&gt;</w:t>
        <w:br/>
        <w:t>Мов грім його ударив, запалало.&lt;br /&gt;</w:t>
        <w:br/>
        <w:t>З лугів, з ярів виходять гайдамаки;&lt;br /&gt;</w:t>
        <w:br/>
        <w:t>Вівчар міня на спис свою гирлигу;&lt;br /&gt;</w:t>
        <w:br/>
        <w:t>Забув плугатар ниву – лемеші,&lt;br /&gt;</w:t>
        <w:br/>
        <w:t>Серпи ідуть на військовеє діло;&lt;br /&gt;</w:t>
        <w:br/>
        <w:t>Старі на конях їздять, і жінки,&lt;br /&gt;</w:t>
        <w:br/>
        <w:t>І діти поробились козаками.&lt;br /&gt;</w:t>
        <w:br/>
        <w:t>Щодня біжать до гетьмана кравчини,&lt;br /&gt;</w:t>
        <w:br/>
        <w:t>Страшенне військо стало. Лях і жид&lt;br /&gt;</w:t>
        <w:br/>
        <w:t>Не мають місця голови сховати.&lt;br /&gt;</w:t>
        <w:br/>
        <w:t>В Покуті, по Подолі, по Волині&lt;br /&gt;</w:t>
        <w:br/>
        <w:t>Всі городи повизволялись: скрізь&lt;br /&gt;</w:t>
        <w:br/>
        <w:t>Побили старостів, повипихали&lt;br /&gt;</w:t>
        <w:br/>
        <w:t>Жовнірів, замки оддались із сили,&lt;br /&gt;</w:t>
        <w:br/>
        <w:t>В церквах ніде служить нема поміхи,&lt;br /&gt;</w:t>
        <w:br/>
        <w:t>І скрізь, скидаючи кровавую одежу,&lt;br /&gt;</w:t>
        <w:br/>
        <w:t>Йдуть козаки до церкви дякувати Богу.&lt;br /&gt;</w:t>
        <w:br/>
        <w:t>Петро&lt;br /&gt;</w:t>
        <w:br/>
        <w:t>Не дурно кажуть: сподівайсь на Бога!&lt;br /&gt;</w:t>
        <w:br/>
        <w:t>Він милосерд; хоча і покарає,&lt;br /&gt;</w:t>
        <w:br/>
        <w:t>А все-таки змилується уп’ять.&lt;br /&gt;</w:t>
        <w:br/>
        <w:t>Чужестранець&lt;br /&gt;</w:t>
        <w:br/>
        <w:t>Хіба об сім у вас нема і вісті?&lt;br /&gt;</w:t>
        <w:br/>
        <w:t>Петро&lt;br /&gt;</w:t>
        <w:br/>
        <w:t>Та що тобі сказати, чоловіче!&lt;br /&gt;</w:t>
        <w:br/>
        <w:t>І рад був в царство, та гріхів багацько!&lt;br /&gt;</w:t>
        <w:br/>
        <w:t>Що зможе бідний город… Як свіріпи&lt;br /&gt;</w:t>
        <w:br/>
        <w:t>У просі, так у їм ляхів.&lt;br /&gt;</w:t>
        <w:br/>
        <w:t>Які були ще дужчі і завзятші,&lt;br /&gt;</w:t>
        <w:br/>
        <w:t>Ті порозходились, або й побиті;&lt;br /&gt;</w:t>
        <w:br/>
        <w:t>Зостались тільки діти, немощнії,&lt;br /&gt;</w:t>
        <w:br/>
        <w:t>Жінки та зрадники. Знайшлись би, може,&lt;br /&gt;</w:t>
        <w:br/>
        <w:t>Що й стать на ворогів були б охочі,&lt;br /&gt;</w:t>
        <w:br/>
        <w:t>Так проклятущі все в нас одняли.&lt;br /&gt;</w:t>
        <w:br/>
        <w:t>Ані шаблюки, ні рушниці, ані грошей…&lt;br /&gt;</w:t>
        <w:br/>
        <w:t>Що діяти? Гаразд, де сила є!&lt;br /&gt;</w:t>
        <w:br/>
        <w:t>Чужестранець&lt;br /&gt;</w:t>
        <w:br/>
        <w:t>(показує на груди)&lt;br /&gt;</w:t>
        <w:br/>
        <w:t>Тут наша сила!&lt;br /&gt;</w:t>
        <w:br/>
        <w:t>(Показує на небо).&lt;br /&gt;</w:t>
        <w:br/>
        <w:t>Там надія наша!&lt;br /&gt;</w:t>
        <w:br/>
        <w:t>Я чоловік бувалий; много бачив;&lt;br /&gt;</w:t>
        <w:br/>
        <w:t>Багацько й сам одбув і бід, і лиха:&lt;br /&gt;</w:t>
        <w:br/>
        <w:t>Бач, ока правого нема, і права&lt;br /&gt;</w:t>
        <w:br/>
        <w:t>Рука відрублена, і тут, у грудях,&lt;br /&gt;</w:t>
        <w:br/>
        <w:t>Дві кулі вліплено…&lt;br /&gt;</w:t>
        <w:br/>
        <w:t>Хоч золотом всього мене обвісь,&lt;br /&gt;</w:t>
        <w:br/>
        <w:t>Воно не буде того кошту мати,&lt;br /&gt;</w:t>
        <w:br/>
        <w:t>Як оці рани; через їх я мушу&lt;br /&gt;</w:t>
        <w:br/>
        <w:t>Усякому вкраїнцеві сказати:&lt;br /&gt;</w:t>
        <w:br/>
        <w:t>Дивись і знай, що й я служив родині;&lt;br /&gt;</w:t>
        <w:br/>
        <w:t>І ти, мій брате, так служить їй мусиш!&lt;br /&gt;</w:t>
        <w:br/>
        <w:t>От і тобі, добродію, скажу я:&lt;br /&gt;</w:t>
        <w:br/>
        <w:t>Ви, бачу, всі жалкуєтесь на лихо,&lt;br /&gt;</w:t>
        <w:br/>
        <w:t>А вислобонитись – нема в вас сили.&lt;br /&gt;</w:t>
        <w:br/>
        <w:t>Коли б хто оступавсь за вас, так так!&lt;br /&gt;</w:t>
        <w:br/>
        <w:t>Тоді б ви добре зачимчикували!&lt;br /&gt;</w:t>
        <w:br/>
        <w:t>Нехай чужі на смерть за вас ідуть,&lt;br /&gt;</w:t>
        <w:br/>
        <w:t>А ви кричатимете: ото слава!&lt;br /&gt;</w:t>
        <w:br/>
        <w:t>Нема ляхів, вже ми усіх побили!..&lt;br /&gt;</w:t>
        <w:br/>
        <w:t>Наш пан Хмельницький ма велику силу&lt;br /&gt;</w:t>
        <w:br/>
        <w:t>І помогти всім городам радніш;&lt;br /&gt;</w:t>
        <w:br/>
        <w:t>Але він тільки посилає поміч&lt;br /&gt;</w:t>
        <w:br/>
        <w:t>До тих, котрі самі попіднімались.&lt;br /&gt;</w:t>
        <w:br/>
        <w:t>От, бач, в Каньові; се вже я сам бачив.&lt;br /&gt;</w:t>
        <w:br/>
        <w:t>Петро&lt;br /&gt;</w:t>
        <w:br/>
        <w:t>А розкажи, як діялось в Каньові.&lt;br /&gt;</w:t>
        <w:br/>
        <w:t>Чужестранець&lt;br /&gt;</w:t>
        <w:br/>
        <w:t>А от як: бач, в суботу се було,&lt;br /&gt;</w:t>
        <w:br/>
        <w:t>На масниці. Усі ляхи й жиди,&lt;br /&gt;</w:t>
        <w:br/>
        <w:t>Понапивавшись, звечора гасали,&lt;br /&gt;</w:t>
        <w:br/>
        <w:t>А ніччю, п’яні, де хто впав, там ліг.&lt;br /&gt;</w:t>
        <w:br/>
        <w:t>Опівночі задзвонено у дзвін;&lt;br /&gt;</w:t>
        <w:br/>
        <w:t>Скрізь запалав огонь; шумить, бражчить;&lt;br /&gt;</w:t>
        <w:br/>
        <w:t>"Смерть ворогам", – луною віддалося!&lt;br /&gt;</w:t>
        <w:br/>
        <w:t>Ляхи, котрі при розумі були ще,&lt;br /&gt;</w:t>
        <w:br/>
        <w:t>Почувши чвару, та мерщій збиратись;&lt;br /&gt;</w:t>
        <w:br/>
        <w:t>Звістили старосту, – той, проклятущий,&lt;br /&gt;</w:t>
        <w:br/>
        <w:t>І в городі не був: весь день гуляв&lt;br /&gt;</w:t>
        <w:br/>
        <w:t>В монастирі, відкіль він, супостат,&lt;br /&gt;</w:t>
        <w:br/>
        <w:t>Прогнав ченців і паплюг позаводив.&lt;br /&gt;</w:t>
        <w:br/>
        <w:t>Поки прочумались, аж зирк – вже трупом&lt;br /&gt;</w:t>
        <w:br/>
        <w:t>Повнісінькії улиці набиті;&lt;br /&gt;</w:t>
        <w:br/>
        <w:t>Ізбіглось військо; поки вшикувались,&lt;br /&gt;</w:t>
        <w:br/>
        <w:t>Нарихтували самопали і гармати, –&lt;br /&gt;</w:t>
        <w:br/>
        <w:t>Обвидніло. І почалася валка!&lt;br /&gt;</w:t>
        <w:br/>
        <w:t>Години не пройшло – вже руським гибель&lt;br /&gt;</w:t>
        <w:br/>
        <w:t>Зовсім припала. Староста у город –&lt;br /&gt;</w:t>
        <w:br/>
        <w:t>І висилає каштеляна: "Ке, скажи їм,&lt;br /&gt;</w:t>
        <w:br/>
        <w:t>Що я на всіх їх ласку покладаю;&lt;br /&gt;</w:t>
        <w:br/>
        <w:t>Нехай лиш скоряться". Той тільки вийшов&lt;br /&gt;</w:t>
        <w:br/>
        <w:t>Не вспів роззявить рота, так і гепнув!&lt;br /&gt;</w:t>
        <w:br/>
        <w:t>– Коли вмирать, так помремо! – усі&lt;br /&gt;</w:t>
        <w:br/>
        <w:t>Ув один голос закричали. – Ріжте,&lt;br /&gt;</w:t>
        <w:br/>
        <w:t>Канайте нас – ізгинем козаками! –&lt;br /&gt;</w:t>
        <w:br/>
        <w:t>Скажений староста велів за сеє&lt;br /&gt;</w:t>
        <w:br/>
        <w:t>Губити всіх, все різати й губити:&lt;br /&gt;</w:t>
        <w:br/>
        <w:t>Старих, малих – ні жодної душі&lt;br /&gt;</w:t>
        <w:br/>
        <w:t>Щоб не зосталось. На такі закази&lt;br /&gt;</w:t>
        <w:br/>
        <w:t>Піднялося кровавеє ігрище;&lt;br /&gt;</w:t>
        <w:br/>
        <w:t>Зачадівся зо всіх кутків Каньов,&lt;br /&gt;</w:t>
        <w:br/>
        <w:t>І сніг од крові танув, як од сонця.&lt;br /&gt;</w:t>
        <w:br/>
        <w:t>Аж до півдня їх різали без шани;&lt;br /&gt;</w:t>
        <w:br/>
        <w:t>І всяк, кому приходилась черга,&lt;br /&gt;</w:t>
        <w:br/>
        <w:t>Закриє тільки очі, скаже: "Боже!&lt;br /&gt;</w:t>
        <w:br/>
        <w:t>Твоя єсть воля!" – з тим і вік кінчає…&lt;br /&gt;</w:t>
        <w:br/>
        <w:t>Як тут Господь зласкавився над їми:&lt;br /&gt;</w:t>
        <w:br/>
        <w:t>Де не візьмись кравчина гайдамаків&lt;br /&gt;</w:t>
        <w:br/>
        <w:t>З Лисенком – геп! і оступили город!&lt;br /&gt;</w:t>
        <w:br/>
        <w:t>Ляхи, почувши, кинули різню&lt;br /&gt;</w:t>
        <w:br/>
        <w:t>І поспішали боронити замка.&lt;br /&gt;</w:t>
        <w:br/>
        <w:t>А руські, одлигнувши, попридбали&lt;br /&gt;</w:t>
        <w:br/>
        <w:t>Оружжя – та зсередини на їх…&lt;br /&gt;</w:t>
        <w:br/>
        <w:t>Мик-мик, мик-мик, а вже Лисенко&lt;br /&gt;</w:t>
        <w:br/>
        <w:t>Й у замок скочив. Сучі вороги&lt;br /&gt;</w:t>
        <w:br/>
        <w:t>І ухи попускали. А Лисенко&lt;br /&gt;</w:t>
        <w:br/>
        <w:t>Як подививсь, який справляли бенкет&lt;br /&gt;</w:t>
        <w:br/>
        <w:t>Вони над руськими, гукнув своїм,&lt;br /&gt;</w:t>
        <w:br/>
        <w:t>Щоб всіх ляхів, жидів і уніатів,&lt;br /&gt;</w:t>
        <w:br/>
        <w:t>Всіх до останку ізгубити. "Се, –&lt;br /&gt;</w:t>
        <w:br/>
        <w:t>Казав, – їм буде дяка за невинних".&lt;br /&gt;</w:t>
        <w:br/>
        <w:t>Із половини прощоного дня,&lt;br /&gt;</w:t>
        <w:br/>
        <w:t>Весь понеділок, до вівторка вранці,&lt;br /&gt;</w:t>
        <w:br/>
        <w:t>Давали недовіркам добру шану:&lt;br /&gt;</w:t>
        <w:br/>
        <w:t>На Тясмині аж горку нагатили&lt;br /&gt;</w:t>
        <w:br/>
        <w:t>Жидівським трупом, ввечері, і вранці,&lt;br /&gt;</w:t>
        <w:br/>
        <w:t>І вніч, і вдень все різали; сім тисяч&lt;br /&gt;</w:t>
        <w:br/>
        <w:t>Католиків пропало, як собак;&lt;br /&gt;</w:t>
        <w:br/>
        <w:t>Жінок, дітей, і винних і безвинних, –&lt;br /&gt;</w:t>
        <w:br/>
        <w:t>Всіх ізгубили…&lt;br /&gt;</w:t>
        <w:br/>
        <w:t>В вівторок нікого було вже бити;&lt;br /&gt;</w:t>
        <w:br/>
        <w:t>У монастир по старосту послали:&lt;br /&gt;</w:t>
        <w:br/>
        <w:t>З своїми, все мосцівими, панами&lt;br /&gt;</w:t>
        <w:br/>
        <w:t>Приїхав він, залитий у кайдани.&lt;br /&gt;</w:t>
        <w:br/>
        <w:t>Увечері усіх панів спекли,&lt;br /&gt;</w:t>
        <w:br/>
        <w:t>А старості злупили шкуру. Так&lt;br /&gt;</w:t>
        <w:br/>
        <w:t>Помстилися над ворогами наші!&lt;br /&gt;</w:t>
        <w:br/>
        <w:t>У середу усі церкви відперли&lt;br /&gt;</w:t>
        <w:br/>
        <w:t>І правили молебень Богу в дяку.&lt;br /&gt;</w:t>
        <w:br/>
        <w:t>Петро&lt;br /&gt;</w:t>
        <w:br/>
        <w:t>Гаразд так лучилось. Бач, козаки&lt;br /&gt;</w:t>
        <w:br/>
        <w:t>Наскочили, а то б усі пропали&lt;br /&gt;</w:t>
        <w:br/>
        <w:t>Ані за віщо. Так-от, брате, й нам.&lt;br /&gt;</w:t>
        <w:br/>
        <w:t>Що зробим ми, хоч і піднімемося?&lt;br /&gt;</w:t>
        <w:br/>
        <w:t>Поб’ють, як ту траву; у нашім краї&lt;br /&gt;</w:t>
        <w:br/>
        <w:t>Од козаків не діждешся підмоги.&lt;br /&gt;</w:t>
        <w:br/>
        <w:t>Чужестранець&lt;br /&gt;</w:t>
        <w:br/>
        <w:t>Нащо вам їх? Ви самі козаки.&lt;br /&gt;</w:t>
        <w:br/>
        <w:t>Хіба чого каньовці сподівались?&lt;br /&gt;</w:t>
        <w:br/>
        <w:t>Кому неволя замоторошніє,&lt;br /&gt;</w:t>
        <w:br/>
        <w:t>Тому все рівно – жити чи умерти,&lt;br /&gt;</w:t>
        <w:br/>
        <w:t>Той смерті сам жада. Ні, пане-брате!&lt;br /&gt;</w:t>
        <w:br/>
        <w:t>Або вже ви ляхами поробились,&lt;br /&gt;</w:t>
        <w:br/>
        <w:t>Або ляхи не зобижають вас.&lt;br /&gt;</w:t>
        <w:br/>
        <w:t>Петро&lt;br /&gt;</w:t>
        <w:br/>
        <w:t>І де-то вже не зобижають, брате!&lt;br /&gt;</w:t>
        <w:br/>
        <w:t>Якби ти бачив – вчора, о срамота!&lt;br /&gt;</w:t>
        <w:br/>
        <w:t>Як уніатський біскуп до костьолу їхав&lt;br /&gt;</w:t>
        <w:br/>
        <w:t>На літанію, а його колясу&lt;br /&gt;</w:t>
        <w:br/>
        <w:t>Везли дванадцять чоловік із руських,&lt;br /&gt;</w:t>
        <w:br/>
        <w:t>А жид був візником! Он погляди,&lt;br /&gt;</w:t>
        <w:br/>
        <w:t>Сьомиця біла – завтра Великдень,&lt;br /&gt;</w:t>
        <w:br/>
        <w:t>А ми не знаєм свята, і в церквах&lt;br /&gt;</w:t>
        <w:br/>
        <w:t>Всі дні служения не було: прокляті&lt;br /&gt;</w:t>
        <w:br/>
        <w:t>Жиди не упускають в божу церкву;&lt;br /&gt;</w:t>
        <w:br/>
        <w:t>На одкупі святеє держать. Добре,&lt;br /&gt;</w:t>
        <w:br/>
        <w:t>Як завтра скинемось чим заплатити,&lt;br /&gt;</w:t>
        <w:br/>
        <w:t>То прийдеться і празника не знати.&lt;br /&gt;</w:t>
        <w:br/>
        <w:t>Чужестранець&lt;br /&gt;</w:t>
        <w:br/>
        <w:t>І се у вас ніхто й не ворухнувся?&lt;br /&gt;</w:t>
        <w:br/>
        <w:t>Петро&lt;br /&gt;</w:t>
        <w:br/>
        <w:t>Дві чвари, брате, в нас було за рік.&lt;br /&gt;</w:t>
        <w:br/>
        <w:t>Та що ж з того? Ляхи зараз узнали;&lt;br /&gt;</w:t>
        <w:br/>
        <w:t>Переловили, пов’язали, повели&lt;br /&gt;</w:t>
        <w:br/>
        <w:t>До старости – там їм була погибель.&lt;br /&gt;</w:t>
        <w:br/>
        <w:t>Надіялись було ми на одного, –&lt;br /&gt;</w:t>
        <w:br/>
        <w:t>Того уже нема!..&lt;br /&gt;</w:t>
        <w:br/>
        <w:t>Чужестранець&lt;br /&gt;</w:t>
        <w:br/>
        <w:t>На кого ж?&lt;br /&gt;</w:t>
        <w:br/>
        <w:t>Петро&lt;br /&gt;</w:t>
        <w:br/>
        <w:t>От на того Лисенка, що казав ти.&lt;br /&gt;</w:t>
        <w:br/>
        <w:t>Бо він, коли ти знаєш, чоловіче,&lt;br /&gt;</w:t>
        <w:br/>
        <w:t>Із нашого Переяслава. Років&lt;br /&gt;</w:t>
        <w:br/>
        <w:t>З п’ять є тому, як він нас одцурався.&lt;br /&gt;</w:t>
        <w:br/>
        <w:t>Він був козак і не злюбив кормиги,&lt;br /&gt;</w:t>
        <w:br/>
        <w:t>Коли на нас Господь наслав недолю,&lt;br /&gt;</w:t>
        <w:br/>
        <w:t>Так він не стерпів, позбирав декого,&lt;br /&gt;</w:t>
        <w:br/>
        <w:t>Та й учинив проти ляхів тривогу.&lt;br /&gt;</w:t>
        <w:br/>
        <w:t>Але було не з силою. Ляхи&lt;br /&gt;</w:t>
        <w:br/>
        <w:t>У сто разів були од наших дужчі.&lt;br /&gt;</w:t>
        <w:br/>
        <w:t>Поки вони зібрались, аж Лисенко&lt;br /&gt;</w:t>
        <w:br/>
        <w:t>І всі його козацькі товариші&lt;br /&gt;</w:t>
        <w:br/>
        <w:t>Якраз у глибці в пана опинились.&lt;br /&gt;</w:t>
        <w:br/>
        <w:t>От староста і призива до себе&lt;br /&gt;</w:t>
        <w:br/>
        <w:t>Лисенка і допитуватись взявся;&lt;br /&gt;</w:t>
        <w:br/>
        <w:t>А той, як з їм балакав, та як хватить&lt;br /&gt;</w:t>
        <w:br/>
        <w:t>Пістоль у його, та як свисне в груди –&lt;br /&gt;</w:t>
        <w:br/>
        <w:t>Та у вікно; юрба ляхів за їм –&lt;br /&gt;</w:t>
        <w:br/>
        <w:t>Кричать, гукають, – він собі байдуже;&lt;br /&gt;</w:t>
        <w:br/>
        <w:t>Та набіжав до Альти на провалля,&lt;br /&gt;</w:t>
        <w:br/>
        <w:t>Та в Альту; тут за їм, мов та крупа,&lt;br /&gt;</w:t>
        <w:br/>
        <w:t>Посипалися кулі. Бог поміг,&lt;br /&gt;</w:t>
        <w:br/>
        <w:t>Ні жодная його не зачепила,&lt;br /&gt;</w:t>
        <w:br/>
        <w:t>І переплинув він собі щасливо&lt;br /&gt;</w:t>
        <w:br/>
        <w:t>Аж на той берег. З тій пори вже ми&lt;br /&gt;</w:t>
        <w:br/>
        <w:t>Не бачили його. Ляхи шукали,&lt;br /&gt;</w:t>
        <w:br/>
        <w:t>Півчварта ста червоних намагались&lt;br /&gt;</w:t>
        <w:br/>
        <w:t>Тому, хто приведе його, та дарма.&lt;br /&gt;</w:t>
        <w:br/>
        <w:t>Оце ж як чутка пронеслась у нас,&lt;br /&gt;</w:t>
        <w:br/>
        <w:t>Що він воює та ляхів псує,&lt;br /&gt;</w:t>
        <w:br/>
        <w:t>Так поговорював у нас народ,&lt;br /&gt;</w:t>
        <w:br/>
        <w:t>Що, може, він, як не забув своїх,&lt;br /&gt;</w:t>
        <w:br/>
        <w:t>То, може, й прийде вислобонить нас.&lt;br /&gt;</w:t>
        <w:br/>
        <w:t>Ех, братику! Надіялись було ми,&lt;br /&gt;</w:t>
        <w:br/>
        <w:t>Та й те надіяння уже пропало.&lt;br /&gt;</w:t>
        <w:br/>
        <w:t>Чужестранець&lt;br /&gt;</w:t>
        <w:br/>
        <w:t>А чом?&lt;br /&gt;</w:t>
        <w:br/>
        <w:t>Петро&lt;br /&gt;</w:t>
        <w:br/>
        <w:t>Хіба не чув про ту причину,&lt;br /&gt;</w:t>
        <w:br/>
        <w:t>Що з їм була: сердега воював,&lt;br /&gt;</w:t>
        <w:br/>
        <w:t>Та вже довоювався. Вишневецький&lt;br /&gt;</w:t>
        <w:br/>
        <w:t>Піймав його в Немирові, казали.&lt;br /&gt;</w:t>
        <w:br/>
        <w:t>Не знаю; кажуть, може, і брехня…&lt;br /&gt;</w:t>
        <w:br/>
        <w:t>Та вже б тобі про сеє знати лучче.&lt;br /&gt;</w:t>
        <w:br/>
        <w:t>Чужестранець&lt;br /&gt;</w:t>
        <w:br/>
        <w:t>Та чув і я… носилась чутка всюди.&lt;br /&gt;</w:t>
        <w:br/>
        <w:t>Дзвонять.&lt;br /&gt;</w:t>
        <w:br/>
        <w:t>Петро&lt;br /&gt;</w:t>
        <w:br/>
        <w:t>Ну, слава Богу!&lt;br /&gt;</w:t>
        <w:br/>
        <w:t>(Здіймає шличок і хреститься).&lt;br /&gt;</w:t>
        <w:br/>
        <w:t>Се, мабуть, панотець наш Анастасій&lt;br /&gt;</w:t>
        <w:br/>
        <w:t>Вблагав жидів; дозволили служити.&lt;br /&gt;</w:t>
        <w:br/>
        <w:t>І то, сердешний, вчора цілий день&lt;br /&gt;</w:t>
        <w:br/>
        <w:t>Ходив збирати гроші по дворах;&lt;br /&gt;</w:t>
        <w:br/>
        <w:t>Так суча жидова за кожну службу&lt;br /&gt;</w:t>
        <w:br/>
        <w:t>По півдесятка злотих дубить. Ох,&lt;br /&gt;</w:t>
        <w:br/>
        <w:t>Тепер-то… може, й завтра на Великдень&lt;br /&gt;</w:t>
        <w:br/>
        <w:t>Достанеться ще Богу помолитись.&lt;br /&gt;</w:t>
        <w:br/>
        <w:t>Як спом’яну я прошлі давні роки,&lt;br /&gt;</w:t>
        <w:br/>
        <w:t>Аж серце рветься. То була година!&lt;br /&gt;</w:t>
        <w:br/>
        <w:t>Було, сподобить нас Господь діждати&lt;br /&gt;</w:t>
        <w:br/>
        <w:t>Великодня, то аж неначе світ&lt;br /&gt;</w:t>
        <w:br/>
        <w:t>Повеселіша; все так приязно,&lt;br /&gt;</w:t>
        <w:br/>
        <w:t>Так радісно; як прийде світлий день,&lt;br /&gt;</w:t>
        <w:br/>
        <w:t>Кожнісінький і горе позабуде;&lt;br /&gt;</w:t>
        <w:br/>
        <w:t>Ніхто тобі смутненько не погляне;&lt;br /&gt;</w:t>
        <w:br/>
        <w:t>І всі од серця дякують все Богу.&lt;br /&gt;</w:t>
        <w:br/>
        <w:t>А що тепер! О Боже милосердий!&lt;br /&gt;</w:t>
        <w:br/>
        <w:t>Навіщо так дітей своїх караєш!&lt;br /&gt;</w:t>
        <w:br/>
        <w:t>(Здихає).&lt;br /&gt;</w:t>
        <w:br/>
        <w:t>________________________________________&lt;br /&gt;</w:t>
        <w:br/>
        <w:t>Примітки&lt;br /&gt;</w:t>
        <w:br/>
        <w:t>Все Задніпров’я, мов грім його ударив, запалало… – йдеться про початок народно-визвольної війни українського народу проти польсько-шляхетського панування; але, скориставшись хибними джерелами, Костомаров вважав початком війни 1649 p., а не 1648-й, як то було насправді.&lt;br /&gt;</w:t>
        <w:br/>
        <w:t>От, бач, в Каньові… – на початку визвольної війни Канів визволено військами Б. Хмельницького, тут створено Канівський полк, який вже у вересні 1648 р. взяв участь у битві під Пилявцями.&lt;br /&gt;</w:t>
        <w:br/>
        <w:t>…кравчина гайдамаків з Лисенком… – Лисенко – один з керівників гайдамацьких загонів; "Другой загон в Украине, отличавшийся свирепостью, был под предводительством Лисенка – Вовгури (вероятно, прозванного так за свой жестокий характер) и назывался вовгуревцами […] Поляки так их боялись, что если, бывало, скажут: "вовгуревцы идут", то это было ужаснее целого войска козацкого. Сначала они выказали себя в Северской земле, потом, соединившись с киевским загоном Харченка, взяли Канев…" [Богдан Хмельницкий. Историческая монография Николая Костомарова. – Спб, 1884. – Т. 1. – С. 321.]. Страчений Я. Вишневецьким, коли здався в полон під Берестечком (1651).&lt;br /&gt;</w:t>
        <w:br/>
        <w:t>як уніатський біскуп до костьолу їхав… везли дванадцять чоловік із руських… – "Духовенство римское, разъезжавшее с триумфом по Малой России для надсмотра и понуждания к униатству, вожено было от церкви до церкви людьми, запряженными в их длинные повозки по двенадцати и более человек в цуг" [История русов или Малой России. Сочинения Георгия Конисского. М., 1846. – С. 40.].&lt;br /&gt;</w:t>
        <w:br/>
        <w:t>Вишневецький Ярема (Ієремія, Михайло Корибут; 1612 – 1651) – польський магнат за походженням – з українського князівського роду. Рано втративши матір, був вихований в єзуїтському колегіумі (Львів). 1631 р. прийняв католицтво й силою впроваджував його у своїх величезних маєтностях на Україні. Нещадно придушував найменші вияви соціального протесту. Активно й нещадно боровся з народно-визвольним рухом під проводом Б. Хмельницького. 1648 р. розбитий козаками М. Кривоноса під Махнівкою й Старокостянтиновим.</w:t>
      </w:r>
    </w:p>
    <w:p>
      <w:r>
        <w:br/>
        <w:t>Сцена 2&lt;br /&gt;</w:t>
        <w:br/>
        <w:t>Микола Костомаров&lt;br /&gt;</w:t>
        <w:br/>
        <w:t>Опанас прибігає і ревно плаче й голосить.&lt;br /&gt;</w:t>
        <w:br/>
        <w:t>Опанас&lt;br /&gt;</w:t>
        <w:br/>
        <w:t>Ох, дядечку! ох, бідна голова!&lt;br /&gt;</w:t>
        <w:br/>
        <w:t>Петро&lt;br /&gt;</w:t>
        <w:br/>
        <w:t>Господь святий з тобою, Опанасе!&lt;br /&gt;</w:t>
        <w:br/>
        <w:t>Опанас&lt;br /&gt;</w:t>
        <w:br/>
        <w:t>Ох, дядечку-голубчику! Ох, лихо!&lt;br /&gt;</w:t>
        <w:br/>
        <w:t>Біда, та й годі! Матір узяли…&lt;br /&gt;</w:t>
        <w:br/>
        <w:t>Петро&lt;br /&gt;</w:t>
        <w:br/>
        <w:t>Хто? Як? Куди?..&lt;br /&gt;</w:t>
        <w:br/>
        <w:t>Опанас&lt;br /&gt;</w:t>
        <w:br/>
        <w:t>До старости жовніри повели;&lt;br /&gt;</w:t>
        <w:br/>
        <w:t>Голодна смерть, казали, буде їй.&lt;br /&gt;</w:t>
        <w:br/>
        <w:t>Петро&lt;br /&gt;</w:t>
        <w:br/>
        <w:t>Ох, мати божа!&lt;br /&gt;</w:t>
        <w:br/>
        <w:t>Опанас&lt;br /&gt;</w:t>
        <w:br/>
        <w:t>Ох, дядечку! біда зусім, та й годі!&lt;br /&gt;</w:t>
        <w:br/>
        <w:t>І говорив же: "Мамо, цур йому!&lt;br /&gt;</w:t>
        <w:br/>
        <w:t>Ну що, як чорт який ізійде?" – "Ні!&lt;br /&gt;</w:t>
        <w:br/>
        <w:t>Ти, – каже, – тільки ляку напустив:&lt;br /&gt;</w:t>
        <w:br/>
        <w:t>Вони тепер не зайдуть". – От&lt;br /&gt;</w:t>
        <w:br/>
        <w:t>І празник нам! Ох, лихо нам, та й годі!&lt;br /&gt;</w:t>
        <w:br/>
        <w:t>Петро&lt;br /&gt;</w:t>
        <w:br/>
        <w:t>Що ж лучилось? Кажи-бо швидче!&lt;br /&gt;</w:t>
        <w:br/>
        <w:t>Опанас&lt;br /&gt;</w:t>
        <w:br/>
        <w:t>Та все ж паски! Бач, здумала пекти!&lt;br /&gt;</w:t>
        <w:br/>
        <w:t>Я і казав, крий Боже, як казав!&lt;br /&gt;</w:t>
        <w:br/>
        <w:t>Що ж? Не послухала. Як я казав,&lt;br /&gt;</w:t>
        <w:br/>
        <w:t>По-моєму і вийшло! Тільки в піч&lt;br /&gt;</w:t>
        <w:br/>
        <w:t>Саджати стала, тут вони й прибігли.&lt;br /&gt;</w:t>
        <w:br/>
        <w:t>Як крикнули, так мати, як стояла,&lt;br /&gt;</w:t>
        <w:br/>
        <w:t>Аж через силу встояла. Вони&lt;br /&gt;</w:t>
        <w:br/>
        <w:t>Як ухватили бідну за волосся&lt;br /&gt;</w:t>
        <w:br/>
        <w:t>Та з хати, – я до них, вони мене&lt;br /&gt;</w:t>
        <w:br/>
        <w:t>Штирхнули в груди – отже як,&lt;br /&gt;</w:t>
        <w:br/>
        <w:t>Крий Боже, досі, дядечку, болить.&lt;br /&gt;</w:t>
        <w:br/>
        <w:t>Вони її поволокли із хати;&lt;br /&gt;</w:t>
        <w:br/>
        <w:t>А я за ними, кланяюсь, прошу їх:&lt;br /&gt;</w:t>
        <w:br/>
        <w:t>"Змилуйтеся, – кажу, – панове добрі,&lt;br /&gt;</w:t>
        <w:br/>
        <w:t>Не поробіть безщасного мене!&lt;br /&gt;</w:t>
        <w:br/>
        <w:t>Не мучте бідной матерії." Прохав,&lt;br /&gt;</w:t>
        <w:br/>
        <w:t>Прохав, прохав, вони ні півсловечка.&lt;br /&gt;</w:t>
        <w:br/>
        <w:t>Я все за ними йду та все прохаю.&lt;br /&gt;</w:t>
        <w:br/>
        <w:t>Один мені і каже: "Йди ти к злидню!&lt;br /&gt;</w:t>
        <w:br/>
        <w:t>Псяюха твоя мати, руська сучка,&lt;br /&gt;</w:t>
        <w:br/>
        <w:t>Іздохне з голоду в льоху у панськім".&lt;br /&gt;</w:t>
        <w:br/>
        <w:t>Та як схватив мене, та й кинув геть.&lt;br /&gt;</w:t>
        <w:br/>
        <w:t>А мати – більш її уже й не бачив!&lt;br /&gt;</w:t>
        <w:br/>
        <w:t>Петро&lt;br /&gt;</w:t>
        <w:br/>
        <w:t>Сестра моя, безщасниця!!&lt;br /&gt;</w:t>
        <w:br/>
        <w:t>Опанас&lt;br /&gt;</w:t>
        <w:br/>
        <w:t>Ой дядечку, дай ти ж мені пораду!&lt;br /&gt;</w:t>
        <w:br/>
        <w:t>Що ж тут мені вже на світі робити?&lt;br /&gt;</w:t>
        <w:br/>
        <w:t>Петро&lt;br /&gt;</w:t>
        <w:br/>
        <w:t>Яку тобі пораду дам, небоже?&lt;br /&gt;</w:t>
        <w:br/>
        <w:t>Хіба з тобою плакать та терпіти?&lt;br /&gt;</w:t>
        <w:br/>
        <w:t>O Боже наш! Нащо так прогнівився&lt;br /&gt;</w:t>
        <w:br/>
        <w:t>На нас! Молися Богу, Опанасе!&lt;br /&gt;</w:t>
        <w:br/>
        <w:t>Де чоловік не в мочі помогти,&lt;br /&gt;</w:t>
        <w:br/>
        <w:t>Так треба помочі од Бога ждати.&lt;br /&gt;</w:t>
        <w:br/>
        <w:t>Опанас&lt;br /&gt;</w:t>
        <w:br/>
        <w:t>(хлипа)&lt;br /&gt;</w:t>
        <w:br/>
        <w:t>Що буде з матір’ю!.. Ох, лихо! лихо!&lt;br /&gt;</w:t>
        <w:br/>
        <w:t>Чужестранець&lt;br /&gt;</w:t>
        <w:br/>
        <w:t>Чого ж голосиш там? Чого нявчиш&lt;br /&gt;</w:t>
        <w:br/>
        <w:t>Дівчачим голоском? Срамота! Хлопець,&lt;br /&gt;</w:t>
        <w:br/>
        <w:t>Козак!.. Мала дитина так не буде&lt;br /&gt;</w:t>
        <w:br/>
        <w:t>За матір’ю ревіть, як ти, ломака!&lt;br /&gt;</w:t>
        <w:br/>
        <w:t>Чи ляльки батько не привіз із міста?!&lt;br /&gt;</w:t>
        <w:br/>
        <w:t>Петро&lt;br /&gt;</w:t>
        <w:br/>
        <w:t>Послухай, чоловіче; це уперше&lt;br /&gt;</w:t>
        <w:br/>
        <w:t>Побачилися ми. Я ще й не знаю,&lt;br /&gt;</w:t>
        <w:br/>
        <w:t>Відкіль ти й що такеє. Ти удався&lt;br /&gt;</w:t>
        <w:br/>
        <w:t>Мені таким і приязним, і добрим,&lt;br /&gt;</w:t>
        <w:br/>
        <w:t>1 я признав за наського тебе.&lt;br /&gt;</w:t>
        <w:br/>
        <w:t>Тепер не знаю… Будь ти, чим єси,&lt;br /&gt;</w:t>
        <w:br/>
        <w:t>Тільки, коли хто вірує у Бога,&lt;br /&gt;</w:t>
        <w:br/>
        <w:t>Той уважає за великий гріх&lt;br /&gt;</w:t>
        <w:br/>
        <w:t>З чужого лиха глумувати. Ти чужий,&lt;br /&gt;</w:t>
        <w:br/>
        <w:t>Тебе ніхто не утісня, не мучить;&lt;br /&gt;</w:t>
        <w:br/>
        <w:t>Іди ж, будь ласкав, пріч од нас, безщасних,&lt;br /&gt;</w:t>
        <w:br/>
        <w:t>І не глузуй над бідностю, бо є&lt;br /&gt;</w:t>
        <w:br/>
        <w:t>Такий на небі, що той глуз почує.&lt;br /&gt;</w:t>
        <w:br/>
        <w:t>Чужестранець&lt;br /&gt;</w:t>
        <w:br/>
        <w:t>Тебе-бо, дядьку, лихо з глузду збило!&lt;br /&gt;</w:t>
        <w:br/>
        <w:t>Коли б ти втяв був, що я говорив,&lt;br /&gt;</w:t>
        <w:br/>
        <w:t>Так ти б цього ісправді не варнякав.&lt;br /&gt;</w:t>
        <w:br/>
        <w:t>(Опанасові).&lt;br /&gt;</w:t>
        <w:br/>
        <w:t>Жінкам да дітям можна квасить губи,&lt;br /&gt;</w:t>
        <w:br/>
        <w:t>А не такому гайдуку, як ти.&lt;br /&gt;</w:t>
        <w:br/>
        <w:t>Чи таки сльози помогтимуть лиху?&lt;br /&gt;</w:t>
        <w:br/>
        <w:t>Чи вернуть тобі матір? Се вже справді&lt;br /&gt;</w:t>
        <w:br/>
        <w:t>Переродились наші руські… Як?&lt;br /&gt;</w:t>
        <w:br/>
        <w:t>Прохать ляхів, до ніг їм припадати,&lt;br /&gt;</w:t>
        <w:br/>
        <w:t>Дорогу злодіям сльозами гладить!!&lt;br /&gt;</w:t>
        <w:br/>
        <w:t>Не сльози поміч в лисі, а залізо!&lt;br /&gt;</w:t>
        <w:br/>
        <w:t>Петро&lt;br /&gt;</w:t>
        <w:br/>
        <w:t>О, що-бо ти се кажеш, чоловіче!&lt;br /&gt;</w:t>
        <w:br/>
        <w:t>Ну, хоч би деяк він на те пішов,&lt;br /&gt;</w:t>
        <w:br/>
        <w:t>Із матір’ю нещасною що б сталось?&lt;br /&gt;</w:t>
        <w:br/>
        <w:t>Чужестранець&lt;br /&gt;</w:t>
        <w:br/>
        <w:t>Нікчемні ланці! Кваші ви, лапури!&lt;br /&gt;</w:t>
        <w:br/>
        <w:t>Та вам ще не такого лиха треба!&lt;br /&gt;</w:t>
        <w:br/>
        <w:t>У сто разів Господь на вас послав би&lt;br /&gt;</w:t>
        <w:br/>
        <w:t>Нещастя, бо ви стоїте сього!</w:t>
      </w:r>
    </w:p>
    <w:p>
      <w:r>
        <w:br/>
        <w:t>Сцена 3&lt;br /&gt;</w:t>
        <w:br/>
        <w:t>Микола Костомаров&lt;br /&gt;</w:t>
        <w:br/>
        <w:t>Анастасій з плащаницею, за ним народ.&lt;br /&gt;</w:t>
        <w:br/>
        <w:t>Анастасій&lt;br /&gt;</w:t>
        <w:br/>
        <w:t>Нащо, кажу, ви біжите за мною?&lt;br /&gt;</w:t>
        <w:br/>
        <w:t>Гріх дарма лихо накликать на себе.&lt;br /&gt;</w:t>
        <w:br/>
        <w:t>Гей, братці, розійдіться, розступіться…&lt;br /&gt;</w:t>
        <w:br/>
        <w:t>Подумають, що чвару затяли.&lt;br /&gt;</w:t>
        <w:br/>
        <w:t>Кажу вам, розійдіться: ви нічого&lt;br /&gt;</w:t>
        <w:br/>
        <w:t>Тут помочі не вдієте, собі&lt;br /&gt;</w:t>
        <w:br/>
        <w:t>Пеню тільки з дурниці вчините.&lt;br /&gt;</w:t>
        <w:br/>
        <w:t>Народ&lt;br /&gt;</w:t>
        <w:br/>
        <w:t>(кричить)&lt;br /&gt;</w:t>
        <w:br/>
        <w:t>Як можна! Як се можна? Плащаницю&lt;br /&gt;</w:t>
        <w:br/>
        <w:t>Святую! Як? Жидівськими руками?&lt;br /&gt;</w:t>
        <w:br/>
        <w:t>Ми гроші заплатили; ми насильно&lt;br /&gt;</w:t>
        <w:br/>
        <w:t>Закажем, щоб молитись нас пустили!!&lt;br /&gt;</w:t>
        <w:br/>
        <w:t>Анастасій&lt;br /&gt;</w:t>
        <w:br/>
        <w:t>Святеє діло – боронити віру,&lt;br /&gt;</w:t>
        <w:br/>
        <w:t>Родину і закон свій. Бо которі&lt;br /&gt;</w:t>
        <w:br/>
        <w:t>Те уробляють, ті пред вічним Богом&lt;br /&gt;</w:t>
        <w:br/>
        <w:t>Велику честь і славу залучають.&lt;br /&gt;</w:t>
        <w:br/>
        <w:t>І ви б так добре, діти, учинили,&lt;br /&gt;</w:t>
        <w:br/>
        <w:t>Коли б при іншім се було случаї.&lt;br /&gt;</w:t>
        <w:br/>
        <w:t>Бо хто без всякой помочі іде&lt;br /&gt;</w:t>
        <w:br/>
        <w:t>На смерть, хоч будь воно й за праве діло,&lt;br /&gt;</w:t>
        <w:br/>
        <w:t>Той душу й вік свій загубляє дурно&lt;br /&gt;</w:t>
        <w:br/>
        <w:t>І сам собі погибель заподіє.&lt;br /&gt;</w:t>
        <w:br/>
        <w:t>Отак, бач, вам: що зробить ваша кучка?&lt;br /&gt;</w:t>
        <w:br/>
        <w:t>І вас пов’яжуть і поб’ють, і другим&lt;br /&gt;</w:t>
        <w:br/>
        <w:t>Наробите ще горя: дозиратись&lt;br /&gt;</w:t>
        <w:br/>
        <w:t>І більш втісняти стануть; і тоді&lt;br /&gt;</w:t>
        <w:br/>
        <w:t>Не те, щоб Бог прийняв усердя ваше,&lt;br /&gt;</w:t>
        <w:br/>
        <w:t>А ще за тих, кого в напасть введете,&lt;br /&gt;</w:t>
        <w:br/>
        <w:t>Пред Богом одповіт дасте. За кого&lt;br /&gt;</w:t>
        <w:br/>
        <w:t>Оце ви піднялися? За мене?&lt;br /&gt;</w:t>
        <w:br/>
        <w:t>Та я од сього умиваю руки!&lt;br /&gt;</w:t>
        <w:br/>
        <w:t>Коли вже Бог священика свого&lt;br /&gt;</w:t>
        <w:br/>
        <w:t>Не рятував, чого ж ви заходились?&lt;br /&gt;</w:t>
        <w:br/>
        <w:t>За церков, за Христа? – Господь небесний,&lt;br /&gt;</w:t>
        <w:br/>
        <w:t>Коли б йому було угодно теє,&lt;br /&gt;</w:t>
        <w:br/>
        <w:t>Без вашой помочі їх покарав би:&lt;br /&gt;</w:t>
        <w:br/>
        <w:t>Огненні ріки ниспустив би він&lt;br /&gt;</w:t>
        <w:br/>
        <w:t>На ворогів своїх, коли б схотів.&lt;br /&gt;</w:t>
        <w:br/>
        <w:t>Бог милосердий. Його милосердю&lt;br /&gt;</w:t>
        <w:br/>
        <w:t>Кінця нема. Він ворогів своїх&lt;br /&gt;</w:t>
        <w:br/>
        <w:t>Прощає й милує. Смертельний гріх&lt;br /&gt;</w:t>
        <w:br/>
        <w:t>Занапащати душу дурно. Відступіться.&lt;br /&gt;</w:t>
        <w:br/>
        <w:t>Я боронить святую церков мушу,&lt;br /&gt;</w:t>
        <w:br/>
        <w:t>Бо я її послужник. Хай потягнуть&lt;br /&gt;</w:t>
        <w:br/>
        <w:t>Мене в темницю, хай катують, мучать:&lt;br /&gt;</w:t>
        <w:br/>
        <w:t>Не перший мученик од їх я буду;&lt;br /&gt;</w:t>
        <w:br/>
        <w:t>А ви ідіть собі, молітесь Богу;&lt;br /&gt;</w:t>
        <w:br/>
        <w:t>Терпіте, плачте, вп’ять-таки молітесь&lt;br /&gt;</w:t>
        <w:br/>
        <w:t>І вп’ять терпіть, бо й Бог терпів наш.&lt;br /&gt;</w:t>
        <w:br/>
        <w:t>От лик святий; із їм я умирати&lt;br /&gt;</w:t>
        <w:br/>
        <w:t>Готуюсь: іменем його – ідіте!&lt;br /&gt;</w:t>
        <w:br/>
        <w:t>Чого ж ви ще хиляєтесь? Розходьтесь!&lt;br /&gt;</w:t>
        <w:br/>
        <w:t>Воістину скажу вам: хто не піде,&lt;br /&gt;</w:t>
        <w:br/>
        <w:t>Той буде супротивник Богу й церкві.&lt;br /&gt;</w:t>
        <w:br/>
        <w:t>Народ&lt;br /&gt;</w:t>
        <w:br/>
        <w:t>Та як же ми тебе покинем?&lt;br /&gt;</w:t>
        <w:br/>
        <w:t>Анастасій&lt;br /&gt;</w:t>
        <w:br/>
        <w:t>Хто вам сказав, що я&lt;br /&gt;</w:t>
        <w:br/>
        <w:t>Боюся смерті? Ні. За віру вмерти –&lt;br /&gt;</w:t>
        <w:br/>
        <w:t>Моя потреба перша. Вам же, діти,&lt;br /&gt;</w:t>
        <w:br/>
        <w:t>Не подобає погибати. Діти!&lt;br /&gt;</w:t>
        <w:br/>
        <w:t>Прошу вас, будьте ласкові, уважте&lt;br /&gt;</w:t>
        <w:br/>
        <w:t>Мені, священику свому! Ради Христа&lt;br /&gt;</w:t>
        <w:br/>
        <w:t>І матері його пречистій і святих,&lt;br /&gt;</w:t>
        <w:br/>
        <w:t>Ради Великодня, що наступає…&lt;br /&gt;</w:t>
        <w:br/>
        <w:t>Розходьтесь, діти… Що ви стоїте?&lt;br /&gt;</w:t>
        <w:br/>
        <w:t>Ідіть же! – Проклят той, хто з вас посміє&lt;br /&gt;</w:t>
        <w:br/>
        <w:t>Не слухати мого глаголу!!&lt;br /&gt;</w:t>
        <w:br/>
        <w:t>Народ почина розходитись.&lt;br /&gt;</w:t>
        <w:br/>
        <w:t>Добре!&lt;br /&gt;</w:t>
        <w:br/>
        <w:t>Скажу вам: добре, сто разів скажу.&lt;br /&gt;</w:t>
        <w:br/>
        <w:t>Неначе камінь спав з душі у мене!&lt;br /&gt;</w:t>
        <w:br/>
        <w:t>Тепер я весело піду на смерть!&lt;br /&gt;</w:t>
        <w:br/>
        <w:t>Благословить вас Бог, отець небесний!&lt;br /&gt;</w:t>
        <w:br/>
        <w:t>Моліться, діти! Він, отець наш милий,&lt;br /&gt;</w:t>
        <w:br/>
        <w:t>Змилується над дітьми.&lt;br /&gt;</w:t>
        <w:br/>
        <w:t>Петро&lt;br /&gt;</w:t>
        <w:br/>
        <w:t>Скажи, будь ласкав, що це за новина?&lt;br /&gt;</w:t>
        <w:br/>
        <w:t>Дивлюсь, і слухаю, й не втяв нічого.&lt;br /&gt;</w:t>
        <w:br/>
        <w:t>Дзвонили к службі: панотець з народом&lt;br /&gt;</w:t>
        <w:br/>
        <w:t>На ринці опинились! Чи нова&lt;br /&gt;</w:t>
        <w:br/>
        <w:t>Пеня настигла?&lt;br /&gt;</w:t>
        <w:br/>
        <w:t>Анастасій&lt;br /&gt;</w:t>
        <w:br/>
        <w:t>Не дуже-то й нова.&lt;br /&gt;</w:t>
        <w:br/>
        <w:t>Зібрав був грошей я і заплатив&lt;br /&gt;</w:t>
        <w:br/>
        <w:t>Жиду Овраму за святую службу,&lt;br /&gt;</w:t>
        <w:br/>
        <w:t>З умовою такою, щоб сьогодні&lt;br /&gt;</w:t>
        <w:br/>
        <w:t>І завтра не було запрету. Він&lt;br /&gt;</w:t>
        <w:br/>
        <w:t>Оддав ключі; ударили у дзвін;&lt;br /&gt;</w:t>
        <w:br/>
        <w:t>Ізбігся люд; я службу був почав&lt;br /&gt;</w:t>
        <w:br/>
        <w:t>І, так як то закон повеліває&lt;br /&gt;</w:t>
        <w:br/>
        <w:t>Христові страсті споминать сьогодні,&lt;br /&gt;</w:t>
        <w:br/>
        <w:t>Взяв плащаницю з олтаря й несу…&lt;br /&gt;</w:t>
        <w:br/>
        <w:t>Як тут у двері жид і закричав:&lt;br /&gt;</w:t>
        <w:br/>
        <w:t>"За плащаницю треба особливе&lt;br /&gt;</w:t>
        <w:br/>
        <w:t>Платити". Я йому й кажу: "Змилуйся;&lt;br /&gt;</w:t>
        <w:br/>
        <w:t>Я вже оддав тобі. Чого ж ти пнешся?&lt;br /&gt;</w:t>
        <w:br/>
        <w:t>Ти ворог божий, жид, не слід тобі&lt;br /&gt;</w:t>
        <w:br/>
        <w:t>Ходить сюди, як служиться". А він&lt;br /&gt;</w:t>
        <w:br/>
        <w:t>Схватив із рук у мене плащаницю&lt;br /&gt;</w:t>
        <w:br/>
        <w:t>Й давай її ірвати та тріпати…&lt;br /&gt;</w:t>
        <w:br/>
        <w:t>Народ не стерпів, збив його із ніг,&lt;br /&gt;</w:t>
        <w:br/>
        <w:t>Він закричав, побіг із церкви й прямо&lt;br /&gt;</w:t>
        <w:br/>
        <w:t>До старости – жалітися на нас.&lt;br /&gt;</w:t>
        <w:br/>
        <w:t>________________________________________&lt;br /&gt;</w:t>
        <w:br/>
        <w:t>Примітки&lt;br /&gt;</w:t>
        <w:br/>
        <w:t>Анастасій з плащаницею… – у велику п’ятницю (останню перед Великоднем) священна плащаниця (полотнище із зображенням тіла Ісуса Христа по знятті його з хреста) урочисто виноситься з алтаря на середину храму для поклоніння віруючих і залишається там до Великодньої півночі.</w:t>
      </w:r>
    </w:p>
    <w:p>
      <w:r>
        <w:br/>
        <w:t>Сцена 4&lt;br /&gt;</w:t>
        <w:br/>
        <w:t>Микола Костомаров&lt;br /&gt;</w:t>
        <w:br/>
        <w:t>Зацвіліховський з жовнірами й жид Оврам прибігають.&lt;br /&gt;</w:t>
        <w:br/>
        <w:t>Зацвіліховський&lt;br /&gt;</w:t>
        <w:br/>
        <w:t>А ось де він, мурмило довгогривий!&lt;br /&gt;</w:t>
        <w:br/>
        <w:t>Оврам&lt;br /&gt;</w:t>
        <w:br/>
        <w:t>Так, він, вельможний пане! Він, розбійник!&lt;br /&gt;</w:t>
        <w:br/>
        <w:t>Він, бунтовник! Се утікать хотів!&lt;br /&gt;</w:t>
        <w:br/>
        <w:t>Зацвіліховський&lt;br /&gt;</w:t>
        <w:br/>
        <w:t>Не утече, кабан. Гей, хлопці, швидче!&lt;br /&gt;</w:t>
        <w:br/>
        <w:t>Гей, оступіть лишень його шаблями!&lt;br /&gt;</w:t>
        <w:br/>
        <w:t>Ось ми йому дамо, як утікати!&lt;br /&gt;</w:t>
        <w:br/>
        <w:t>Анастасій&lt;br /&gt;</w:t>
        <w:br/>
        <w:t>Не думав я й не думаю втікати.&lt;br /&gt;</w:t>
        <w:br/>
        <w:t>Оврам&lt;br /&gt;</w:t>
        <w:br/>
        <w:t>Ні, ні… Вельможний пане, ні! Він бреше.&lt;br /&gt;</w:t>
        <w:br/>
        <w:t>Анастасій&lt;br /&gt;</w:t>
        <w:br/>
        <w:t>Язик жидівський бреше. Що ви привели&lt;br /&gt;</w:t>
        <w:br/>
        <w:t>По одного ватагу цілу?&lt;br /&gt;</w:t>
        <w:br/>
        <w:t>Зацвіліховський&lt;br /&gt;</w:t>
        <w:br/>
        <w:t>В тюрму тебе узяти, вражий руський.&lt;br /&gt;</w:t>
        <w:br/>
        <w:t>Анастасій&lt;br /&gt;</w:t>
        <w:br/>
        <w:t>Озьміть. І коли б ви малу дитину&lt;br /&gt;</w:t>
        <w:br/>
        <w:t>Прислали взять мене, я все б сказав:&lt;br /&gt;</w:t>
        <w:br/>
        <w:t>Озьміть!&lt;br /&gt;</w:t>
        <w:br/>
        <w:t>Зацвіліховський&lt;br /&gt;</w:t>
        <w:br/>
        <w:t>Ач, дьяволове руське серце!&lt;br /&gt;</w:t>
        <w:br/>
        <w:t>І не змінивсь в лиці.&lt;br /&gt;</w:t>
        <w:br/>
        <w:t>Анастасій&lt;br /&gt;</w:t>
        <w:br/>
        <w:t>Чого ж змінятись?&lt;br /&gt;</w:t>
        <w:br/>
        <w:t>Ви думаєте, страху завдали,&lt;br /&gt;</w:t>
        <w:br/>
        <w:t>Як вас сюди ватага приплелася;&lt;br /&gt;</w:t>
        <w:br/>
        <w:t>А що казав Христос наш, як жиди&lt;br /&gt;</w:t>
        <w:br/>
        <w:t>Прийшли по його? – "Легіони б цілі&lt;br /&gt;</w:t>
        <w:br/>
        <w:t>Небесних анголів явились зразу,&lt;br /&gt;</w:t>
        <w:br/>
        <w:t>Коли б я захотів". – Тим я скажу вам,&lt;br /&gt;</w:t>
        <w:br/>
        <w:t>Що проти вашого заліза в мене&lt;br /&gt;</w:t>
        <w:br/>
        <w:t>Є оборона й поміч ще кріпчіша.&lt;br /&gt;</w:t>
        <w:br/>
        <w:t>П’ять слов сказать, і де б взялася поміч…&lt;br /&gt;</w:t>
        <w:br/>
        <w:t>І вся б ватага ваша порозбіглась.&lt;br /&gt;</w:t>
        <w:br/>
        <w:t>Зацвіліховський&lt;br /&gt;</w:t>
        <w:br/>
        <w:t>А що він каже се, сей хлоп, шизматик?&lt;br /&gt;</w:t>
        <w:br/>
        <w:t>Анастасій&lt;br /&gt;</w:t>
        <w:br/>
        <w:t>Те я кажу, що лишні оці шаблі;&lt;br /&gt;</w:t>
        <w:br/>
        <w:t>Вони б мені нічого не зробили,&lt;br /&gt;</w:t>
        <w:br/>
        <w:t>Коли б я сам не покоривсь.&lt;br /&gt;</w:t>
        <w:br/>
        <w:t>Зацвіліховський&lt;br /&gt;</w:t>
        <w:br/>
        <w:t>Мовчи!&lt;br /&gt;</w:t>
        <w:br/>
        <w:t>Анастасій&lt;br /&gt;</w:t>
        <w:br/>
        <w:t>Мовчатиму.&lt;br /&gt;</w:t>
        <w:br/>
        <w:t>Зацвіліховський&lt;br /&gt;</w:t>
        <w:br/>
        <w:t>(Оврамові).&lt;br /&gt;</w:t>
        <w:br/>
        <w:t>Кажи ти, що він діяв?&lt;br /&gt;</w:t>
        <w:br/>
        <w:t>Оврам&lt;br /&gt;</w:t>
        <w:br/>
        <w:t>Аякже, пане! Чвару піднімав!&lt;br /&gt;</w:t>
        <w:br/>
        <w:t>Ісправді чвару. – Заплатив він гроші&lt;br /&gt;</w:t>
        <w:br/>
        <w:t>За службу… Але в їх є полотенце,&lt;br /&gt;</w:t>
        <w:br/>
        <w:t>Що на сей день розстелють серед церкви,&lt;br /&gt;</w:t>
        <w:br/>
        <w:t>Та поспівають трохи, та усі&lt;br /&gt;</w:t>
        <w:br/>
        <w:t>І лізуть цілувати. Він же грошей&lt;br /&gt;</w:t>
        <w:br/>
        <w:t>Не дав за се, та ухопив, та й хоче&lt;br /&gt;</w:t>
        <w:br/>
        <w:t>Нести посеред церкви розіслати…&lt;br /&gt;</w:t>
        <w:br/>
        <w:t>А я стою біля порога й бачу…&lt;br /&gt;</w:t>
        <w:br/>
        <w:t>І тільки він на голову нап’яв.&lt;br /&gt;</w:t>
        <w:br/>
        <w:t>А я у церкву. "Гроші, – кажу, – гроші!"&lt;br /&gt;</w:t>
        <w:br/>
        <w:t>А сучий піп не те щоб покоритись –&lt;br /&gt;</w:t>
        <w:br/>
        <w:t>Ще лаятись, а люд увесь на мене,&lt;br /&gt;</w:t>
        <w:br/>
        <w:t>Та так, що трохи не забили, пане.&lt;br /&gt;</w:t>
        <w:br/>
        <w:t>От справді, пане, трохи не забили!!&lt;br /&gt;</w:t>
        <w:br/>
        <w:t>Анастасій&lt;br /&gt;</w:t>
        <w:br/>
        <w:t>Ти брешеш, жиду!&lt;br /&gt;</w:t>
        <w:br/>
        <w:t>Оврам&lt;br /&gt;</w:t>
        <w:br/>
        <w:t>Ні, то він все бреше;&lt;br /&gt;</w:t>
        <w:br/>
        <w:t>А я так от як правду говорю!&lt;br /&gt;</w:t>
        <w:br/>
        <w:t>Він з церкви вкрав його: спитайте лиш!&lt;br /&gt;</w:t>
        <w:br/>
        <w:t>Зацвіліховський&lt;br /&gt;</w:t>
        <w:br/>
        <w:t>Украв? А? А?&lt;br /&gt;</w:t>
        <w:br/>
        <w:t>Анастасій мовчить.&lt;br /&gt;</w:t>
        <w:br/>
        <w:t>Мовчить, так кориться. Ну, де ж сховав?&lt;br /&gt;</w:t>
        <w:br/>
        <w:t>Анастасій мовчить.&lt;br /&gt;</w:t>
        <w:br/>
        <w:t>Кажи, де дів те полотенце?&lt;br /&gt;</w:t>
        <w:br/>
        <w:t>Анастасій мовчить.&lt;br /&gt;</w:t>
        <w:br/>
        <w:t>Кажи!&lt;br /&gt;</w:t>
        <w:br/>
        <w:t>(Б’є його по щоці).&lt;br /&gt;</w:t>
        <w:br/>
        <w:t>Анастасій&lt;br /&gt;</w:t>
        <w:br/>
        <w:t>(підставляє щоку)&lt;br /&gt;</w:t>
        <w:br/>
        <w:t>Бий удруге.&lt;br /&gt;</w:t>
        <w:br/>
        <w:t>Зацвіліховський б’є.&lt;br /&gt;</w:t>
        <w:br/>
        <w:t>Чужестранець&lt;br /&gt;</w:t>
        <w:br/>
        <w:t>(підходить)&lt;br /&gt;</w:t>
        <w:br/>
        <w:t>Стривайте. Чи не гріх се таки вам&lt;br /&gt;</w:t>
        <w:br/>
        <w:t>Так ізнущатись? За що ви б’єтеся?&lt;br /&gt;</w:t>
        <w:br/>
        <w:t>Мерзенному жиду, бач, захотілось&lt;br /&gt;</w:t>
        <w:br/>
        <w:t>Поглумувати з христьянина! Ти, Оврам,&lt;br /&gt;</w:t>
        <w:br/>
        <w:t>Чи як тебе зовуть, жидівська пика!&lt;br /&gt;</w:t>
        <w:br/>
        <w:t>Скільки тобі за плащаницю грошей?&lt;br /&gt;</w:t>
        <w:br/>
        <w:t>Оврам&lt;br /&gt;</w:t>
        <w:br/>
        <w:t>Та вже дасте хоча десяток злотих.&lt;br /&gt;</w:t>
        <w:br/>
        <w:t>Чужестранець&lt;br /&gt;</w:t>
        <w:br/>
        <w:t>(кида йому гроші)&lt;br /&gt;</w:t>
        <w:br/>
        <w:t>Возьми хоч двадцять, сучий син, падлюка!&lt;br /&gt;</w:t>
        <w:br/>
        <w:t>Та й убирайся ік чортам у пекло.&lt;br /&gt;</w:t>
        <w:br/>
        <w:t>Оврам&lt;br /&gt;</w:t>
        <w:br/>
        <w:t>Ще й лається!&lt;br /&gt;</w:t>
        <w:br/>
        <w:t>(Тихо).&lt;br /&gt;</w:t>
        <w:br/>
        <w:t>Так, справді двадцять злотих.&lt;br /&gt;</w:t>
        <w:br/>
        <w:t>Зацвіліховський&lt;br /&gt;</w:t>
        <w:br/>
        <w:t>Що ти за чоловік!&lt;br /&gt;</w:t>
        <w:br/>
        <w:t>Чужестранець&lt;br /&gt;</w:t>
        <w:br/>
        <w:t>Я прохожалий.&lt;br /&gt;</w:t>
        <w:br/>
        <w:t>Зацвіліховський&lt;br /&gt;</w:t>
        <w:br/>
        <w:t>Се гарно. Гей, сюди лиш, хлопці!&lt;br /&gt;</w:t>
        <w:br/>
        <w:t>Озьміть лишень оцього мацапуру!&lt;br /&gt;</w:t>
        <w:br/>
        <w:t>Чужестранець&lt;br /&gt;</w:t>
        <w:br/>
        <w:t>За що?&lt;br /&gt;</w:t>
        <w:br/>
        <w:t>Зацвіліховський&lt;br /&gt;</w:t>
        <w:br/>
        <w:t>За те, що ти мені здаєшся бісом.&lt;br /&gt;</w:t>
        <w:br/>
        <w:t>Як подивитись на тебе, так тільки&lt;br /&gt;</w:t>
        <w:br/>
        <w:t>Тобі йти по дворах шматків прохати;&lt;br /&gt;</w:t>
        <w:br/>
        <w:t>Сліпий, кривий, обшарпаний з одежі,&lt;br /&gt;</w:t>
        <w:br/>
        <w:t>А гроші, як полову, розсипає!&lt;br /&gt;</w:t>
        <w:br/>
        <w:t>Чужестранець&lt;br /&gt;</w:t>
        <w:br/>
        <w:t>(підходить до нього й показує йому тихо щось похоже на лист паперу)&lt;br /&gt;</w:t>
        <w:br/>
        <w:t>Не комизись. Гляди…&lt;br /&gt;</w:t>
        <w:br/>
        <w:t>Я завтра сам до старости піду.&lt;br /&gt;</w:t>
        <w:br/>
        <w:t>Погано глядите ви своїх руських.&lt;br /&gt;</w:t>
        <w:br/>
        <w:t>Ідіть собі, а я до їх пристану.&lt;br /&gt;</w:t>
        <w:br/>
        <w:t>Зацвіліховський&lt;br /&gt;</w:t>
        <w:br/>
        <w:t>А, добре, знаю. Розступіться, хлопці!&lt;br /&gt;</w:t>
        <w:br/>
        <w:t>(До Анастасія).&lt;br /&gt;</w:t>
        <w:br/>
        <w:t>Іди собі хармаркати у церкву&lt;br /&gt;</w:t>
        <w:br/>
        <w:t>Над полотенцем, як казав Оврам.&lt;br /&gt;</w:t>
        <w:br/>
        <w:t>(Овраму).&lt;br /&gt;</w:t>
        <w:br/>
        <w:t>А ти, жидівська пико, щоб не смів&lt;br /&gt;</w:t>
        <w:br/>
        <w:t>Ти цілий тиждень докучати нам,&lt;br /&gt;</w:t>
        <w:br/>
        <w:t>Бо гроші оддали тобі усі.&lt;br /&gt;</w:t>
        <w:br/>
        <w:t>Оврам&lt;br /&gt;</w:t>
        <w:br/>
        <w:t>Твоя в сім воля, мій вельможний пане,&lt;br /&gt;</w:t>
        <w:br/>
        <w:t>Я б і не те, та сеє вам ізвісно…&lt;br /&gt;</w:t>
        <w:br/>
        <w:t>Велику пошлину за одкуп правлять.&lt;br /&gt;</w:t>
        <w:br/>
        <w:t>Ще тільки попрохав би щось вас, пане, –&lt;br /&gt;</w:t>
        <w:br/>
        <w:t>Бач, завтра в їх аж двічі з корогвами&lt;br /&gt;</w:t>
        <w:br/>
        <w:t>Крест церкви ходять…&lt;br /&gt;</w:t>
        <w:br/>
        <w:t>Так щоб іще за корогви що-небудь.&lt;br /&gt;</w:t>
        <w:br/>
        <w:t>Чужестранець&lt;br /&gt;</w:t>
        <w:br/>
        <w:t>А скільки?&lt;br /&gt;</w:t>
        <w:br/>
        <w:t>Зацвіліховський&lt;br /&gt;</w:t>
        <w:br/>
        <w:t>Як, жидівськая утроба!!&lt;br /&gt;</w:t>
        <w:br/>
        <w:t>Стривай, от ми дамо тобі! Гей, хлопці!&lt;br /&gt;</w:t>
        <w:br/>
        <w:t>Оврам&lt;br /&gt;</w:t>
        <w:br/>
        <w:t>Ох, паночку! Ой лишечко! Простіть!..&lt;br /&gt;</w:t>
        <w:br/>
        <w:t>Змилуйтеся – не буду, я не буду…&lt;br /&gt;</w:t>
        <w:br/>
        <w:t>Зацвіліховський&lt;br /&gt;</w:t>
        <w:br/>
        <w:t>Гляди, не дуже…&lt;br /&gt;</w:t>
        <w:br/>
        <w:t>Оврам&lt;br /&gt;</w:t>
        <w:br/>
        <w:t>Ні, я так… нічого…&lt;br /&gt;</w:t>
        <w:br/>
        <w:t>І справді, так… нічого… я нічого…&lt;br /&gt;</w:t>
        <w:br/>
        <w:t>Зацвіліховський&lt;br /&gt;</w:t>
        <w:br/>
        <w:t>Ач, бісів жид, злякався!&lt;br /&gt;</w:t>
        <w:br/>
        <w:t>(Тихо Чужестранцеві).&lt;br /&gt;</w:t>
        <w:br/>
        <w:t>Добре, добре.&lt;br /&gt;</w:t>
        <w:br/>
        <w:t>Уйшли.&lt;br /&gt;</w:t>
        <w:br/>
        <w:t>Анастасій&lt;br /&gt;</w:t>
        <w:br/>
        <w:t>Що ти не єсть, чи з добрістю, чи з смислом, –&lt;br /&gt;</w:t>
        <w:br/>
        <w:t>Ти добре діло нам зробив. Спасеть&lt;br /&gt;</w:t>
        <w:br/>
        <w:t>Тебе Господь! – Тепер, хто хоче, люде…&lt;br /&gt;</w:t>
        <w:br/>
        <w:t>Збирайтеся. Ходім молитись Богу.&lt;br /&gt;</w:t>
        <w:br/>
        <w:t>Народ збирається.</w:t>
      </w:r>
    </w:p>
    <w:p>
      <w:r>
        <w:br/>
        <w:t>Сцена 5&lt;br /&gt;</w:t>
        <w:br/>
        <w:t>Микола Костомаров&lt;br /&gt;</w:t>
        <w:br/>
        <w:t>Герцик з товпою хлопців.&lt;br /&gt;</w:t>
        <w:br/>
        <w:t>Герцик&lt;br /&gt;</w:t>
        <w:br/>
        <w:t>Ні, братці, ні, се вже хоч як, так ні!&lt;br /&gt;</w:t>
        <w:br/>
        <w:t>Терпіте, коли хочте, я ж… спасибі!&lt;br /&gt;</w:t>
        <w:br/>
        <w:t>Хоча і пропаду, нехай же знає&lt;br /&gt;</w:t>
        <w:br/>
        <w:t>І він, як зачіпать мене.&lt;br /&gt;</w:t>
        <w:br/>
        <w:t>Петро&lt;br /&gt;</w:t>
        <w:br/>
        <w:t>Що він?&lt;br /&gt;</w:t>
        <w:br/>
        <w:t>Один з хлопців&lt;br /&gt;</w:t>
        <w:br/>
        <w:t>Послухай, брате; що ти зробиш криком&lt;br /&gt;</w:t>
        <w:br/>
        <w:t>Почують…&lt;br /&gt;</w:t>
        <w:br/>
        <w:t>Герцик&lt;br /&gt;</w:t>
        <w:br/>
        <w:t>Що? Ти думаєш, що я&lt;br /&gt;</w:t>
        <w:br/>
        <w:t>Такий, як ви? Ні, братці, знайте те,&lt;br /&gt;</w:t>
        <w:br/>
        <w:t>Що батько мій полковник був. Еге!&lt;br /&gt;</w:t>
        <w:br/>
        <w:t>Він, бісів, що хіба? Адже, я бачу,&lt;br /&gt;</w:t>
        <w:br/>
        <w:t>Він дума, що тепер, як вже Лисенка&lt;br /&gt;</w:t>
        <w:br/>
        <w:t>Нема, так він що хоче, те і робить!&lt;br /&gt;</w:t>
        <w:br/>
        <w:t>Ні, друже, стій! Ще я живий-здоровий&lt;br /&gt;</w:t>
        <w:br/>
        <w:t>На твою голову.&lt;br /&gt;</w:t>
        <w:br/>
        <w:t>Дехто з народу&lt;br /&gt;</w:t>
        <w:br/>
        <w:t>Що, і тобі погано?!&lt;br /&gt;</w:t>
        <w:br/>
        <w:t>Герцик&lt;br /&gt;</w:t>
        <w:br/>
        <w:t>О, трясця їм! Погано? От! Та їм&lt;br /&gt;</w:t>
        <w:br/>
        <w:t>Ще поганіше буде.&lt;br /&gt;</w:t>
        <w:br/>
        <w:t>(Оглядається кругом).&lt;br /&gt;</w:t>
        <w:br/>
        <w:t>Е, тут багато вас! Та все знакомі,&lt;br /&gt;</w:t>
        <w:br/>
        <w:t>Усі колись були нам приятелі.&lt;br /&gt;</w:t>
        <w:br/>
        <w:t>Ото лиха година! Преж як часто&lt;br /&gt;</w:t>
        <w:br/>
        <w:t>Бувало бачились, як ще покійник&lt;br /&gt;</w:t>
        <w:br/>
        <w:t>Отець живий був, а тепер забули.&lt;br /&gt;</w:t>
        <w:br/>
        <w:t>Один з хлопців&lt;br /&gt;</w:t>
        <w:br/>
        <w:t>Ні, пане. Вже за кого, а за тебе&lt;br /&gt;</w:t>
        <w:br/>
        <w:t>Головами радніші наложить!&lt;br /&gt;</w:t>
        <w:br/>
        <w:t>Герцик&lt;br /&gt;</w:t>
        <w:br/>
        <w:t>Ви знаєте, хто я?&lt;br /&gt;</w:t>
        <w:br/>
        <w:t>Другий з хлопців&lt;br /&gt;</w:t>
        <w:br/>
        <w:t>Пан Герцик.&lt;br /&gt;</w:t>
        <w:br/>
        <w:t>Герцик&lt;br /&gt;</w:t>
        <w:br/>
        <w:t>Мій батько вмер за вас, як із покійним&lt;br /&gt;</w:t>
        <w:br/>
        <w:t>Лисенком ви хотіли підніматись,&lt;br /&gt;</w:t>
        <w:br/>
        <w:t>Умер за всіх у муках, у тортурах…&lt;br /&gt;</w:t>
        <w:br/>
        <w:t>Не показавши ні на кого, все&lt;br /&gt;</w:t>
        <w:br/>
        <w:t>Прийняв на себе, ви ж мене забули!&lt;br /&gt;</w:t>
        <w:br/>
        <w:t>Один з народу&lt;br /&gt;</w:t>
        <w:br/>
        <w:t>Його отець був добрий чоловік!&lt;br /&gt;</w:t>
        <w:br/>
        <w:t>Другий&lt;br /&gt;</w:t>
        <w:br/>
        <w:t>Спасенная душа!&lt;br /&gt;</w:t>
        <w:br/>
        <w:t>Один з хлопців&lt;br /&gt;</w:t>
        <w:br/>
        <w:t>Ні, пане, не забули. Що ти хочеш,&lt;br /&gt;</w:t>
        <w:br/>
        <w:t>У всім тобі радніші послужити!&lt;br /&gt;</w:t>
        <w:br/>
        <w:t>Герцик&lt;br /&gt;</w:t>
        <w:br/>
        <w:t>Якого ви ще лиха не терпіли?&lt;br /&gt;</w:t>
        <w:br/>
        <w:t>Ще як, хіба, з вас ворог не глумивсь?&lt;br /&gt;</w:t>
        <w:br/>
        <w:t>Псу лучча честь, ніж кожному із вас!&lt;br /&gt;</w:t>
        <w:br/>
        <w:t>Чого ж ждете ви?&lt;br /&gt;</w:t>
        <w:br/>
        <w:t>Анастасій&lt;br /&gt;</w:t>
        <w:br/>
        <w:t>Божоєї ласки!&lt;br /&gt;</w:t>
        <w:br/>
        <w:t>Герцик&lt;br /&gt;</w:t>
        <w:br/>
        <w:t>Бог бачить наші біди, Бог нам буде&lt;br /&gt;</w:t>
        <w:br/>
        <w:t>Помощником. Послухайте лиш, братці:&lt;br /&gt;</w:t>
        <w:br/>
        <w:t>Ви терпите усі, а я не хочу.&lt;br /&gt;</w:t>
        <w:br/>
        <w:t>Із вас глумуються; ви їм покірні, –&lt;br /&gt;</w:t>
        <w:br/>
        <w:t>Я не такий! – мене не зачіпай!..&lt;br /&gt;</w:t>
        <w:br/>
        <w:t>Послухайте лиш, товариші. Вчора&lt;br /&gt;</w:t>
        <w:br/>
        <w:t>Й мене зобидив староста проклятий:&lt;br /&gt;</w:t>
        <w:br/>
        <w:t>Одняв у мене заручену дівку,&lt;br /&gt;</w:t>
        <w:br/>
        <w:t>Лисенкову сестру, мою коханку,&lt;br /&gt;</w:t>
        <w:br/>
        <w:t>Одняв і держить в себе мість паплюги.&lt;br /&gt;</w:t>
        <w:br/>
        <w:t>Я був хотів до себе на весілля&lt;br /&gt;</w:t>
        <w:br/>
        <w:t>Вас звати після свят, а він украв,&lt;br /&gt;</w:t>
        <w:br/>
        <w:t>Вхватив її, як вовк ягня, до себе.&lt;br /&gt;</w:t>
        <w:br/>
        <w:t>Почувши, що Лисенка вже забили,&lt;br /&gt;</w:t>
        <w:br/>
        <w:t>Він дума, що тепер його вже воля&lt;br /&gt;</w:t>
        <w:br/>
        <w:t>Знущатись над його сім’єю. Братці!&lt;br /&gt;</w:t>
        <w:br/>
        <w:t>Багато вам ляхи робили лиха;&lt;br /&gt;</w:t>
        <w:br/>
        <w:t>Ви все терпіли – я терпіть не хочу!&lt;br /&gt;</w:t>
        <w:br/>
        <w:t>Піду до його зараз та й уб’ю…&lt;br /&gt;</w:t>
        <w:br/>
        <w:t>Уб’ю… Оцим пістолем встрелю! От як!!&lt;br /&gt;</w:t>
        <w:br/>
        <w:t>Що після буде, хай і буде! Лучче&lt;br /&gt;</w:t>
        <w:br/>
        <w:t>Смерть, ніж така недоля і поруга!&lt;br /&gt;</w:t>
        <w:br/>
        <w:t>Один з хлопців&lt;br /&gt;</w:t>
        <w:br/>
        <w:t>Молодець!&lt;br /&gt;</w:t>
        <w:br/>
        <w:t>Другий&lt;br /&gt;</w:t>
        <w:br/>
        <w:t>Добрий Герцик чоловік!&lt;br /&gt;</w:t>
        <w:br/>
        <w:t>Третій&lt;br /&gt;</w:t>
        <w:br/>
        <w:t>Щире серце!&lt;br /&gt;</w:t>
        <w:br/>
        <w:t>Четвертий&lt;br /&gt;</w:t>
        <w:br/>
        <w:t>Його батько вмер за нас!&lt;br /&gt;</w:t>
        <w:br/>
        <w:t>П’ятий&lt;br /&gt;</w:t>
        <w:br/>
        <w:t>Він сирота!&lt;br /&gt;</w:t>
        <w:br/>
        <w:t>Шостий&lt;br /&gt;</w:t>
        <w:br/>
        <w:t>Сирота! Бідний сирота!&lt;br /&gt;</w:t>
        <w:br/>
        <w:t>Сьомий&lt;br /&gt;</w:t>
        <w:br/>
        <w:t>Не дамо погибати Герцикові!&lt;br /&gt;</w:t>
        <w:br/>
        <w:t>Самі погибнемо за його!&lt;br /&gt;</w:t>
        <w:br/>
        <w:t>Один з хлопців&lt;br /&gt;</w:t>
        <w:br/>
        <w:t>Лучче смерть, ніж наруга, – говорили діди наші.&lt;br /&gt;</w:t>
        <w:br/>
        <w:t>Народ турбується; шум, шепітня.&lt;br /&gt;</w:t>
        <w:br/>
        <w:t>Анастасій&lt;br /&gt;</w:t>
        <w:br/>
        <w:t>Пан Герцик! Нащо ти людей турбуєш?&lt;br /&gt;</w:t>
        <w:br/>
        <w:t>Схотів пропасти сам, так пропадай.&lt;br /&gt;</w:t>
        <w:br/>
        <w:t>Навіщо ж ти підмовлюєш і других!&lt;br /&gt;</w:t>
        <w:br/>
        <w:t>Герцик&lt;br /&gt;</w:t>
        <w:br/>
        <w:t>Панотче!..&lt;br /&gt;</w:t>
        <w:br/>
        <w:t>Анастасій&lt;br /&gt;</w:t>
        <w:br/>
        <w:t>Послухайте, миряне. Хто з вас піде&lt;br /&gt;</w:t>
        <w:br/>
        <w:t>За їм, той буде ворог християнству,&lt;br /&gt;</w:t>
        <w:br/>
        <w:t>I я, по власті, Богом мні наданій,&lt;br /&gt;</w:t>
        <w:br/>
        <w:t>Запрет на всіх кладу. Проти закона&lt;br /&gt;</w:t>
        <w:br/>
        <w:t>Так діяти. Тепер свята субота:&lt;br /&gt;</w:t>
        <w:br/>
        <w:t>Тоді хотіли в церкву, от і можна!&lt;br /&gt;</w:t>
        <w:br/>
        <w:t>Відперта церква. Що ж ви стоїте?&lt;br /&gt;</w:t>
        <w:br/>
        <w:t>Ходімо.&lt;br /&gt;</w:t>
        <w:br/>
        <w:t>( Повертається ).&lt;br /&gt;</w:t>
        <w:br/>
        <w:t>Народ стоїть.&lt;br /&gt;</w:t>
        <w:br/>
        <w:t>Герцик&lt;br /&gt;</w:t>
        <w:br/>
        <w:t>(в серцях кидається до його)&lt;br /&gt;</w:t>
        <w:br/>
        <w:t>Ти, мабуть, з’їв од ляхів прочуханів,&lt;br /&gt;</w:t>
        <w:br/>
        <w:t>Ну, їж; ну, кланяйся їм – вони ще раз&lt;br /&gt;</w:t>
        <w:br/>
        <w:t>На щоцях обірвуть тобі волосся!..&lt;br /&gt;</w:t>
        <w:br/>
        <w:t>Чого ж ти люде добрі зводиш, попе??&lt;br /&gt;</w:t>
        <w:br/>
        <w:t>Анастасій&lt;br /&gt;</w:t>
        <w:br/>
        <w:t>Ходімо, добрі люде, швидче в церкву,&lt;br /&gt;</w:t>
        <w:br/>
        <w:t>Бо сонечко звернуло вже на захід.&lt;br /&gt;</w:t>
        <w:br/>
        <w:t>Герцик&lt;br /&gt;</w:t>
        <w:br/>
        <w:t>Стій, стій – не ворушись! Я дам тобі!..&lt;br /&gt;</w:t>
        <w:br/>
        <w:t>Петро&lt;br /&gt;</w:t>
        <w:br/>
        <w:t>Семене, що ти? Блекоти об’ївся!!&lt;br /&gt;</w:t>
        <w:br/>
        <w:t>Гов! Хлопці! Що ви стоїте, безумні!&lt;br /&gt;</w:t>
        <w:br/>
        <w:t>Не бачите, він – мабуть, одурів!&lt;br /&gt;</w:t>
        <w:br/>
        <w:t>Священика!.. Ах, бісів син – анцихрист!&lt;br /&gt;</w:t>
        <w:br/>
        <w:t>Ох, супостат!! Рука твоя проклята&lt;br /&gt;</w:t>
        <w:br/>
        <w:t>Посміла!!!&lt;br /&gt;</w:t>
        <w:br/>
        <w:t>Народ обступа Герцика.&lt;br /&gt;</w:t>
        <w:br/>
        <w:t>В’яжіть його!&lt;br /&gt;</w:t>
        <w:br/>
        <w:t>Герцик&lt;br /&gt;</w:t>
        <w:br/>
        <w:t>В’язать?! Ах ти, стара собака!.. Як?&lt;br /&gt;</w:t>
        <w:br/>
        <w:t>Мене в’язать?.. Кишки тобі скоріш&lt;br /&gt;</w:t>
        <w:br/>
        <w:t>Я розв’яжу шаблюкою сією,&lt;br /&gt;</w:t>
        <w:br/>
        <w:t>Ніж ти до мене смітимеш торкнутись!!&lt;br /&gt;</w:t>
        <w:br/>
        <w:t>(Обмахує коло себе шаблею).&lt;br /&gt;</w:t>
        <w:br/>
        <w:t>Стонадцять вам чортів! Гидкі поганці,&lt;br /&gt;</w:t>
        <w:br/>
        <w:t>Підніжки недовірців, отщепенці,&lt;br /&gt;</w:t>
        <w:br/>
        <w:t>Ви – байстрюки, жіноцькії підхвістки!&lt;br /&gt;</w:t>
        <w:br/>
        <w:t>Іуди всі – Христа продали вдруге!!&lt;br /&gt;</w:t>
        <w:br/>
        <w:t>Вам всім, бачу, дать по десятку злотих,&lt;br /&gt;</w:t>
        <w:br/>
        <w:t>Так ви хоч зараз в нехристи радніші…&lt;br /&gt;</w:t>
        <w:br/>
        <w:t>Чорт з вами!&lt;br /&gt;</w:t>
        <w:br/>
        <w:t>(Обертається назад).&lt;br /&gt;</w:t>
        <w:br/>
        <w:t>Будьте ви прокляті повік&lt;br /&gt;</w:t>
        <w:br/>
        <w:t>Од Бога! Хай забуде вас, як ви&lt;br /&gt;</w:t>
        <w:br/>
        <w:t>Його забули! – Йдіть собі на піч&lt;br /&gt;</w:t>
        <w:br/>
        <w:t>Коло жінок качатись – ото ваше!&lt;br /&gt;</w:t>
        <w:br/>
        <w:t>А я – за себе сам-один ісправлюсь…&lt;br /&gt;</w:t>
        <w:br/>
        <w:t>Народ&lt;br /&gt;</w:t>
        <w:br/>
        <w:t>Семене! Брате! – Ми твої усі:&lt;br /&gt;</w:t>
        <w:br/>
        <w:t>Роби із нами, що ти схочеш, всюди&lt;br /&gt;</w:t>
        <w:br/>
        <w:t>Веди нас вправо, вліво – хоч куди,&lt;br /&gt;</w:t>
        <w:br/>
        <w:t>На муку, на смерть, в пекло… Ми радніші…&lt;br /&gt;</w:t>
        <w:br/>
        <w:t>За віру православну, за родину!..&lt;br /&gt;</w:t>
        <w:br/>
        <w:t>Анастасій&lt;br /&gt;</w:t>
        <w:br/>
        <w:t>Семене Герцику, утихомирся!&lt;br /&gt;</w:t>
        <w:br/>
        <w:t>Послухай лиш мене… Твоя єсть воля –&lt;br /&gt;</w:t>
        <w:br/>
        <w:t>Хоч вважиш, хоч не вважиш, се як знаєш,&lt;br /&gt;</w:t>
        <w:br/>
        <w:t>Тільки послухай…&lt;br /&gt;</w:t>
        <w:br/>
        <w:t>Герцик&lt;br /&gt;</w:t>
        <w:br/>
        <w:t>Що там буду слухать?&lt;br /&gt;</w:t>
        <w:br/>
        <w:t>Небісь, хоч ти і піп, і свят закон&lt;br /&gt;</w:t>
        <w:br/>
        <w:t>Толкуєш, та я й сам, що діять, знаю.&lt;br /&gt;</w:t>
        <w:br/>
        <w:t>Анастасій&lt;br /&gt;</w:t>
        <w:br/>
        <w:t>Я знаю й вірю, друже. Ти на мене&lt;br /&gt;</w:t>
        <w:br/>
        <w:t>Розсердився, то овсі дурно, друже.&lt;br /&gt;</w:t>
        <w:br/>
        <w:t>Хіба я раджу, щоб ляхам коритись,&lt;br /&gt;</w:t>
        <w:br/>
        <w:t>Абощо? – Ні, Семене мій коханий!&lt;br /&gt;</w:t>
        <w:br/>
        <w:t>Хай Бог спаса: душа у мене руська.&lt;br /&gt;</w:t>
        <w:br/>
        <w:t>І так мені на світі жити важко…&lt;br /&gt;</w:t>
        <w:br/>
        <w:t>Так важко, брате, що огненну муку&lt;br /&gt;</w:t>
        <w:br/>
        <w:t>У вічнім пеклі я б радніш прийняти,&lt;br /&gt;</w:t>
        <w:br/>
        <w:t>Ніж мучитись, на теє дивлячися,&lt;br /&gt;</w:t>
        <w:br/>
        <w:t>Як віра православная страждає&lt;br /&gt;</w:t>
        <w:br/>
        <w:t>І добрий наш народ бідує гірко…&lt;br /&gt;</w:t>
        <w:br/>
        <w:t>Та тільки те, що все мені вас жалко,&lt;br /&gt;</w:t>
        <w:br/>
        <w:t>Тим жалко, що, мість визволення й щастя,&lt;br /&gt;</w:t>
        <w:br/>
        <w:t>Залучите ви нове бідування!&lt;br /&gt;</w:t>
        <w:br/>
        <w:t>Бо з чвари вашої добра не буде;&lt;br /&gt;</w:t>
        <w:br/>
        <w:t>Половлять тільки, та ще більше будуть&lt;br /&gt;</w:t>
        <w:br/>
        <w:t>Втісняти – от і все! А моя рада:&lt;br /&gt;</w:t>
        <w:br/>
        <w:t>По-моєму, відправить до гетьмана&lt;br /&gt;</w:t>
        <w:br/>
        <w:t>Хмельницького тихенько і прохати,&lt;br /&gt;</w:t>
        <w:br/>
        <w:t>Щоб він ізмилувавсь – прислав нам поміч;&lt;br /&gt;</w:t>
        <w:br/>
        <w:t>Бо ми вже страждемо не в міру. Так!&lt;br /&gt;</w:t>
        <w:br/>
        <w:t>Тоді б ми вислобонилися, вражих&lt;br /&gt;</w:t>
        <w:br/>
        <w:t>Ляхів повиганяли б геть відсіль,&lt;br /&gt;</w:t>
        <w:br/>
        <w:t>І то не так, як виганяли другі,&lt;br /&gt;</w:t>
        <w:br/>
        <w:t>Що переріжуть всіх та перетоплять!&lt;br /&gt;</w:t>
        <w:br/>
        <w:t>Спаси від сього, Боже! Гріх великий&lt;br /&gt;</w:t>
        <w:br/>
        <w:t>Відплачувать злочинцям по-злодійськи;&lt;br /&gt;</w:t>
        <w:br/>
        <w:t>Бо нам не помсти треба, а слободи.&lt;br /&gt;</w:t>
        <w:br/>
        <w:t>Чужестранець&lt;br /&gt;</w:t>
        <w:br/>
        <w:t>Пан гетьман вам поклон свій посилає,&lt;br /&gt;</w:t>
        <w:br/>
        <w:t>І оцей лист велить вам прочитать.&lt;br /&gt;</w:t>
        <w:br/>
        <w:t>(Чита).&lt;br /&gt;</w:t>
        <w:br/>
        <w:t>"Дознались ми, що у Переяславі&lt;br /&gt;</w:t>
        <w:br/>
        <w:t>Ляхи втісняють руських і що досі&lt;br /&gt;</w:t>
        <w:br/>
        <w:t>Не вислобонились переяславці.&lt;br /&gt;</w:t>
        <w:br/>
        <w:t>Отим оце, кохані православні,&lt;br /&gt;</w:t>
        <w:br/>
        <w:t>П’ять тисяч війська посилаю в поміч.&lt;br /&gt;</w:t>
        <w:br/>
        <w:t>Повибивавши всіх ляхів проклятих,&lt;br /&gt;</w:t>
        <w:br/>
        <w:t>У місті з нами славте, діти, Бога,&lt;br /&gt;</w:t>
        <w:br/>
        <w:t>Що спас свій люд від тяжкої недолі".&lt;br /&gt;</w:t>
        <w:br/>
        <w:t>Петро&lt;br /&gt;</w:t>
        <w:br/>
        <w:t>Як?&lt;br /&gt;</w:t>
        <w:br/>
        <w:t>Чужестранець&lt;br /&gt;</w:t>
        <w:br/>
        <w:t>Так.&lt;br /&gt;</w:t>
        <w:br/>
        <w:t>Шум між народом.&lt;br /&gt;</w:t>
        <w:br/>
        <w:t>Герцик&lt;br /&gt;</w:t>
        <w:br/>
        <w:t>Вони сього не стоять та й не хочуть.&lt;br /&gt;</w:t>
        <w:br/>
        <w:t>Чужестранець&lt;br /&gt;</w:t>
        <w:br/>
        <w:t>Готове військо: я його привідця.&lt;br /&gt;</w:t>
        <w:br/>
        <w:t>Увечері, як стане вже смеркати&lt;br /&gt;</w:t>
        <w:br/>
        <w:t>Й католики в костьол свій ізберуться,&lt;br /&gt;</w:t>
        <w:br/>
        <w:t>Намітьте кожний дом, де лях живе,&lt;br /&gt;</w:t>
        <w:br/>
        <w:t>Ударте в дзвін і ріжте супостатів;&lt;br /&gt;</w:t>
        <w:br/>
        <w:t>А ми, почувши, явимось зараз,&lt;br /&gt;</w:t>
        <w:br/>
        <w:t>Оступимо кругом весь Переяслав,&lt;br /&gt;</w:t>
        <w:br/>
        <w:t>І ні одна проклятая душа&lt;br /&gt;</w:t>
        <w:br/>
        <w:t>Не вихопиться відсіля із пекла.&lt;br /&gt;</w:t>
        <w:br/>
        <w:t>Уранці всі ви будете слободні,&lt;br /&gt;</w:t>
        <w:br/>
        <w:t>І день святий Великдень буде двічі&lt;br /&gt;</w:t>
        <w:br/>
        <w:t>Святіш для нас: умісті з воскресениям&lt;br /&gt;</w:t>
        <w:br/>
        <w:t>Христовим ми святитимемо й наше&lt;br /&gt;</w:t>
        <w:br/>
        <w:t>З пекельної неволі визволення.&lt;br /&gt;</w:t>
        <w:br/>
        <w:t>Уранці всі ми будем християне,&lt;br /&gt;</w:t>
        <w:br/>
        <w:t>Увечері сьогодні будем звірі.&lt;br /&gt;</w:t>
        <w:br/>
        <w:t>Щоб шани із ляхів не дать нікому,&lt;br /&gt;</w:t>
        <w:br/>
        <w:t>Щоб ні єдиний не утік від смерті,&lt;br /&gt;</w:t>
        <w:br/>
        <w:t>Катуйте їх; маненька дітвора&lt;br /&gt;</w:t>
        <w:br/>
        <w:t>Щоб іспеклась у полум’ї сьогодні…&lt;br /&gt;</w:t>
        <w:br/>
        <w:t>Щоб завтра не було тут лядського і духу,&lt;br /&gt;</w:t>
        <w:br/>
        <w:t>Бо так велить вам Пан Вельможний Гетьман!&lt;br /&gt;</w:t>
        <w:br/>
        <w:t>Всі&lt;br /&gt;</w:t>
        <w:br/>
        <w:t>Смерть католикам! Смерть їм, супостатам!&lt;br /&gt;</w:t>
        <w:br/>
        <w:t>Весь рід скоренимо!&lt;br /&gt;</w:t>
        <w:br/>
        <w:t>Чужестранець&lt;br /&gt;</w:t>
        <w:br/>
        <w:t>Не дуже-то гвалтуйте, щоб не вчули.&lt;br /&gt;</w:t>
        <w:br/>
        <w:t>Ти, Герцику, вернеш свою коханку;&lt;br /&gt;</w:t>
        <w:br/>
        <w:t>А ти, роззяво, свою матір. Всім&lt;br /&gt;</w:t>
        <w:br/>
        <w:t>Розвага буде вранці.&lt;br /&gt;</w:t>
        <w:br/>
        <w:t>Петро&lt;br /&gt;</w:t>
        <w:br/>
        <w:t>Хто ти,&lt;br /&gt;</w:t>
        <w:br/>
        <w:t>Кумедний чоловік? Скажи, будь ласкав,&lt;br /&gt;</w:t>
        <w:br/>
        <w:t>Наш визволителю, хто ти такий?&lt;br /&gt;</w:t>
        <w:br/>
        <w:t>Чужестранець&lt;br /&gt;</w:t>
        <w:br/>
        <w:t>Лисенко!&lt;br /&gt;</w:t>
        <w:br/>
        <w:t>Усі з криком до його кидаються; розпроси, шум, гвалт.&lt;br /&gt;</w:t>
        <w:br/>
        <w:t>Тихше, тихше!&lt;br /&gt;</w:t>
        <w:br/>
        <w:t>Голоса&lt;br /&gt;</w:t>
        <w:br/>
        <w:t>Як? Що? Хіба вже мертві устають?&lt;br /&gt;</w:t>
        <w:br/>
        <w:t>Коханий, милий батьку! Визволитель!&lt;br /&gt;</w:t>
        <w:br/>
        <w:t>Чи, мабуть, се брехня, що вражі ляхи&lt;br /&gt;</w:t>
        <w:br/>
        <w:t>Тебе убили? Ні, увесь на ранахі Правда!&lt;br /&gt;</w:t>
        <w:br/>
        <w:t>Чи ти живий, чи ти воскрес із мертвих?&lt;br /&gt;</w:t>
        <w:br/>
        <w:t>Мана! Мана!&lt;br /&gt;</w:t>
        <w:br/>
        <w:t>Лисенко&lt;br /&gt;</w:t>
        <w:br/>
        <w:t>Ні, не мана – Лисенко, люду добрий!&lt;br /&gt;</w:t>
        <w:br/>
        <w:t>Лисенко я… Вам чудно, дивно бачить&lt;br /&gt;</w:t>
        <w:br/>
        <w:t>Мене з труни уставшого? Вам страшно&lt;br /&gt;</w:t>
        <w:br/>
        <w:t>Мерця живим углядіть! Не дивуйтесь,&lt;br /&gt;</w:t>
        <w:br/>
        <w:t>Що для свого народа милосердий&lt;br /&gt;</w:t>
        <w:br/>
        <w:t>Господь творить такії дивні дива.&lt;br /&gt;</w:t>
        <w:br/>
        <w:t>Я знаю, братці, рознеслася чутка,&lt;br /&gt;</w:t>
        <w:br/>
        <w:t>Що вороги Лисенка доконали,&lt;br /&gt;</w:t>
        <w:br/>
        <w:t>Закатували голодом в темниці;&lt;br /&gt;</w:t>
        <w:br/>
        <w:t>Що обомлілі руки вже не в мочі&lt;br /&gt;</w:t>
        <w:br/>
        <w:t>Висмикувать серця у їх; що ноги,&lt;br /&gt;</w:t>
        <w:br/>
        <w:t>Швидкі на їх погибель і мучення,&lt;br /&gt;</w:t>
        <w:br/>
        <w:t>Вже не піднімуться, і що одна&lt;br /&gt;</w:t>
        <w:br/>
        <w:t>Душа його безсильна, дивлячися&lt;br /&gt;</w:t>
        <w:br/>
        <w:t>На гірку долю милої родини,&lt;br /&gt;</w:t>
        <w:br/>
        <w:t>Літа над нею соколом по хмарах,&lt;br /&gt;</w:t>
        <w:br/>
        <w:t>І, бачачи братівське лихо, стогне,&lt;br /&gt;</w:t>
        <w:br/>
        <w:t>І даром поривається, як хвиля,&lt;br /&gt;</w:t>
        <w:br/>
        <w:t>Що по Дніпру в негоду походжає,&lt;br /&gt;</w:t>
        <w:br/>
        <w:t>Клекоче, рветься, сивим пилом хлиська,&lt;br /&gt;</w:t>
        <w:br/>
        <w:t>Хотіла б наче берег весь залити,&lt;br /&gt;</w:t>
        <w:br/>
        <w:t>І вихопитись із стрижня не мусить…&lt;br /&gt;</w:t>
        <w:br/>
        <w:t>Так, братці, так; ся чутка справедлива.&lt;br /&gt;</w:t>
        <w:br/>
        <w:t>Я справді вже мертвець: я вмер для миру&lt;br /&gt;</w:t>
        <w:br/>
        <w:t>І для себе. Вже я не чоловік;&lt;br /&gt;</w:t>
        <w:br/>
        <w:t>Вже я не той Лисенко, що між вами&lt;br /&gt;</w:t>
        <w:br/>
        <w:t>Колись найліпшим козаком здавався&lt;br /&gt;</w:t>
        <w:br/>
        <w:t>Й поперед різвої кравчини жахом&lt;br /&gt;</w:t>
        <w:br/>
        <w:t>На коню вороному вигравав…&lt;br /&gt;</w:t>
        <w:br/>
        <w:t>Того Лисенка вже нема… Зостався&lt;br /&gt;</w:t>
        <w:br/>
        <w:t>Якийсь каліка, хворий, перебитий,&lt;br /&gt;</w:t>
        <w:br/>
        <w:t>Як дерево підрублене… Отой,&lt;br /&gt;</w:t>
        <w:br/>
        <w:t>Що називається Лисенком. Чудо,&lt;br /&gt;</w:t>
        <w:br/>
        <w:t>Опудало – шульпік лякати, стовп&lt;br /&gt;</w:t>
        <w:br/>
        <w:t>Потрухлий – от тепер Лисенко ваш!&lt;br /&gt;</w:t>
        <w:br/>
        <w:t>Так, братці, я вже вмер. Се тінь моя&lt;br /&gt;</w:t>
        <w:br/>
        <w:t>Прийшла до вас, свій рідний Переяслав&lt;br /&gt;</w:t>
        <w:br/>
        <w:t>Кохаючи, спасти своїх братів:&lt;br /&gt;</w:t>
        <w:br/>
        <w:t>Тобі, Семене, узвернуть коханку,&lt;br /&gt;</w:t>
        <w:br/>
        <w:t>Тобі – твою безщасну матір, церков&lt;br /&gt;</w:t>
        <w:br/>
        <w:t>І божу службу для тебе, панотче;&lt;br /&gt;</w:t>
        <w:br/>
        <w:t>Усім оддать худобу і слободу&lt;br /&gt;</w:t>
        <w:br/>
        <w:t>І відомстити ворогам за смерть,&lt;br /&gt;</w:t>
        <w:br/>
        <w:t>Так відомстить, щоб через двісті років&lt;br /&gt;</w:t>
        <w:br/>
        <w:t>Їх правнуки Лисенка споминали…&lt;br /&gt;</w:t>
        <w:br/>
        <w:t>Петро&lt;br /&gt;</w:t>
        <w:br/>
        <w:t>Так, він! Лисенко він! Лисенко наш!!&lt;br /&gt;</w:t>
        <w:br/>
        <w:t>Як се тебе я не признав і досі?&lt;br /&gt;</w:t>
        <w:br/>
        <w:t>Герцик&lt;br /&gt;</w:t>
        <w:br/>
        <w:t>Мій брате!&lt;br /&gt;</w:t>
        <w:br/>
        <w:t>Один з народу&lt;br /&gt;</w:t>
        <w:br/>
        <w:t>Скажи ж нам, як ти визволивсь?&lt;br /&gt;</w:t>
        <w:br/>
        <w:t>Лисенко&lt;br /&gt;</w:t>
        <w:br/>
        <w:t>Через господню поміч. Вишневецький,&lt;br /&gt;</w:t>
        <w:br/>
        <w:t>Не переспоривши мене у муках,&lt;br /&gt;</w:t>
        <w:br/>
        <w:t>Що він і я вигадували порізь –&lt;br /&gt;</w:t>
        <w:br/>
        <w:t>Я на ляхів, а він на руських, хитро&lt;br /&gt;</w:t>
        <w:br/>
        <w:t>Хотів мене ізлапать і миритись&lt;br /&gt;</w:t>
        <w:br/>
        <w:t>Був захотів… А я собі на думці…&lt;br /&gt;</w:t>
        <w:br/>
        <w:t>Ми вмовилися дати війську пільгу&lt;br /&gt;</w:t>
        <w:br/>
        <w:t>На місяць. Я ж тим часом намагався&lt;br /&gt;</w:t>
        <w:br/>
        <w:t>Убратись у Немирів… Аж на лихо&lt;br /&gt;</w:t>
        <w:br/>
        <w:t>Вони самі й над нас були лукавіш!..&lt;br /&gt;</w:t>
        <w:br/>
        <w:t>Увосени стояв я нишком з лагрем.&lt;br /&gt;</w:t>
        <w:br/>
        <w:t>Як гульк! – опівночі мене збудили&lt;br /&gt;</w:t>
        <w:br/>
        <w:t>Якісь крики… Я прочиняю й бачу:&lt;br /&gt;</w:t>
        <w:br/>
        <w:t>Стоять ляхи із голими шаблями.&lt;br /&gt;</w:t>
        <w:br/>
        <w:t>Я спохватив шаблюку і рішився&lt;br /&gt;</w:t>
        <w:br/>
        <w:t>Хоч і пропасти, так щоб не без слави.&lt;br /&gt;</w:t>
        <w:br/>
        <w:t>Отут-то, братці, я руки ізбавивсь&lt;br /&gt;</w:t>
        <w:br/>
        <w:t>І ока правого, і сі шрами&lt;br /&gt;</w:t>
        <w:br/>
        <w:t>Скрізь по лицю зостались з тої ночі…&lt;br /&gt;</w:t>
        <w:br/>
        <w:t>Я бився, як скажений вовк, одначе&lt;br /&gt;</w:t>
        <w:br/>
        <w:t>Мене зв’язали й повезли в Немирів…&lt;br /&gt;</w:t>
        <w:br/>
        <w:t>Аж затрусився Вишневецький, як&lt;br /&gt;</w:t>
        <w:br/>
        <w:t>Ізблизьку подивився на Лисенка!&lt;br /&gt;</w:t>
        <w:br/>
        <w:t>Велів вести мене зараз в тортури…&lt;br /&gt;</w:t>
        <w:br/>
        <w:t>Мене пекли, сікли, обидві ноги&lt;br /&gt;</w:t>
        <w:br/>
        <w:t>Гарячими залізами скували&lt;br /&gt;</w:t>
        <w:br/>
        <w:t>І кинули у льох, щоб з пацюками&lt;br /&gt;</w:t>
        <w:br/>
        <w:t>Та з жабами голодну смерть прийняти.&lt;br /&gt;</w:t>
        <w:br/>
        <w:t>Вже сьомий день ісходив – я лежав,&lt;br /&gt;</w:t>
        <w:br/>
        <w:t>Охлялий, хворий, слабий… Ледве-ледве&lt;br /&gt;</w:t>
        <w:br/>
        <w:t>Душа у тілі, й смерті дожидався…&lt;br /&gt;</w:t>
        <w:br/>
        <w:t>Як тут мої голінні гайдамаки&lt;br /&gt;</w:t>
        <w:br/>
        <w:t>В Немирів увірвались. Горе й лихо&lt;br /&gt;</w:t>
        <w:br/>
        <w:t>Настигло на ляхів! Пан Вишневецький&lt;br /&gt;</w:t>
        <w:br/>
        <w:t>Мерщій утік. Котрі ляхи поспіли,&lt;br /&gt;</w:t>
        <w:br/>
        <w:t>Пішли за ним; котрі зостались там,&lt;br /&gt;</w:t>
        <w:br/>
        <w:t>У полум’ї та у залізах гибли…&lt;br /&gt;</w:t>
        <w:br/>
        <w:t>Почувши мою долю, гайдамаки&lt;br /&gt;</w:t>
        <w:br/>
        <w:t>Мене мерщій вислобонили. – Братці!&lt;br /&gt;</w:t>
        <w:br/>
        <w:t>Багацько лиха я ляхам подіяв,&lt;br /&gt;</w:t>
        <w:br/>
        <w:t>Багацько християнських городів&lt;br /&gt;</w:t>
        <w:br/>
        <w:t>Повизволялись через мене…&lt;br /&gt;</w:t>
        <w:br/>
        <w:t>А рідний Переяслав мій… Останній&lt;br /&gt;</w:t>
        <w:br/>
        <w:t>Раз, може, я над ворогом потішусь, –&lt;br /&gt;</w:t>
        <w:br/>
        <w:t>Нехай же раз сей буде за родину!&lt;br /&gt;</w:t>
        <w:br/>
        <w:t>Сьогодні ввечері ви всі слободні:&lt;br /&gt;</w:t>
        <w:br/>
        <w:t>П’ять тисяч війська к вам прийшло на поміч,&lt;br /&gt;</w:t>
        <w:br/>
        <w:t>П’ять тисяч, братці! – Тільки з тим варунком,&lt;br /&gt;</w:t>
        <w:br/>
        <w:t>Щоб ні одна душа з вас не посміла&lt;br /&gt;</w:t>
        <w:br/>
        <w:t>Над ворогом ізмилуватись! В серце&lt;br /&gt;</w:t>
        <w:br/>
        <w:t>Тому меч гострий, хто жалує серцем&lt;br /&gt;</w:t>
        <w:br/>
        <w:t>Католиків! Удесятеро їм&lt;br /&gt;</w:t>
        <w:br/>
        <w:t>Відплатимо за наші біди!.. Смерті&lt;br /&gt;</w:t>
        <w:br/>
        <w:t>Їм мало! Братці! Болісті і лиха,&lt;br /&gt;</w:t>
        <w:br/>
        <w:t>Скільки їх є на світі, зберемо&lt;br /&gt;</w:t>
        <w:br/>
        <w:t>На супостатські голови триклятих!..&lt;br /&gt;</w:t>
        <w:br/>
        <w:t>Хто вигада сильнішую наругу&lt;br /&gt;</w:t>
        <w:br/>
        <w:t>Над недовірками, тому більш честі!&lt;br /&gt;</w:t>
        <w:br/>
        <w:t>Той буде перший поміж козаками!..&lt;br /&gt;</w:t>
        <w:br/>
        <w:t>Голоса:&lt;br /&gt;</w:t>
        <w:br/>
        <w:t>1-й&lt;br /&gt;</w:t>
        <w:br/>
        <w:t>Кості їм потрощим!&lt;br /&gt;</w:t>
        <w:br/>
        <w:t>2-й&lt;br /&gt;</w:t>
        <w:br/>
        <w:t>Огнем палить!&lt;br /&gt;</w:t>
        <w:br/>
        <w:t>3-й&lt;br /&gt;</w:t>
        <w:br/>
        <w:t>В багні топить!&lt;br /&gt;</w:t>
        <w:br/>
        <w:t>4-й&lt;br /&gt;</w:t>
        <w:br/>
        <w:t>Всіх догори ногами перевішать!&lt;br /&gt;</w:t>
        <w:br/>
        <w:t>Анастасій&lt;br /&gt;</w:t>
        <w:br/>
        <w:t>Лисенко! – Ось лиш розкажу тобі&lt;br /&gt;</w:t>
        <w:br/>
        <w:t>Я приказку.&lt;br /&gt;</w:t>
        <w:br/>
        <w:t>Лисенко&lt;br /&gt;</w:t>
        <w:br/>
        <w:t>Аби була коротка!&lt;br /&gt;</w:t>
        <w:br/>
        <w:t>Анастасій&lt;br /&gt;</w:t>
        <w:br/>
        <w:t>Коротка. – Був собі отець із сином.&lt;br /&gt;</w:t>
        <w:br/>
        <w:t>Син, на лихо йому, був непокірний&lt;br /&gt;</w:t>
        <w:br/>
        <w:t>І все грубив проти отця й не слухав,&lt;br /&gt;</w:t>
        <w:br/>
        <w:t>Одначе добрий батько все терпів,&lt;br /&gt;</w:t>
        <w:br/>
        <w:t>Все одбував і був до його добрий.&lt;br /&gt;</w:t>
        <w:br/>
        <w:t>Раз син вельми нашкодив у господі.&lt;br /&gt;</w:t>
        <w:br/>
        <w:t>Тоді отець розсердивсь та й прогнав&lt;br /&gt;</w:t>
        <w:br/>
        <w:t>Дитя своє із дому. Син пішов,&lt;br /&gt;</w:t>
        <w:br/>
        <w:t>І тільки вийшов із рідного двора –&lt;br /&gt;</w:t>
        <w:br/>
        <w:t>Прийшлось йому іти через ржу…&lt;br /&gt;</w:t>
        <w:br/>
        <w:t>Міст розламала половідь. Наш хлопець&lt;br /&gt;</w:t>
        <w:br/>
        <w:t>Пішов уброд, як ось попав у яму&lt;br /&gt;</w:t>
        <w:br/>
        <w:t>І топне… Бачачи те, батько&lt;br /&gt;</w:t>
        <w:br/>
        <w:t>З вікна та до його – по саму шию&lt;br /&gt;</w:t>
        <w:br/>
        <w:t>Ускочив в воду й витягнув його.&lt;br /&gt;</w:t>
        <w:br/>
        <w:t>Що ж син? На другий день, мість дяки,&lt;br /&gt;</w:t>
        <w:br/>
        <w:t>Бив батька!.. Ну скажи ж, будь ласкав,&lt;br /&gt;</w:t>
        <w:br/>
        <w:t>Що батько з сином мусить ізробити?&lt;br /&gt;</w:t>
        <w:br/>
        <w:t>Лисенко&lt;br /&gt;</w:t>
        <w:br/>
        <w:t>Що? Батько хай покине злого сина&lt;br /&gt;</w:t>
        <w:br/>
        <w:t>І прожене навіки із господи.&lt;br /&gt;</w:t>
        <w:br/>
        <w:t>А ти, панотче, хоч і замовчи,&lt;br /&gt;</w:t>
        <w:br/>
        <w:t>Бо бачиться, кого ти хочеш…&lt;br /&gt;</w:t>
        <w:br/>
        <w:t>Анастасій&lt;br /&gt;</w:t>
        <w:br/>
        <w:t>Добре.&lt;br /&gt;</w:t>
        <w:br/>
        <w:t>Ти кажеш – замовчи; одначе батько,&lt;br /&gt;</w:t>
        <w:br/>
        <w:t>По-твоєму, покинуть сина мусить.&lt;br /&gt;</w:t>
        <w:br/>
        <w:t>Так знай же, сину, знай й ти, люду добрий,&lt;br /&gt;</w:t>
        <w:br/>
        <w:t>Що батько єсть – Господь наш милосердий,&lt;br /&gt;</w:t>
        <w:br/>
        <w:t>А непокірливе дитя – Лисенко.&lt;br /&gt;</w:t>
        <w:br/>
        <w:t>Бо він в святім своїм писанні каже&lt;br /&gt;</w:t>
        <w:br/>
        <w:t>Не діять лиха й ворогу лихому.&lt;br /&gt;</w:t>
        <w:br/>
        <w:t>Ти знаєш се, одначе скільки крові –&lt;br /&gt;</w:t>
        <w:br/>
        <w:t>Не тільки винної, – такої скільки,&lt;br /&gt;</w:t>
        <w:br/>
        <w:t>Котра колись покуту переважить, –&lt;br /&gt;</w:t>
        <w:br/>
        <w:t>Скільки пролив ти? Бог усе терпів,&lt;br /&gt;</w:t>
        <w:br/>
        <w:t>Терпів, поки його святая воля&lt;br /&gt;</w:t>
        <w:br/>
        <w:t>Терпіть воліла, ждав, щоб ти одумавсь.&lt;br /&gt;</w:t>
        <w:br/>
        <w:t>Ти не одумавсь – Бог тебе скарав,&lt;br /&gt;</w:t>
        <w:br/>
        <w:t>Оддав тебе суровим ворогам,&lt;br /&gt;</w:t>
        <w:br/>
        <w:t>Одняв у тебе руку, око, тіло&lt;br /&gt;</w:t>
        <w:br/>
        <w:t>Твоє лишив, щоби душа спаслася.&lt;br /&gt;</w:t>
        <w:br/>
        <w:t>І вп’ять зласкавивсь, як над сином батько,&lt;br /&gt;</w:t>
        <w:br/>
        <w:t>Од смерті визволив, із пекла виніс&lt;br /&gt;</w:t>
        <w:br/>
        <w:t>Всеміцною десницею своєю…&lt;br /&gt;</w:t>
        <w:br/>
        <w:t>Що мусиш ти робить? Гарячим серцем,&lt;br /&gt;</w:t>
        <w:br/>
        <w:t>Молитвою та добрими ділами&lt;br /&gt;</w:t>
        <w:br/>
        <w:t>Принести Богу дяку… Ти ж що робиш?&lt;br /&gt;</w:t>
        <w:br/>
        <w:t>Ти б’єш його. Бо знаєш, що Спаситель&lt;br /&gt;</w:t>
        <w:br/>
        <w:t>Сказав: усе, що робиш ти для брата,&lt;br /&gt;</w:t>
        <w:br/>
        <w:t>Ти робиш для його – добро чи лихо.&lt;br /&gt;</w:t>
        <w:br/>
        <w:t>А брат твій лях, такий же, як і руський,&lt;br /&gt;</w:t>
        <w:br/>
        <w:t>Все чоловік, все божа твар такая ж…&lt;br /&gt;</w:t>
        <w:br/>
        <w:t>І вам усім не гріх-таки? Господь&lt;br /&gt;</w:t>
        <w:br/>
        <w:t>Почув молитви ваші і нещастя,&lt;br /&gt;</w:t>
        <w:br/>
        <w:t>Послав до вас свою святую поміч,&lt;br /&gt;</w:t>
        <w:br/>
        <w:t>А ви зараз, мість дяки, проти волі&lt;br /&gt;</w:t>
        <w:br/>
        <w:t>Його йдете! Великий гріх вам, діти,&lt;br /&gt;</w:t>
        <w:br/>
        <w:t>Великий гріх!.. Коли ви хочте щастя&lt;br /&gt;</w:t>
        <w:br/>
        <w:t>І визволення милій Україні,&lt;br /&gt;</w:t>
        <w:br/>
        <w:t>Так дійте вгодне Богу, а не бісу…&lt;br /&gt;</w:t>
        <w:br/>
        <w:t>Лисенко&lt;br /&gt;</w:t>
        <w:br/>
        <w:t>(бере Анастасія за руку і обертає до церкви)&lt;br /&gt;</w:t>
        <w:br/>
        <w:t>Он, бачиш, церківка твоя, панотче;&lt;br /&gt;</w:t>
        <w:br/>
        <w:t>Іди туди молитися за нас.&lt;br /&gt;</w:t>
        <w:br/>
        <w:t>(Бере у Герцика шаблю).&lt;br /&gt;</w:t>
        <w:br/>
        <w:t>Одна душа посмій його послухать –&lt;br /&gt;</w:t>
        <w:br/>
        <w:t>Всю голову мечем сим потрощу!..&lt;br /&gt;</w:t>
        <w:br/>
        <w:t>Недурно я прийшов вас визволяти,&lt;br /&gt;</w:t>
        <w:br/>
        <w:t>Недурно шлявся переодягнутий,&lt;br /&gt;</w:t>
        <w:br/>
        <w:t>Недурно випрохав в гетьмана поміч:&lt;br /&gt;</w:t>
        <w:br/>
        <w:t>Усе ж для вас, усе за вас… Так знайте ж,&lt;br /&gt;</w:t>
        <w:br/>
        <w:t>Що я старший над вами! Смерть і лихо&lt;br /&gt;</w:t>
        <w:br/>
        <w:t>Усім ляхам! І маломальське хто&lt;br /&gt;</w:t>
        <w:br/>
        <w:t>Із вас не так – усіх зараз покину!&lt;br /&gt;</w:t>
        <w:br/>
        <w:t>Народ&lt;br /&gt;</w:t>
        <w:br/>
        <w:t>Що ти приказуєш, ми те і зробим!&lt;br /&gt;</w:t>
        <w:br/>
        <w:t>Анастасій&lt;br /&gt;</w:t>
        <w:br/>
        <w:t>Не погубляйте своїх душ за помсту!&lt;br /&gt;</w:t>
        <w:br/>
        <w:t>Лисенко&lt;br /&gt;</w:t>
        <w:br/>
        <w:t>Не погубляйте своєї родини!&lt;br /&gt;</w:t>
        <w:br/>
        <w:t>Анастасій&lt;br /&gt;</w:t>
        <w:br/>
        <w:t>Послухайте – Господь вас покарає!&lt;br /&gt;</w:t>
        <w:br/>
        <w:t>Лисенко&lt;br /&gt;</w:t>
        <w:br/>
        <w:t>Коли не так – усіх покину зараз!&lt;br /&gt;</w:t>
        <w:br/>
        <w:t>Анастасій&lt;br /&gt;</w:t>
        <w:br/>
        <w:t>У церкву, братці! День велик сьогодні!&lt;br /&gt;</w:t>
        <w:br/>
        <w:t>Хай проклят буде той, хто злим жаданням&lt;br /&gt;</w:t>
        <w:br/>
        <w:t>День смерті Бога Спаса закаляє!..&lt;br /&gt;</w:t>
        <w:br/>
        <w:t>Іде – за ним ніхто. Лисенко йде у другу сторону, за їм усі.&lt;br /&gt;</w:t>
        <w:br/>
        <w:t>Хор&lt;br /&gt;</w:t>
        <w:br/>
        <w:t>Хор усіх&lt;br /&gt;</w:t>
        <w:br/>
        <w:t>Та вже засвітила зоря весняна!&lt;br /&gt;</w:t>
        <w:br/>
        <w:t>Ущухнули криги на рідній ріці,&lt;br /&gt;</w:t>
        <w:br/>
        <w:t>І золотом ся горицвіт по луці,&lt;br /&gt;</w:t>
        <w:br/>
        <w:t>І стали понурії нетрі вдягатись,&lt;br /&gt;</w:t>
        <w:br/>
        <w:t>І стали к лещиннику бджоли збиратись,&lt;br /&gt;</w:t>
        <w:br/>
        <w:t>І звір’я іграє, і птаство співає,&lt;br /&gt;</w:t>
        <w:br/>
        <w:t>І коник дорожку, ржучи, починає:&lt;br /&gt;</w:t>
        <w:br/>
        <w:t>Всім радощі й щастя звістила весна,&lt;br /&gt;</w:t>
        <w:br/>
        <w:t>І щастя не має Вкраїна одна!&lt;br /&gt;</w:t>
        <w:br/>
        <w:t>Вкраїно! Вкраїно! Така твоя доля!&lt;br /&gt;</w:t>
        <w:br/>
        <w:t>Забули тебе рятувать із неволі!&lt;br /&gt;</w:t>
        <w:br/>
        <w:t>Забули сусіди і діти родини;&lt;br /&gt;</w:t>
        <w:br/>
        <w:t>Чи й ти, милий Боже, забув Україну!&lt;br /&gt;</w:t>
        <w:br/>
        <w:t>Хор хлопців&lt;br /&gt;</w:t>
        <w:br/>
        <w:t>Дівчата-небожаточка,&lt;br /&gt;</w:t>
        <w:br/>
        <w:t>Не чуєте весни?&lt;br /&gt;</w:t>
        <w:br/>
        <w:t>Чому ви не співаєте,&lt;br /&gt;</w:t>
        <w:br/>
        <w:t>Не водите танків?&lt;br /&gt;</w:t>
        <w:br/>
        <w:t>Чому ви не квітчаєте&lt;br /&gt;</w:t>
        <w:br/>
        <w:t>Чорнявих кіс своїх?&lt;br /&gt;</w:t>
        <w:br/>
        <w:t>Чи хочете співаночки&lt;br /&gt;</w:t>
        <w:br/>
        <w:t>Щоб ми вам почали?&lt;br /&gt;</w:t>
        <w:br/>
        <w:t>Чи хочете віночечки&lt;br /&gt;</w:t>
        <w:br/>
        <w:t>Щоб ми вам заплели?&lt;br /&gt;</w:t>
        <w:br/>
        <w:t>Хор дівчат&lt;br /&gt;</w:t>
        <w:br/>
        <w:t>Не треба подаруночків,&lt;br /&gt;</w:t>
        <w:br/>
        <w:t>Готуєм їх для вас.&lt;br /&gt;</w:t>
        <w:br/>
        <w:t>Ой знаєм ми співаночки,&lt;br /&gt;</w:t>
        <w:br/>
        <w:t>Ой є у нас вінки!&lt;br /&gt;</w:t>
        <w:br/>
        <w:t>І спершу ви родиноньці&lt;br /&gt;</w:t>
        <w:br/>
        <w:t>Слободу узверніть,&lt;br /&gt;</w:t>
        <w:br/>
        <w:t>Іспершу чужестранців ви&lt;br /&gt;</w:t>
        <w:br/>
        <w:t>З родини проженіть.&lt;br /&gt;</w:t>
        <w:br/>
        <w:t>Тоді приходьте гратися&lt;br /&gt;</w:t>
        <w:br/>
        <w:t>Із нами на луку,&lt;br /&gt;</w:t>
        <w:br/>
        <w:t>І кожному дівчинонька&lt;br /&gt;</w:t>
        <w:br/>
        <w:t>Співанку заспіва,&lt;br /&gt;</w:t>
        <w:br/>
        <w:t>І кожного коханочка&lt;br /&gt;</w:t>
        <w:br/>
        <w:t>Квітками заквітча!&lt;br /&gt;</w:t>
        <w:br/>
        <w:t>Хор усіх&lt;br /&gt;</w:t>
        <w:br/>
        <w:t>Сніг спорив з землею: "Мовчи ти, земле!&lt;br /&gt;</w:t>
        <w:br/>
        <w:t>Не страшне мені тепер сонце твоє!"&lt;br /&gt;</w:t>
        <w:br/>
        <w:t>А сонце почуло і сніг розтопило,&lt;br /&gt;</w:t>
        <w:br/>
        <w:t>І землю квітками і зіллям скрасило.&lt;br /&gt;</w:t>
        <w:br/>
        <w:t>І ти, ворог пишний, на нас так казав&lt;br /&gt;</w:t>
        <w:br/>
        <w:t>І Бога, безумний, на сміх підіймав;&lt;br /&gt;</w:t>
        <w:br/>
        <w:t>А Бог нас послухав – і суд твій настиг,&lt;br /&gt;</w:t>
        <w:br/>
        <w:t>І ти перед Богом розтанеш, як сніг!</w:t>
      </w:r>
    </w:p>
    <w:p>
      <w:r>
        <w:br/>
        <w:t>Сцена 6&lt;br /&gt;</w:t>
        <w:br/>
        <w:t>Микола Костомаров&lt;br /&gt;</w:t>
        <w:br/>
        <w:t>Лисенко виходить. Марина біжить до його.&lt;br /&gt;</w:t>
        <w:br/>
        <w:t>Марина&lt;br /&gt;</w:t>
        <w:br/>
        <w:t>Де він? Де він?&lt;br /&gt;</w:t>
        <w:br/>
        <w:t>Лисенко&lt;br /&gt;</w:t>
        <w:br/>
        <w:t>Тут, сестро, тут.&lt;br /&gt;</w:t>
        <w:br/>
        <w:t>Дивись на його, коли ще признаєш…&lt;br /&gt;</w:t>
        <w:br/>
        <w:t>Моя безщасниця! Моя голубка!&lt;br /&gt;</w:t>
        <w:br/>
        <w:t>У шпонях в рябця… Ох, моя миленька!&lt;br /&gt;</w:t>
        <w:br/>
        <w:t>(Цілує її).&lt;br /&gt;</w:t>
        <w:br/>
        <w:t>Марина&lt;br /&gt;</w:t>
        <w:br/>
        <w:t>Мій Боженьку! Чи се ще ти, мій брате!&lt;br /&gt;</w:t>
        <w:br/>
        <w:t>Каліка, старець!! Ох, моя головка!..&lt;br /&gt;</w:t>
        <w:br/>
        <w:t>(Припада йому до грудей).&lt;br /&gt;</w:t>
        <w:br/>
        <w:t>Лисенко&lt;br /&gt;</w:t>
        <w:br/>
        <w:t>Не приторкайся, сестронько, лицем&lt;br /&gt;</w:t>
        <w:br/>
        <w:t>До моїх грудей: ляцькі кулі щоки&lt;br /&gt;</w:t>
        <w:br/>
        <w:t>Тобі замулять… Кості вийшли з м’ясом –&lt;br /&gt;</w:t>
        <w:br/>
        <w:t>Лице твоє біленькеє надавлять…&lt;br /&gt;</w:t>
        <w:br/>
        <w:t>Марина&lt;br /&gt;</w:t>
        <w:br/>
        <w:t>Дозволь, мій брате! Чи не змиють сльози&lt;br /&gt;</w:t>
        <w:br/>
        <w:t>Шрамів твоїх… Губами висмокчу&lt;br /&gt;</w:t>
        <w:br/>
        <w:t>Весь гній із ран тобі… Ох, Боже!&lt;br /&gt;</w:t>
        <w:br/>
        <w:t>Немає ока!.. О, мій брате любий!&lt;br /&gt;</w:t>
        <w:br/>
        <w:t>Хоч би одно у мене можна вирвать&lt;br /&gt;</w:t>
        <w:br/>
        <w:t>І вставить в ямку! Я б була радніша…&lt;br /&gt;</w:t>
        <w:br/>
        <w:t>Лисенко&lt;br /&gt;</w:t>
        <w:br/>
        <w:t>О, не кажи сього!.. Не плач, мій анголь…&lt;br /&gt;</w:t>
        <w:br/>
        <w:t>Бо швидко й я не втерплю і заплачу…&lt;br /&gt;</w:t>
        <w:br/>
        <w:t>Марина&lt;br /&gt;</w:t>
        <w:br/>
        <w:t>Мій брате!!!&lt;br /&gt;</w:t>
        <w:br/>
        <w:t>(Плаче).&lt;br /&gt;</w:t>
        <w:br/>
        <w:t>Лисенко&lt;br /&gt;</w:t>
        <w:br/>
        <w:t>Не плач же, сестро! Хоч тепер не плач,&lt;br /&gt;</w:t>
        <w:br/>
        <w:t>Бо плакать ніколи. Я на часинку&lt;br /&gt;</w:t>
        <w:br/>
        <w:t>Зійшовся тут з тобою. Треба діло&lt;br /&gt;</w:t>
        <w:br/>
        <w:t>Налагодить…&lt;br /&gt;</w:t>
        <w:br/>
        <w:t>Марина&lt;br /&gt;</w:t>
        <w:br/>
        <w:t>О, знаю, знаю, серце!&lt;br /&gt;</w:t>
        <w:br/>
        <w:t>Щоб вороги тебе не назорили.&lt;br /&gt;</w:t>
        <w:br/>
        <w:t>О, я тебе сховаю!&lt;br /&gt;</w:t>
        <w:br/>
        <w:t>Лисенко&lt;br /&gt;</w:t>
        <w:br/>
        <w:t>Ні, сестрице!&lt;br /&gt;</w:t>
        <w:br/>
        <w:t>Не об схованні річ… Тебе з неволі,&lt;br /&gt;</w:t>
        <w:br/>
        <w:t>З позора визволить, і цілий город&lt;br /&gt;</w:t>
        <w:br/>
        <w:t>З-під бусурманської кормиги. От&lt;br /&gt;</w:t>
        <w:br/>
        <w:t>Чого прийшов сюда я. Вранці будем&lt;br /&gt;</w:t>
        <w:br/>
        <w:t>Ми вже слободні. Ввечері сьогодні&lt;br /&gt;</w:t>
        <w:br/>
        <w:t>Ні один лях від кари не втече…&lt;br /&gt;</w:t>
        <w:br/>
        <w:t>Різати, пекти,&lt;br /&gt;</w:t>
        <w:br/>
        <w:t>Знущатись, наругатись над ляхами&lt;br /&gt;</w:t>
        <w:br/>
        <w:t>Ми будем усю ніч. Твому злодію&lt;br /&gt;</w:t>
        <w:br/>
        <w:t>Таку вже кару вигадаєм вкупі,&lt;br /&gt;</w:t>
        <w:br/>
        <w:t>Що й чорт злякається… Чого ж ти, сестро,&lt;br /&gt;</w:t>
        <w:br/>
        <w:t>Поблідла так? Чого ти затрусилась?&lt;br /&gt;</w:t>
        <w:br/>
        <w:t>Ей, баба, баба! Що то вже за рід&lt;br /&gt;</w:t>
        <w:br/>
        <w:t>Жіночий ваш! Ну добре, тим, сестрице,&lt;br /&gt;</w:t>
        <w:br/>
        <w:t>Оце тебе я викликав, щоб часом&lt;br /&gt;</w:t>
        <w:br/>
        <w:t>Чого й тобі у чварі не зробили.&lt;br /&gt;</w:t>
        <w:br/>
        <w:t>Побіжимо скоріш к Дніпру до мене,&lt;br /&gt;</w:t>
        <w:br/>
        <w:t>Там я тебе сховаю… Чом ти зблідла?&lt;br /&gt;</w:t>
        <w:br/>
        <w:t>Не бійсь!.. Там знайдеш ти свого Семена.&lt;br /&gt;</w:t>
        <w:br/>
        <w:t>Марина&lt;br /&gt;</w:t>
        <w:br/>
        <w:t>Як, зараз?!&lt;br /&gt;</w:t>
        <w:br/>
        <w:t>Лисенко&lt;br /&gt;</w:t>
        <w:br/>
        <w:t>Зараз, зараз. А! тепер я бачу,&lt;br /&gt;</w:t>
        <w:br/>
        <w:t>Чого жахнулась ти! Ти пригляділась.&lt;br /&gt;</w:t>
        <w:br/>
        <w:t>Що в мене правої руки нема;&lt;br /&gt;</w:t>
        <w:br/>
        <w:t>І що коли твій злодій навздогін&lt;br /&gt;</w:t>
        <w:br/>
        <w:t>Пошле по тебе, я не в силі буду&lt;br /&gt;</w:t>
        <w:br/>
        <w:t>Оборонить тебе. О ні, кохана!&lt;br /&gt;</w:t>
        <w:br/>
        <w:t>Не дасть ще ліва ганьби. А й хоч ліву&lt;br /&gt;</w:t>
        <w:br/>
        <w:t>Згублю – у зуби застромлю шаблюку,&lt;br /&gt;</w:t>
        <w:br/>
        <w:t>А все-таки сестри не дам в поталу.&lt;br /&gt;</w:t>
        <w:br/>
        <w:t>Марина&lt;br /&gt;</w:t>
        <w:br/>
        <w:t>Брате, брате!..&lt;br /&gt;</w:t>
        <w:br/>
        <w:t>Лисенко&lt;br /&gt;</w:t>
        <w:br/>
        <w:t>Ану тебе! Ходімо швидче…&lt;br /&gt;</w:t>
        <w:br/>
        <w:t>Марина&lt;br /&gt;</w:t>
        <w:br/>
        <w:t>Мій братоньку! Убий мене, заріж –&lt;br /&gt;</w:t>
        <w:br/>
        <w:t>Я не піду з тобою.&lt;br /&gt;</w:t>
        <w:br/>
        <w:t>Лисенко&lt;br /&gt;</w:t>
        <w:br/>
        <w:t>Що це, сестро?!&lt;br /&gt;</w:t>
        <w:br/>
        <w:t>Марина&lt;br /&gt;</w:t>
        <w:br/>
        <w:t>Семена я ніколи не любила.&lt;br /&gt;</w:t>
        <w:br/>
        <w:t>Тобі сказали дурно, що і досі&lt;br /&gt;</w:t>
        <w:br/>
        <w:t>Я убиваюся за їм душею.&lt;br /&gt;</w:t>
        <w:br/>
        <w:t>Тобі сказали, що я поневолі&lt;br /&gt;</w:t>
        <w:br/>
        <w:t>Живу у старости, що він мене&lt;br /&gt;</w:t>
        <w:br/>
        <w:t>Украв, одняв… Ох, брате мій! Для чого&lt;br /&gt;</w:t>
        <w:br/>
        <w:t>Не трісне грудь у мене, щоб з посліднім&lt;br /&gt;</w:t>
        <w:br/>
        <w:t>Диханням вилетіло страшне слово!!&lt;br /&gt;</w:t>
        <w:br/>
        <w:t>Бий, ріж мене – я старосту люблю.&lt;br /&gt;</w:t>
        <w:br/>
        <w:t>Бий, ріж мене – я по любві до нього,&lt;br /&gt;</w:t>
        <w:br/>
        <w:t>Щоб відв’язатись од Семена, перейшла…&lt;br /&gt;</w:t>
        <w:br/>
        <w:t>Я, родом руська, ляха-недовірка&lt;br /&gt;</w:t>
        <w:br/>
        <w:t>Як душу полюбила і за його&lt;br /&gt;</w:t>
        <w:br/>
        <w:t>Радніша йти на смерть, на катування!&lt;br /&gt;</w:t>
        <w:br/>
        <w:t>Лисенко&lt;br /&gt;</w:t>
        <w:br/>
        <w:t>Ти?&lt;br /&gt;</w:t>
        <w:br/>
        <w:t>Марина&lt;br /&gt;</w:t>
        <w:br/>
        <w:t>Я.&lt;br /&gt;</w:t>
        <w:br/>
        <w:t>Лисенко&lt;br /&gt;</w:t>
        <w:br/>
        <w:t>Моя сестра?&lt;br /&gt;</w:t>
        <w:br/>
        <w:t>Марина&lt;br /&gt;</w:t>
        <w:br/>
        <w:t>Твоя сестра.&lt;br /&gt;</w:t>
        <w:br/>
        <w:t>Лисенко&lt;br /&gt;</w:t>
        <w:br/>
        <w:t>Лисенкова?&lt;br /&gt;</w:t>
        <w:br/>
        <w:t>Марина&lt;br /&gt;</w:t>
        <w:br/>
        <w:t>Лисенкова сестра.&lt;br /&gt;</w:t>
        <w:br/>
        <w:t>Лисенко&lt;br /&gt;</w:t>
        <w:br/>
        <w:t>Іди за мною.&lt;br /&gt;</w:t>
        <w:br/>
        <w:t>Марина&lt;br /&gt;</w:t>
        <w:br/>
        <w:t>Не піду.&lt;br /&gt;</w:t>
        <w:br/>
        <w:t>Лисенко&lt;br /&gt;</w:t>
        <w:br/>
        <w:t>Не підеш?&lt;br /&gt;</w:t>
        <w:br/>
        <w:t>Марина&lt;br /&gt;</w:t>
        <w:br/>
        <w:t>Ні, не піду.&lt;br /&gt;</w:t>
        <w:br/>
        <w:t>Лисенко&lt;br /&gt;</w:t>
        <w:br/>
        <w:t>Так я тебе насильно&lt;br /&gt;</w:t>
        <w:br/>
        <w:t>Озьму, заставлю позабути ляха&lt;br /&gt;</w:t>
        <w:br/>
        <w:t>Свого, заставлю вийти за Семена.&lt;br /&gt;</w:t>
        <w:br/>
        <w:t>Марина&lt;br /&gt;</w:t>
        <w:br/>
        <w:t>Насильно не заставиш і не озьмеш.&lt;br /&gt;</w:t>
        <w:br/>
        <w:t>Лисенко&lt;br /&gt;</w:t>
        <w:br/>
        <w:t>Чом?&lt;br /&gt;</w:t>
        <w:br/>
        <w:t>Марина&lt;br /&gt;</w:t>
        <w:br/>
        <w:t>Преж, ніж ти мене із міста здвинеш&lt;br /&gt;</w:t>
        <w:br/>
        <w:t>Я кров’ю розплинуся пред тобою!&lt;br /&gt;</w:t>
        <w:br/>
        <w:t>Лисенко&lt;br /&gt;</w:t>
        <w:br/>
        <w:t>Ах ти, змія!! Ти ще мене лякати?!&lt;br /&gt;</w:t>
        <w:br/>
        <w:t>Іди, кажу тобі, зо мною зараз!&lt;br /&gt;</w:t>
        <w:br/>
        <w:t>Марина&lt;br /&gt;</w:t>
        <w:br/>
        <w:t>Я вже тобі сказала – не піду.&lt;br /&gt;</w:t>
        <w:br/>
        <w:t>Лисенко&lt;br /&gt;</w:t>
        <w:br/>
        <w:t>Так я тебе уб’ю на оцім місці!&lt;br /&gt;</w:t>
        <w:br/>
        <w:t>Марина&lt;br /&gt;</w:t>
        <w:br/>
        <w:t>Бий. Вбить себе я дамся, тільки&lt;br /&gt;</w:t>
        <w:br/>
        <w:t>Іти в неволю – ні.&lt;br /&gt;</w:t>
        <w:br/>
        <w:t>Лисенко&lt;br /&gt;</w:t>
        <w:br/>
        <w:t>Ох ти, паплюга!&lt;br /&gt;</w:t>
        <w:br/>
        <w:t>Так се тобі у козаків неволя,&lt;br /&gt;</w:t>
        <w:br/>
        <w:t>А у ляхів так воля?!&lt;br /&gt;</w:t>
        <w:br/>
        <w:t>Марина&lt;br /&gt;</w:t>
        <w:br/>
        <w:t>Так!&lt;br /&gt;</w:t>
        <w:br/>
        <w:t>Мені і воля, і слобода з милим…&lt;br /&gt;</w:t>
        <w:br/>
        <w:t>Я вже тобі сказала раз, мій брате,&lt;br /&gt;</w:t>
        <w:br/>
        <w:t>Що не насильно затягнув мене&lt;br /&gt;</w:t>
        <w:br/>
        <w:t>До себе староста, що я сама&lt;br /&gt;</w:t>
        <w:br/>
        <w:t>Злюбилась з їм. Та ти б таки подумав:&lt;br /&gt;</w:t>
        <w:br/>
        <w:t>Коли б і справді він мене в неволі&lt;br /&gt;</w:t>
        <w:br/>
        <w:t>Держав, як полюбовницю свою.&lt;br /&gt;</w:t>
        <w:br/>
        <w:t>Чи я б оце до тебе вийшла?.. Він би&lt;br /&gt;</w:t>
        <w:br/>
        <w:t>Так і глядів за мною, куда б я&lt;br /&gt;</w:t>
        <w:br/>
        <w:t>Не повернулась. Я його невіста,&lt;br /&gt;</w:t>
        <w:br/>
        <w:t>Не полюбовниця; у мене досить&lt;br /&gt;</w:t>
        <w:br/>
        <w:t>Ще є душі на се. Ти дуже мало&lt;br /&gt;</w:t>
        <w:br/>
        <w:t>Узнав свою сестру… Ні, брате! – Преж&lt;br /&gt;</w:t>
        <w:br/>
        <w:t>Обняв би він моє холодне тіло,&lt;br /&gt;</w:t>
        <w:br/>
        <w:t>Ніж взяв за теплу руку, коли б так&lt;br /&gt;</w:t>
        <w:br/>
        <w:t>Як полюбовницю схотів нелюбий&lt;br /&gt;</w:t>
        <w:br/>
        <w:t>Мене держати біля себе… Він&lt;br /&gt;</w:t>
        <w:br/>
        <w:t>Мене не силував – сама прохалась,&lt;br /&gt;</w:t>
        <w:br/>
        <w:t>Щоб защитив од Герцика мене,&lt;br /&gt;</w:t>
        <w:br/>
        <w:t>Коли б ти не прийшов сюда з ляхами&lt;br /&gt;</w:t>
        <w:br/>
        <w:t>За прежнє розплатитись, чесним шлюбом&lt;br /&gt;</w:t>
        <w:br/>
        <w:t>Ми б спарувались після свят. Тепера&lt;br /&gt;</w:t>
        <w:br/>
        <w:t>Вже нам не жити на світі укупі…&lt;br /&gt;</w:t>
        <w:br/>
        <w:t>Як вірна заручена ляжу з ним&lt;br /&gt;</w:t>
        <w:br/>
        <w:t>В одній могилі.&lt;br /&gt;</w:t>
        <w:br/>
        <w:t>Лисенко&lt;br /&gt;</w:t>
        <w:br/>
        <w:t>Гаспид! Диман!&lt;br /&gt;</w:t>
        <w:br/>
        <w:t>Не ляжеш з ним в одній могилі! Зараз&lt;br /&gt;</w:t>
        <w:br/>
        <w:t>Мечем тобі я груди рознесу,&lt;br /&gt;</w:t>
        <w:br/>
        <w:t>Його ж живого спечемо уранці…&lt;br /&gt;</w:t>
        <w:br/>
        <w:t>Здихай!&lt;br /&gt;</w:t>
        <w:br/>
        <w:t>(Замахується на неї шаблею і, бачачи, що вона сміло стоїть і нітрошки не ворушиться, остановивсь).&lt;br /&gt;</w:t>
        <w:br/>
        <w:t>Ти не боїшся смерті??&lt;br /&gt;</w:t>
        <w:br/>
        <w:t>Марина&lt;br /&gt;</w:t>
        <w:br/>
        <w:t>Не боюсь.&lt;br /&gt;</w:t>
        <w:br/>
        <w:t>Лисенко&lt;br /&gt;</w:t>
        <w:br/>
        <w:t>Ну, ти Лисенкова сестра!&lt;br /&gt;</w:t>
        <w:br/>
        <w:t>Марина&lt;br /&gt;</w:t>
        <w:br/>
        <w:t>Його.&lt;br /&gt;</w:t>
        <w:br/>
        <w:t>Лисенко&lt;br /&gt;</w:t>
        <w:br/>
        <w:t>Ти скажеш полюбовнику свому,&lt;br /&gt;</w:t>
        <w:br/>
        <w:t>Ти все йому повідаєш зарані&lt;br /&gt;</w:t>
        <w:br/>
        <w:t>І визволиш його від смерті?..&lt;br /&gt;</w:t>
        <w:br/>
        <w:t>Марина&lt;br /&gt;</w:t>
        <w:br/>
        <w:t>Ні,&lt;br /&gt;</w:t>
        <w:br/>
        <w:t>Сього не буде! Визволять від смерті&lt;br /&gt;</w:t>
        <w:br/>
        <w:t>Не буду я ляхів. Святую помсту&lt;br /&gt;</w:t>
        <w:br/>
        <w:t>Моїх братів не зраджу я. Я руська!&lt;br /&gt;</w:t>
        <w:br/>
        <w:t>За глуми, за наругу, за неволю,&lt;br /&gt;</w:t>
        <w:br/>
        <w:t>За кров, за сльози рідних ти прийшов&lt;br /&gt;</w:t>
        <w:br/>
        <w:t>Із ворогами розплатиться глумом,&lt;br /&gt;</w:t>
        <w:br/>
        <w:t>Наругою, неволею і кров’ю,&lt;br /&gt;</w:t>
        <w:br/>
        <w:t>Прийшов защитить од посміху віру,&lt;br /&gt;</w:t>
        <w:br/>
        <w:t>Позбавить рідних горя, із родини&lt;br /&gt;</w:t>
        <w:br/>
        <w:t>Сміття чужеє вимести… Багато&lt;br /&gt;</w:t>
        <w:br/>
        <w:t>Терпіла й терпить бідная родина!&lt;br /&gt;</w:t>
        <w:br/>
        <w:t>Як грішників у пеклі дьяволи –&lt;br /&gt;</w:t>
        <w:br/>
        <w:t>Катують нас католики… Але&lt;br /&gt;</w:t>
        <w:br/>
        <w:t>Господь рішив – родина слобониться,&lt;br /&gt;</w:t>
        <w:br/>
        <w:t>І лядська кров із неї рідну змиє…&lt;br /&gt;</w:t>
        <w:br/>
        <w:t>Ох, брате мій! Душа ще в мене руська,&lt;br /&gt;</w:t>
        <w:br/>
        <w:t>І руське лихо дуже, дуже серце&lt;br /&gt;</w:t>
        <w:br/>
        <w:t>Мені ворушить… Ти об сім не гайся!&lt;br /&gt;</w:t>
        <w:br/>
        <w:t>Не зраджу вас. Не тільки що не зраджу&lt;br /&gt;</w:t>
        <w:br/>
        <w:t>Того, котрого я люблю як душу,&lt;br /&gt;</w:t>
        <w:br/>
        <w:t>Як божий світ, як, братику, тебе,&lt;br /&gt;</w:t>
        <w:br/>
        <w:t>Я не спасу його! Я нишком не скажу&lt;br /&gt;</w:t>
        <w:br/>
        <w:t>Йому: "Біжи, тебе убити хочуть…"&lt;br /&gt;</w:t>
        <w:br/>
        <w:t>Сама вам помагатиму. Недурно&lt;br /&gt;</w:t>
        <w:br/>
        <w:t>К йому приходив пан Зацвіліховський&lt;br /&gt;</w:t>
        <w:br/>
        <w:t>І щось казав, щоб він берігся! Може,&lt;br /&gt;</w:t>
        <w:br/>
        <w:t>Він поміча, бо щось вже турбувався,&lt;br /&gt;</w:t>
        <w:br/>
        <w:t>Почувши, що народ чогось стовплявся…&lt;br /&gt;</w:t>
        <w:br/>
        <w:t>Я відведу його од стереження,&lt;br /&gt;</w:t>
        <w:br/>
        <w:t>Я заведу його сюда, як смеркне,&lt;br /&gt;</w:t>
        <w:br/>
        <w:t>Й сама тобі коханка передам!..&lt;br /&gt;</w:t>
        <w:br/>
        <w:t>І вкупі з ним, обнявшись кріпко, кріпко&lt;br /&gt;</w:t>
        <w:br/>
        <w:t>Під братниною шаблею загину…&lt;br /&gt;</w:t>
        <w:br/>
        <w:t>Лисенко&lt;br /&gt;</w:t>
        <w:br/>
        <w:t>Як смеркнеться й почнуть дзвонить в костьолі&lt;br /&gt;</w:t>
        <w:br/>
        <w:t>Щоб ти була з їм тута й дожидалась.&lt;br /&gt;</w:t>
        <w:br/>
        <w:t>Марина&lt;br /&gt;</w:t>
        <w:br/>
        <w:t>Буду.&lt;br /&gt;</w:t>
        <w:br/>
        <w:t>Лисенко&lt;br /&gt;</w:t>
        <w:br/>
        <w:t>Та ти ізрадиш?..&lt;br /&gt;</w:t>
        <w:br/>
        <w:t>Марина&lt;br /&gt;</w:t>
        <w:br/>
        <w:t>Ні, не зраджу!&lt;br /&gt;</w:t>
        <w:br/>
        <w:t>Лисенко&lt;br /&gt;</w:t>
        <w:br/>
        <w:t>Добре.&lt;br /&gt;</w:t>
        <w:br/>
        <w:t>Будь проклята од мене і од Бога!!!&lt;br /&gt;</w:t>
        <w:br/>
        <w:t>І Марина уйшла, й Лисенко уйшов.&lt;br /&gt;</w:t>
        <w:br/>
        <w:t>Хор&lt;br /&gt;</w:t>
        <w:br/>
        <w:t>Перша половина&lt;br /&gt;</w:t>
        <w:br/>
        <w:t>Славим великую силу кохання,&lt;br /&gt;</w:t>
        <w:br/>
        <w:t>Чудне й предивне твоє панування.&lt;br /&gt;</w:t>
        <w:br/>
        <w:t>Над усе ти на світі сильніш!&lt;br /&gt;</w:t>
        <w:br/>
        <w:t>Те, що і доля сама розлучає,&lt;br /&gt;</w:t>
        <w:br/>
        <w:t>Те, що натура забороняє,&lt;br /&gt;</w:t>
        <w:br/>
        <w:t>Ти паруєш докупи й мириш.&lt;br /&gt;</w:t>
        <w:br/>
        <w:t>Друга половина&lt;br /&gt;</w:t>
        <w:br/>
        <w:t>Славим велику любов до родини!&lt;br /&gt;</w:t>
        <w:br/>
        <w:t>Ти зогріваєш те серце, що стине,&lt;br /&gt;</w:t>
        <w:br/>
        <w:t>Холодиш, що пала чим другим!&lt;br /&gt;</w:t>
        <w:br/>
        <w:t>Ти розриваєш, що доля зв’язує,&lt;br /&gt;</w:t>
        <w:br/>
        <w:t>Нівечиш те, що натура вказує,&lt;br /&gt;</w:t>
        <w:br/>
        <w:t>Приязнеє ти робиш гидким.&lt;br /&gt;</w:t>
        <w:br/>
        <w:t>Перша половина&lt;br /&gt;</w:t>
        <w:br/>
        <w:t>Серце коханням у їй загорілось,&lt;br /&gt;</w:t>
        <w:br/>
        <w:t>Все воно з милим своїм розтопилось,&lt;br /&gt;</w:t>
        <w:br/>
        <w:t>Нерозривнеє вічне кохання його.&lt;br /&gt;</w:t>
        <w:br/>
        <w:t>Друга половина&lt;br /&gt;</w:t>
        <w:br/>
        <w:t>Мення "родина" для їй не новеє.&lt;br /&gt;</w:t>
        <w:br/>
        <w:t>Серце в їй руськеє, а не чужеє.&lt;br /&gt;</w:t>
        <w:br/>
        <w:t>А родина для руського вище всього.</w:t>
      </w:r>
    </w:p>
    <w:p>
      <w:r>
        <w:br/>
        <w:t>Сцена 7&lt;br /&gt;</w:t>
        <w:br/>
        <w:t>Микола Костомаров&lt;br /&gt;</w:t>
        <w:br/>
        <w:t>Ніч. Марина з старостою ідуть умісті.&lt;br /&gt;</w:t>
        <w:br/>
        <w:t>Староста&lt;br /&gt;</w:t>
        <w:br/>
        <w:t>Коли б не твої чорні очі, дівко,&lt;br /&gt;</w:t>
        <w:br/>
        <w:t>Що, так на мене глядячи, либонь,&lt;br /&gt;</w:t>
        <w:br/>
        <w:t>Аж тягнуть за собою, побожусь&lt;br /&gt;</w:t>
        <w:br/>
        <w:t>Всіма святими, не поплівсь би дурно&lt;br /&gt;</w:t>
        <w:br/>
        <w:t>Сюда я. Люди наші в церкву йдуть,&lt;br /&gt;</w:t>
        <w:br/>
        <w:t>А староста, що влітку не видали&lt;br /&gt;</w:t>
        <w:br/>
        <w:t>Ніколи пішого, блукає ніччю&lt;br /&gt;</w:t>
        <w:br/>
        <w:t>По вулицях!.. Куди мене ведеш?&lt;br /&gt;</w:t>
        <w:br/>
        <w:t>Марина&lt;br /&gt;</w:t>
        <w:br/>
        <w:t>Сюди. – Бач, ти казав, що мене любиш,&lt;br /&gt;</w:t>
        <w:br/>
        <w:t>А вже й пеняєш!&lt;br /&gt;</w:t>
        <w:br/>
        <w:t>Староста&lt;br /&gt;</w:t>
        <w:br/>
        <w:t>Душко ти моя!..&lt;br /&gt;</w:t>
        <w:br/>
        <w:t>Хоч би у річку ти мене вела,&lt;br /&gt;</w:t>
        <w:br/>
        <w:t>Я б і туди радніш! Но, ради Бога,&lt;br /&gt;</w:t>
        <w:br/>
        <w:t>Що ти задумала оце такеє?&lt;br /&gt;</w:t>
        <w:br/>
        <w:t>Марина&lt;br /&gt;</w:t>
        <w:br/>
        <w:t>Послухай, мій Францішку: аж ти поляк?&lt;br /&gt;</w:t>
        <w:br/>
        <w:t>Староста&lt;br /&gt;</w:t>
        <w:br/>
        <w:t>Я твій коханий, твій жених…&lt;br /&gt;</w:t>
        <w:br/>
        <w:t>Марина&lt;br /&gt;</w:t>
        <w:br/>
        <w:t>Е, ні!&lt;br /&gt;</w:t>
        <w:br/>
        <w:t>Кажи мені, що я в тебе питаю.&lt;br /&gt;</w:t>
        <w:br/>
        <w:t>Ти поляк?&lt;br /&gt;</w:t>
        <w:br/>
        <w:t>Староста&lt;br /&gt;</w:t>
        <w:br/>
        <w:t>Нащо споминати те,&lt;br /&gt;</w:t>
        <w:br/>
        <w:t>Що я радніш був сам забути часом?&lt;br /&gt;</w:t>
        <w:br/>
        <w:t>Марина&lt;br /&gt;</w:t>
        <w:br/>
        <w:t>Ти поляк, а я руська.&lt;br /&gt;</w:t>
        <w:br/>
        <w:t>Староста&lt;br /&gt;</w:t>
        <w:br/>
        <w:t>Ох, не рви&lt;br /&gt;</w:t>
        <w:br/>
        <w:t>Ти мого серця бідного!.. Що хочеш&lt;br /&gt;</w:t>
        <w:br/>
        <w:t>Проси в мене, кажи мені… Але&lt;br /&gt;</w:t>
        <w:br/>
        <w:t>Оце що ти вигадуєш?.. Марино!!&lt;br /&gt;</w:t>
        <w:br/>
        <w:t>Марина&lt;br /&gt;</w:t>
        <w:br/>
        <w:t>Руська!&lt;br /&gt;</w:t>
        <w:br/>
        <w:t>Староста&lt;br /&gt;</w:t>
        <w:br/>
        <w:t>Ти анголь божий, з неба&lt;br /&gt;</w:t>
        <w:br/>
        <w:t>Злетівший, руська для народу тільки,&lt;br /&gt;</w:t>
        <w:br/>
        <w:t>Як я для нього поляк, а між нами&lt;br /&gt;</w:t>
        <w:br/>
        <w:t>Нема різниці. Ми дружка дружку&lt;br /&gt;</w:t>
        <w:br/>
        <w:t>Не станем попрікати. Наші душі&lt;br /&gt;</w:t>
        <w:br/>
        <w:t>Одна пред другою, як перед Богом.&lt;br /&gt;</w:t>
        <w:br/>
        <w:t>Я знаю, що ти вірно мене любиш,&lt;br /&gt;</w:t>
        <w:br/>
        <w:t>Як я люблю тебе: от з нас і годі!&lt;br /&gt;</w:t>
        <w:br/>
        <w:t>Марина&lt;br /&gt;</w:t>
        <w:br/>
        <w:t>Ти мене любиш! Я люблю тебе!&lt;br /&gt;</w:t>
        <w:br/>
        <w:t>Одначе, все ти поляк, а я руська.&lt;br /&gt;</w:t>
        <w:br/>
        <w:t>Ти мене любиш, як і я тебе!&lt;br /&gt;</w:t>
        <w:br/>
        <w:t>Хіба се нам що-небудь запевняє?..&lt;br /&gt;</w:t>
        <w:br/>
        <w:t>Та хто мене запевнить, що, словами&lt;br /&gt;</w:t>
        <w:br/>
        <w:t>Ласкавими годуючи мене,&lt;br /&gt;</w:t>
        <w:br/>
        <w:t>Ти не ховаєш в серці злої думки?..&lt;br /&gt;</w:t>
        <w:br/>
        <w:t>Ти, може, хочеш обманить мене,&lt;br /&gt;</w:t>
        <w:br/>
        <w:t>Погратись, як із дівкою простою,&lt;br /&gt;</w:t>
        <w:br/>
        <w:t>А потім поглумитись і прогнати!..&lt;br /&gt;</w:t>
        <w:br/>
        <w:t>А може, що і гірше… Хто запевнить&lt;br /&gt;</w:t>
        <w:br/>
        <w:t>Тебе у тім, що я, одною&lt;br /&gt;</w:t>
        <w:br/>
        <w:t>Рукою обіймаючи тебе,&lt;br /&gt;</w:t>
        <w:br/>
        <w:t>Тим часом другою не вихопляю&lt;br /&gt;</w:t>
        <w:br/>
        <w:t>Ножа із пазухи… І може, в чарці,&lt;br /&gt;</w:t>
        <w:br/>
        <w:t>Що коли піднесу тобі з вином,&lt;br /&gt;</w:t>
        <w:br/>
        <w:t>Усипані отруї.. Спать без ляку&lt;br /&gt;</w:t>
        <w:br/>
        <w:t>Не мусиш ти, коли у одній хаті,&lt;br /&gt;</w:t>
        <w:br/>
        <w:t>Під одной стріхою з тобою спить&lt;br /&gt;</w:t>
        <w:br/>
        <w:t>Душа вкраїнська! Ти на себе скажеш:&lt;br /&gt;</w:t>
        <w:br/>
        <w:t>"Я так божився, коли їй казав,&lt;br /&gt;</w:t>
        <w:br/>
        <w:t>Як я її кохаю, так по щоцях&lt;br /&gt;</w:t>
        <w:br/>
        <w:t>Лилися сльози, – я кохаю вірно…"&lt;br /&gt;</w:t>
        <w:br/>
        <w:t>Хіба сльозам та клятьбам мусить вірить&lt;br /&gt;</w:t>
        <w:br/>
        <w:t>Од поляка вкраїнець? Де, скажи,&lt;br /&gt;</w:t>
        <w:br/>
        <w:t>Зосталась на Вкраїні одна церква,&lt;br /&gt;</w:t>
        <w:br/>
        <w:t>Де б лях із руським не клялися дурно,&lt;br /&gt;</w:t>
        <w:br/>
        <w:t>Обманюючи Бога і себе?..&lt;br /&gt;</w:t>
        <w:br/>
        <w:t>Скільки разів, цілуючи вкраїнця,&lt;br /&gt;</w:t>
        <w:br/>
        <w:t>Для його гибель поляк зготовляв?&lt;br /&gt;</w:t>
        <w:br/>
        <w:t>Ви вмієте і плакать… і божитись,&lt;br /&gt;</w:t>
        <w:br/>
        <w:t>І раді стать навколішки, і Бога&lt;br /&gt;</w:t>
        <w:br/>
        <w:t>Призвати дурно – тільки б ворога&lt;br /&gt;</w:t>
        <w:br/>
        <w:t>Лукаво обманити й загубити…&lt;br /&gt;</w:t>
        <w:br/>
        <w:t>Чи не погибло ціле військо наше,&lt;br /&gt;</w:t>
        <w:br/>
        <w:t>А вслід за їм увесь народ наш бідний.&lt;br /&gt;</w:t>
        <w:br/>
        <w:t>Як клятьбами, божінням і сльозами&lt;br /&gt;</w:t>
        <w:br/>
        <w:t>Опутали Остряницю ляхи?..&lt;br /&gt;</w:t>
        <w:br/>
        <w:t>Із тій години кожний поцілунок,&lt;br /&gt;</w:t>
        <w:br/>
        <w:t>Що лях вкраїнцеві дає, похожий&lt;br /&gt;</w:t>
        <w:br/>
        <w:t>На той, що Йуда Господу давав…&lt;br /&gt;</w:t>
        <w:br/>
        <w:t>Дарма і клятьби, й сльози! Я не вірю&lt;br /&gt;</w:t>
        <w:br/>
        <w:t>Твоїм сльозам і клятьбам! Ти на мене.&lt;br /&gt;</w:t>
        <w:br/>
        <w:t>"Вона божилась, – скажеш, – так по щоцях&lt;br /&gt;</w:t>
        <w:br/>
        <w:t>У неї лились сльози; ні, вона&lt;br /&gt;</w:t>
        <w:br/>
        <w:t>Мене кохає вірно…" А хіба&lt;br /&gt;</w:t>
        <w:br/>
        <w:t>Як руські, так ляхам і не платили&lt;br /&gt;</w:t>
        <w:br/>
        <w:t>Тим, чим ляхи їх жалували? Сльози&lt;br /&gt;</w:t>
        <w:br/>
        <w:t>І клятьби руського для ляха те ж,&lt;br /&gt;</w:t>
        <w:br/>
        <w:t>Що клятьби й сльози ляха для сього…&lt;br /&gt;</w:t>
        <w:br/>
        <w:t>Хіба Лисенко, той Лисенко самий,&lt;br /&gt;</w:t>
        <w:br/>
        <w:t>Що ви недавно тільки перестали&lt;br /&gt;</w:t>
        <w:br/>
        <w:t>Лякатись, він, кажу, хіба не клявся&lt;br /&gt;</w:t>
        <w:br/>
        <w:t>Й не плакав перед вами для того,&lt;br /&gt;</w:t>
        <w:br/>
        <w:t>Щоб лучче погубляти вас? Лисенко&lt;br /&gt;</w:t>
        <w:br/>
        <w:t>Робив з ляхами те, що й думать страшно.&lt;br /&gt;</w:t>
        <w:br/>
        <w:t>А я Лисенкова сестра!!. Францішку!&lt;br /&gt;</w:t>
        <w:br/>
        <w:t>Чи чуєш? Я Лисенкова сестра.&lt;br /&gt;</w:t>
        <w:br/>
        <w:t>Староста&lt;br /&gt;</w:t>
        <w:br/>
        <w:t>Марино!&lt;br /&gt;</w:t>
        <w:br/>
        <w:t>Марина&lt;br /&gt;</w:t>
        <w:br/>
        <w:t>Погляди на город&lt;br /&gt;</w:t>
        <w:br/>
        <w:t>Оцей. Чи так він устрівав Великдень&lt;br /&gt;</w:t>
        <w:br/>
        <w:t>Преж, ніж лиха година нанесла&lt;br /&gt;</w:t>
        <w:br/>
        <w:t>Вас, злодіїв…&lt;br /&gt;</w:t>
        <w:br/>
        <w:t>Староста&lt;br /&gt;</w:t>
        <w:br/>
        <w:t>Марино! Мила, люба!!&lt;br /&gt;</w:t>
        <w:br/>
        <w:t>Коли хоч трохи ти мене кохаєш,&lt;br /&gt;</w:t>
        <w:br/>
        <w:t>Змилуйся, не нагадуй; хоч і мусиш&lt;br /&gt;</w:t>
        <w:br/>
        <w:t>Нагадувать: я не один в сім винен.&lt;br /&gt;</w:t>
        <w:br/>
        <w:t>Не я старший, не нарікай на мене&lt;br /&gt;</w:t>
        <w:br/>
        <w:t>Одного…&lt;br /&gt;</w:t>
        <w:br/>
        <w:t>Марина&lt;br /&gt;</w:t>
        <w:br/>
        <w:t>Ти в сім винен, ти в сім винен! –&lt;br /&gt;</w:t>
        <w:br/>
        <w:t>Бо ти старший у всім Переяславі.&lt;br /&gt;</w:t>
        <w:br/>
        <w:t>Між тим в Переяславі жидова&lt;br /&gt;</w:t>
        <w:br/>
        <w:t>На одкупі церкви святії держить,&lt;br /&gt;</w:t>
        <w:br/>
        <w:t>Ксьондзи на людях їздять до костьолу,&lt;br /&gt;</w:t>
        <w:br/>
        <w:t>І кожний день десятки неповинних&lt;br /&gt;</w:t>
        <w:br/>
        <w:t>В тортурах або з голоду здихають…&lt;br /&gt;</w:t>
        <w:br/>
        <w:t>Весь Переяслав стражда і бідує,&lt;br /&gt;</w:t>
        <w:br/>
        <w:t>А ти старший у всім Переяславі!!!&lt;br /&gt;</w:t>
        <w:br/>
        <w:t>Староста&lt;br /&gt;</w:t>
        <w:br/>
        <w:t>(кидається навколішки)&lt;br /&gt;</w:t>
        <w:br/>
        <w:t>Марино, пошануй!..&lt;br /&gt;</w:t>
        <w:br/>
        <w:t>Марина&lt;br /&gt;</w:t>
        <w:br/>
        <w:t>Ви шанували&lt;br /&gt;</w:t>
        <w:br/>
        <w:t>Нещасних руських, як у вас прохались?&lt;br /&gt;</w:t>
        <w:br/>
        <w:t>Пошанував сьогодні ти ту жінку,&lt;br /&gt;</w:t>
        <w:br/>
        <w:t>Що привели до тебе? І за те,&lt;br /&gt;</w:t>
        <w:br/>
        <w:t>Що бідна нишком напекла пасок,&lt;br /&gt;</w:t>
        <w:br/>
        <w:t>Ти на три дні її всадив у льох…&lt;br /&gt;</w:t>
        <w:br/>
        <w:t>На три дні празників!.. Пошанував!!&lt;br /&gt;</w:t>
        <w:br/>
        <w:t>Староста&lt;br /&gt;</w:t>
        <w:br/>
        <w:t>Марино! Лихо!..&lt;br /&gt;</w:t>
        <w:br/>
        <w:t>Біда мені! Мороз дере!.. Пусти!&lt;br /&gt;</w:t>
        <w:br/>
        <w:t>Пусти… Ходімо швидче!..&lt;br /&gt;</w:t>
        <w:br/>
        <w:t>Марина&lt;br /&gt;</w:t>
        <w:br/>
        <w:t>Стій, Францішку!&lt;br /&gt;</w:t>
        <w:br/>
        <w:t>Ще я тобі скажу, зачим сюди&lt;br /&gt;</w:t>
        <w:br/>
        <w:t>Тебе я привела. Вночі сьогодні&lt;br /&gt;</w:t>
        <w:br/>
        <w:t>Лисенко, брат покійний, появився&lt;br /&gt;</w:t>
        <w:br/>
        <w:t>І став над постіллю моєю. Страшно&lt;br /&gt;</w:t>
        <w:br/>
        <w:t>Текла із його кров; увесь на ранах,&lt;br /&gt;</w:t>
        <w:br/>
        <w:t>Посічений, опалений, без ока,&lt;br /&gt;</w:t>
        <w:br/>
        <w:t>Став він передо мною. Я злякалась,&lt;br /&gt;</w:t>
        <w:br/>
        <w:t>Підняла крик… Він підійшов до мене&lt;br /&gt;</w:t>
        <w:br/>
        <w:t>І так казав: "Не бійся, сестро! Сором&lt;br /&gt;</w:t>
        <w:br/>
        <w:t>Твій знаю; але не прийшов того,&lt;br /&gt;</w:t>
        <w:br/>
        <w:t>Щоб попрікать тебе. Сеї ночі,&lt;br /&gt;</w:t>
        <w:br/>
        <w:t>Коли задзвонять у костьолі, ти&lt;br /&gt;</w:t>
        <w:br/>
        <w:t>Свого коханка приведи до Альти.&lt;br /&gt;</w:t>
        <w:br/>
        <w:t>Там покажусь йому…"&lt;br /&gt;</w:t>
        <w:br/>
        <w:t>Староста&lt;br /&gt;</w:t>
        <w:br/>
        <w:t>А от і дзвонять!&lt;br /&gt;</w:t>
        <w:br/>
        <w:t>Ні, мабуть, він пожартував з тобою.&lt;br /&gt;</w:t>
        <w:br/>
        <w:t>Немає, бач, і досі! Ну, ходімо!&lt;br /&gt;</w:t>
        <w:br/>
        <w:t>Марина&lt;br /&gt;</w:t>
        <w:br/>
        <w:t>(вихватує у його шаблю і біга, махаючи нею)&lt;br /&gt;</w:t>
        <w:br/>
        <w:t>Так! Дзвонять, дзвонять, дзвонять!!! Гей, злітайтесь&lt;br /&gt;</w:t>
        <w:br/>
        <w:t>Ви, чорні ворони, на Переяслав!&lt;br /&gt;</w:t>
        <w:br/>
        <w:t>Тут добра вам потала буде!!! Дзвонять!!!&lt;br /&gt;</w:t>
        <w:br/>
        <w:t>Се дзвонять ще до церкви… Католики&lt;br /&gt;</w:t>
        <w:br/>
        <w:t>Збираються молитись Богу тихо…&lt;br /&gt;</w:t>
        <w:br/>
        <w:t>А що, як інколи задзвонять інак, –&lt;br /&gt;</w:t>
        <w:br/>
        <w:t>Задзвонять так, що в кожного поляка&lt;br /&gt;</w:t>
        <w:br/>
        <w:t>Волосся настоборщаться?! А, бачиш,&lt;br /&gt;</w:t>
        <w:br/>
        <w:t>Дзвонили так, ти сам казав, по інших&lt;br /&gt;</w:t>
        <w:br/>
        <w:t>Вкраїнських городах…&lt;br /&gt;</w:t>
        <w:br/>
        <w:t>Староста&lt;br /&gt;</w:t>
        <w:br/>
        <w:t>Ох, що се? що се?&lt;br /&gt;</w:t>
        <w:br/>
        <w:t>По всіх церквах вже й руських дзвонять…&lt;br /&gt;</w:t>
        <w:br/>
        <w:t>Марина&lt;br /&gt;</w:t>
        <w:br/>
        <w:t>Дзвонять!!&lt;br /&gt;</w:t>
        <w:br/>
        <w:t>(Регочеться).&lt;br /&gt;</w:t>
        <w:br/>
        <w:t>Буває страшний дзвін, як, разом з дзвоном,&lt;br /&gt;</w:t>
        <w:br/>
        <w:t>Скрізь понесеться: "Смерть ляхам!!"&lt;br /&gt;</w:t>
        <w:br/>
        <w:t>Галас&lt;br /&gt;</w:t>
        <w:br/>
        <w:t>Смерть ворогам!!!&lt;br /&gt;</w:t>
        <w:br/>
        <w:t>Пожар, гул, крик, плач.&lt;br /&gt;</w:t>
        <w:br/>
        <w:t>Староста&lt;br /&gt;</w:t>
        <w:br/>
        <w:t>Ізрада! Чвара!&lt;br /&gt;</w:t>
        <w:br/>
        <w:t>Марина&lt;br /&gt;</w:t>
        <w:br/>
        <w:t>Ні, – розправа! Помста!&lt;br /&gt;</w:t>
        <w:br/>
        <w:t>Багато лиха руські одбували,&lt;br /&gt;</w:t>
        <w:br/>
        <w:t>Нехай тепер поплатяться й ляхи!..&lt;br /&gt;</w:t>
        <w:br/>
        <w:t>Староста&lt;br /&gt;</w:t>
        <w:br/>
        <w:t>Марино! Шаблю, шаблю!..&lt;br /&gt;</w:t>
        <w:br/>
        <w:t>Марина&lt;br /&gt;</w:t>
        <w:br/>
        <w:t>Ні! Не дам&lt;br /&gt;</w:t>
        <w:br/>
        <w:t>Тобі я шаблі!&lt;br /&gt;</w:t>
        <w:br/>
        <w:t>(Кидає в річку).&lt;br /&gt;</w:t>
        <w:br/>
        <w:t>В Альту! Хай&lt;br /&gt;</w:t>
        <w:br/>
        <w:t>Лежить вона на пам’ять нашим внукам!..&lt;br /&gt;</w:t>
        <w:br/>
        <w:t>Так, милий мій, коханий мій Францішку!&lt;br /&gt;</w:t>
        <w:br/>
        <w:t>Нема надії, ми загинем вмісті,&lt;br /&gt;</w:t>
        <w:br/>
        <w:t>Загинем разом! День страшний настиг:&lt;br /&gt;</w:t>
        <w:br/>
        <w:t>Лисенко встав із домовини, грізно&lt;br /&gt;</w:t>
        <w:br/>
        <w:t>Гукнув-крикнув на грізную кравчину…&lt;br /&gt;</w:t>
        <w:br/>
        <w:t>Уранці Переяслав слобониться;&lt;br /&gt;</w:t>
        <w:br/>
        <w:t>Сьогодні пощитаються з ляхами.&lt;br /&gt;</w:t>
        <w:br/>
        <w:t>Староста&lt;br /&gt;</w:t>
        <w:br/>
        <w:t>Марино! Що се?!&lt;br /&gt;</w:t>
        <w:br/>
        <w:t>Марина&lt;br /&gt;</w:t>
        <w:br/>
        <w:t>Помста і слобода!&lt;br /&gt;</w:t>
        <w:br/>
        <w:t>Староста&lt;br /&gt;</w:t>
        <w:br/>
        <w:t>Куда мені біжати? Що робити?&lt;br /&gt;</w:t>
        <w:br/>
        <w:t>Пожар! Різня!..&lt;br /&gt;</w:t>
        <w:br/>
        <w:t>Марина&lt;br /&gt;</w:t>
        <w:br/>
        <w:t>І помста, і слобода!&lt;br /&gt;</w:t>
        <w:br/>
        <w:t>Староста&lt;br /&gt;</w:t>
        <w:br/>
        <w:t>Змія!! Я задушу тебе!! Ти перша&lt;br /&gt;</w:t>
        <w:br/>
        <w:t>Ізгинеш…&lt;br /&gt;</w:t>
        <w:br/>
        <w:t>Марина&lt;br /&gt;</w:t>
        <w:br/>
        <w:t>Перша, із тобою вкупі.&lt;br /&gt;</w:t>
        <w:br/>
        <w:t>Ось зараз налетять сюди козаки,&lt;br /&gt;</w:t>
        <w:br/>
        <w:t>Лисенко й Герцик. Тут, обнявшись кріпко,&lt;br /&gt;</w:t>
        <w:br/>
        <w:t>Ми згинем вкупі: я тебе кохала&lt;br /&gt;</w:t>
        <w:br/>
        <w:t>І за кохання згину.&lt;br /&gt;</w:t>
        <w:br/>
        <w:t>Староста&lt;br /&gt;</w:t>
        <w:br/>
        <w:t>Мати божа!!!&lt;br /&gt;</w:t>
        <w:br/>
        <w:t>Марина&lt;br /&gt;</w:t>
        <w:br/>
        <w:t>Молитись дарма! Божий суд настигнув!&lt;br /&gt;</w:t>
        <w:br/>
        <w:t>Староста&lt;br /&gt;</w:t>
        <w:br/>
        <w:t>Марино, серце! Що ти робиш?!&lt;br /&gt;</w:t>
        <w:br/>
        <w:t>Марина&lt;br /&gt;</w:t>
        <w:br/>
        <w:t>Те, що&lt;br /&gt;</w:t>
        <w:br/>
        <w:t>Робить я мушу. Як дівчина руська –&lt;br /&gt;</w:t>
        <w:br/>
        <w:t>Я помогла братам своїм і ляха&lt;br /&gt;</w:t>
        <w:br/>
        <w:t>Старшого привела на згубу руським,&lt;br /&gt;</w:t>
        <w:br/>
        <w:t>А як твоя коханка – вмісті згину&lt;br /&gt;</w:t>
        <w:br/>
        <w:t>Під руськими шаблюками.&lt;br /&gt;</w:t>
        <w:br/>
        <w:t>Староста&lt;br /&gt;</w:t>
        <w:br/>
        <w:t>Я чую –&lt;br /&gt;</w:t>
        <w:br/>
        <w:t>Сюди біжать… В мене немає шаблі…&lt;br /&gt;</w:t>
        <w:br/>
        <w:t>Немає бережіння… Лихо! Смерть!..&lt;br /&gt;</w:t>
        <w:br/>
        <w:t>Марино! Що ти наробила?&lt;br /&gt;</w:t>
        <w:br/>
        <w:t>Марина&lt;br /&gt;</w:t>
        <w:br/>
        <w:t>Серце&lt;br /&gt;</w:t>
        <w:br/>
        <w:t>Моє! Мій милий! Мій коханий! Мій&lt;br /&gt;</w:t>
        <w:br/>
        <w:t>Францішку вічно любий!.. Чую, чую!&lt;br /&gt;</w:t>
        <w:br/>
        <w:t>Йде смерть до нас!.. О серце, дай прилипнем&lt;br /&gt;</w:t>
        <w:br/>
        <w:t>Губами дружка к дружці і загинем!..&lt;br /&gt;</w:t>
        <w:br/>
        <w:t>(Кидається йому на шию і цілує його).</w:t>
      </w:r>
    </w:p>
    <w:p>
      <w:r>
        <w:br/>
        <w:t>Сцена 8&lt;br /&gt;</w:t>
        <w:br/>
        <w:t>Микола Костомаров&lt;br /&gt;</w:t>
        <w:br/>
        <w:t>Лисенко, Герцик, козаки з списами, з ліхтарнями, з шаблями прибігають товпою.&lt;br /&gt;</w:t>
        <w:br/>
        <w:t>Лисенко&lt;br /&gt;</w:t>
        <w:br/>
        <w:t>Тут, тут вони! Сестра не обманила!&lt;br /&gt;</w:t>
        <w:br/>
        <w:t>Герцик&lt;br /&gt;</w:t>
        <w:br/>
        <w:t>(кидається з шаблею на старосту)&lt;br /&gt;</w:t>
        <w:br/>
        <w:t>А, злодій! А!.. Добравсь до тебе!..&lt;br /&gt;</w:t>
        <w:br/>
        <w:t>(Хоче його ударить, та, побачивши, що Марина його обіймає, встановився).&lt;br /&gt;</w:t>
        <w:br/>
        <w:t>Марина&lt;br /&gt;</w:t>
        <w:br/>
        <w:t>Бий… Що ж ти став, Семене? Бий нас двох!&lt;br /&gt;</w:t>
        <w:br/>
        <w:t>Герцик&lt;br /&gt;</w:t>
        <w:br/>
        <w:t>Марино!.. Що се? Ти його цілуєш!!&lt;br /&gt;</w:t>
        <w:br/>
        <w:t>Марина&lt;br /&gt;</w:t>
        <w:br/>
        <w:t>А що ж таке, що я його цілую?&lt;br /&gt;</w:t>
        <w:br/>
        <w:t>Коли його заб'єш, я жить не хочу!&lt;br /&gt;</w:t>
        <w:br/>
        <w:t>Бий нас обох!.. Бий, ласкав будь, Семене!..&lt;br /&gt;</w:t>
        <w:br/>
        <w:t>Герцик&lt;br /&gt;</w:t>
        <w:br/>
        <w:t>Чи я оце зустріти думав?.. Боже&lt;br /&gt;</w:t>
        <w:br/>
        <w:t>Мій милий… Ти, моя Марина люба,&lt;br /&gt;</w:t>
        <w:br/>
        <w:t>Моя невіста, котру я кохаю&lt;br /&gt;</w:t>
        <w:br/>
        <w:t>Одну на світі, для котрої чвару&lt;br /&gt;</w:t>
        <w:br/>
        <w:t>Почать рішився…&lt;br /&gt;</w:t>
        <w:br/>
        <w:t>Марина&lt;br /&gt;</w:t>
        <w:br/>
        <w:t>О душа нікчемна!!!&lt;br /&gt;</w:t>
        <w:br/>
        <w:t>Так ти не за своїх братів недолю,&lt;br /&gt;</w:t>
        <w:br/>
        <w:t>Не за родину шаблю піднімаєш —&lt;br /&gt;</w:t>
        <w:br/>
        <w:t>За дівчину, паскудний бахур!.. Знай же,&lt;br /&gt;</w:t>
        <w:br/>
        <w:t>І ви всі знайте, добрі люде. Правду&lt;br /&gt;</w:t>
        <w:br/>
        <w:t>Скажу вам перед смертю. Я Семена&lt;br /&gt;</w:t>
        <w:br/>
        <w:t>І не люблю, ніколи і не хочу&lt;br /&gt;</w:t>
        <w:br/>
        <w:t>Любить! От мій Францішек милий, любий,&lt;br /&gt;</w:t>
        <w:br/>
        <w:t>Із ним радніша вмерти. Брате, чуєш?&lt;br /&gt;</w:t>
        <w:br/>
        <w:t>Я діло сповнила своє, сповняй же&lt;br /&gt;</w:t>
        <w:br/>
        <w:t>І ти своє!&lt;br /&gt;</w:t>
        <w:br/>
        <w:t>(Обнімає Францішка).&lt;br /&gt;</w:t>
        <w:br/>
        <w:t>Убийте нас укупі!&lt;br /&gt;</w:t>
        <w:br/>
        <w:t>Лисенко&lt;br /&gt;</w:t>
        <w:br/>
        <w:t>Гей, хлопці! Розлучіть їх!</w:t>
      </w:r>
    </w:p>
    <w:p>
      <w:r>
        <w:br/>
        <w:t>Сцена 9&lt;br /&gt;</w:t>
        <w:br/>
        <w:t>Микола Костомаров&lt;br /&gt;</w:t>
        <w:br/>
        <w:t>Анастасій&lt;br /&gt;</w:t>
        <w:br/>
        <w:t>(убігає)&lt;br /&gt;</w:t>
        <w:br/>
        <w:t>Горе! Горе!&lt;br /&gt;</w:t>
        <w:br/>
        <w:t>Гнів божий обертається на гордих!&lt;br /&gt;</w:t>
        <w:br/>
        <w:t>Рука господня помстників карає!&lt;br /&gt;</w:t>
        <w:br/>
        <w:t>Лисенко&lt;br /&gt;</w:t>
        <w:br/>
        <w:t>Що ти, панотче?&lt;br /&gt;</w:t>
        <w:br/>
        <w:t>Анастасій&lt;br /&gt;</w:t>
        <w:br/>
        <w:t>Пошануйте, ради&lt;br /&gt;</w:t>
        <w:br/>
        <w:t>Христового святого воскресения!&lt;br /&gt;</w:t>
        <w:br/>
        <w:t>Жиди боялись тіла у суботу&lt;br /&gt;</w:t>
        <w:br/>
        <w:t>Зоставить на хресті. Ви, християне,&lt;br /&gt;</w:t>
        <w:br/>
        <w:t>В ту ніч, коли Спаситель, люби наша,&lt;br /&gt;</w:t>
        <w:br/>
        <w:t>Замучений за грішних чоловіків,&lt;br /&gt;</w:t>
        <w:br/>
        <w:t>Воскрес і сущим в гробі дарував&lt;br /&gt;</w:t>
        <w:br/>
        <w:t>Живот, ви кров ллєте й пожар підняли!..&lt;br /&gt;</w:t>
        <w:br/>
        <w:t>Народ, як дикий звір, розлютувавсь,&lt;br /&gt;</w:t>
        <w:br/>
        <w:t>Все б’є, і ріже, й палить… Бідні діти&lt;br /&gt;</w:t>
        <w:br/>
        <w:t>Об каменюки розбиває!.. Горе&lt;br /&gt;</w:t>
        <w:br/>
        <w:t>Та лихо нам! Ох, пошануйте, братці!..&lt;br /&gt;</w:t>
        <w:br/>
        <w:t>Лисенко&lt;br /&gt;</w:t>
        <w:br/>
        <w:t>Панотче, дарма просиш!&lt;br /&gt;</w:t>
        <w:br/>
        <w:t>Анастасій&lt;br /&gt;</w:t>
        <w:br/>
        <w:t>Діти! Братці!&lt;br /&gt;</w:t>
        <w:br/>
        <w:t>Ви закаляли празник божий… Ви&lt;br /&gt;</w:t>
        <w:br/>
        <w:t>Глумуєтесь із божой благодаті.&lt;br /&gt;</w:t>
        <w:br/>
        <w:t>Ви зводите його святую ласку! Горе&lt;br /&gt;</w:t>
        <w:br/>
        <w:t>І лихо помстникам!..&lt;br /&gt;</w:t>
        <w:br/>
        <w:t>Герцик&lt;br /&gt;</w:t>
        <w:br/>
        <w:t>Панотче!!&lt;br /&gt;</w:t>
        <w:br/>
        <w:t>Анастасій&lt;br /&gt;</w:t>
        <w:br/>
        <w:t>Не позирай на мене так гнівливо,&lt;br /&gt;</w:t>
        <w:br/>
        <w:t>Щоб Бог на тебе не поглянув так же.&lt;br /&gt;</w:t>
        <w:br/>
        <w:t>Бо я вже бачу: много світового&lt;br /&gt;</w:t>
        <w:br/>
        <w:t>Добра тебе позбавив він сьогодні!&lt;br /&gt;</w:t>
        <w:br/>
        <w:t>Семене! Ти полковник переяславський!&lt;br /&gt;</w:t>
        <w:br/>
        <w:t>Ти маєш волю: пошануй ляхів!&lt;br /&gt;</w:t>
        <w:br/>
        <w:t>Герцик відвертається, Анастасій прийма його за руку.&lt;br /&gt;</w:t>
        <w:br/>
        <w:t>Семене! Ти ще молодий, ще мало&lt;br /&gt;</w:t>
        <w:br/>
        <w:t>Господь тобі на світі дав пожити,&lt;br /&gt;</w:t>
        <w:br/>
        <w:t>Ще мало твоє серце одбуло… Тепер&lt;br /&gt;</w:t>
        <w:br/>
        <w:t>Для його наступа дві радості, і перша –&lt;br /&gt;</w:t>
        <w:br/>
        <w:t>То християнська радість, щоб простити&lt;br /&gt;</w:t>
        <w:br/>
        <w:t>Своїм врагам. Ти ще її не знаєш!&lt;br /&gt;</w:t>
        <w:br/>
        <w:t>А друга – то диявольськая радість,&lt;br /&gt;</w:t>
        <w:br/>
        <w:t>Щоби потішитись над їх бідою: ти&lt;br /&gt;</w:t>
        <w:br/>
        <w:t>Не знаєш і сеї… Ох, брате! Друга&lt;br /&gt;</w:t>
        <w:br/>
        <w:t>Тобі здається приязніше першой!..&lt;br /&gt;</w:t>
        <w:br/>
        <w:t>Семене, ти ще молодий!.. Ох, друга&lt;br /&gt;</w:t>
        <w:br/>
        <w:t>Страшная радість і недовга, скоро&lt;br /&gt;</w:t>
        <w:br/>
        <w:t>Її туга і мука заміняє –&lt;br /&gt;</w:t>
        <w:br/>
        <w:t>А перша радість продовжиться довго,&lt;br /&gt;</w:t>
        <w:br/>
        <w:t>Весь вік твій буде розважать тебе&lt;br /&gt;</w:t>
        <w:br/>
        <w:t>І після смерті в вічну райську радість&lt;br /&gt;</w:t>
        <w:br/>
        <w:t>Перейде… Змилосердися, Семене!&lt;br /&gt;</w:t>
        <w:br/>
        <w:t>Галас&lt;br /&gt;</w:t>
        <w:br/>
        <w:t>Ге! Бісів син! Тепер прохатись вмієш?&lt;br /&gt;</w:t>
        <w:br/>
        <w:t>А як колись мій батько у тортурах&lt;br /&gt;</w:t>
        <w:br/>
        <w:t>Прохавсь! Забув?! В вогонь, розсучий сине!..&lt;br /&gt;</w:t>
        <w:br/>
        <w:t>Герцик&lt;br /&gt;</w:t>
        <w:br/>
        <w:t>Панотче, чуєш?&lt;br /&gt;</w:t>
        <w:br/>
        <w:t>Анастасій&lt;br /&gt;</w:t>
        <w:br/>
        <w:t>Чую, синку!.. Чую…&lt;br /&gt;</w:t>
        <w:br/>
        <w:t>Ти спом’янув і про свого отця,&lt;br /&gt;</w:t>
        <w:br/>
        <w:t>Що мученицьку смерть прийняв за правду…&lt;br /&gt;</w:t>
        <w:br/>
        <w:t>Його душа тепер у божім царстві&lt;br /&gt;</w:t>
        <w:br/>
        <w:t>Ликує; з ангелами… Не турбуй&lt;br /&gt;</w:t>
        <w:br/>
        <w:t>Її покоя помстою. О, гірко&lt;br /&gt;</w:t>
        <w:br/>
        <w:t>Душі на світі тім, коли на сім&lt;br /&gt;</w:t>
        <w:br/>
        <w:t>Гріх за її творять! Тепер твій батько&lt;br /&gt;</w:t>
        <w:br/>
        <w:t>І в царстві невеселий став… Він бачить,&lt;br /&gt;</w:t>
        <w:br/>
        <w:t>Що ти за його хочеш відомщати;&lt;br /&gt;</w:t>
        <w:br/>
        <w:t>А праведнії душі дуже плачуть,&lt;br /&gt;</w:t>
        <w:br/>
        <w:t>Коли побачать, що на світі роблять&lt;br /&gt;</w:t>
        <w:br/>
        <w:t>Худеє кровні їх… Семене, синку!&lt;br /&gt;</w:t>
        <w:br/>
        <w:t>Ради душі покійника отця,&lt;br /&gt;</w:t>
        <w:br/>
        <w:t>Ради спасенія твоїй душі…&lt;br /&gt;</w:t>
        <w:br/>
        <w:t>Ось я, старий, аж в ніжки поклонюся&lt;br /&gt;</w:t>
        <w:br/>
        <w:t>Тобі – змилуйся! Пошануй!.. Слізьми&lt;br /&gt;</w:t>
        <w:br/>
        <w:t>Всі ноги обіллю тобі – змилуйся!..&lt;br /&gt;</w:t>
        <w:br/>
        <w:t>(Становиться навколішки).&lt;br /&gt;</w:t>
        <w:br/>
        <w:t>Герцик&lt;br /&gt;</w:t>
        <w:br/>
        <w:t>Панотче, встань! Що-бо ти робиш се?&lt;br /&gt;</w:t>
        <w:br/>
        <w:t>Анастасій&lt;br /&gt;</w:t>
        <w:br/>
        <w:t>Ні, я не встану – буду тут лежати,&lt;br /&gt;</w:t>
        <w:br/>
        <w:t>Поки або тебе вблагаю в ласку,&lt;br /&gt;</w:t>
        <w:br/>
        <w:t>Або заб’єш мене… Ти чоловік,&lt;br /&gt;</w:t>
        <w:br/>
        <w:t>Ти християнин… Змилосердись, синку,&lt;br /&gt;</w:t>
        <w:br/>
        <w:t>Коханий брате, батьку милий мій,&lt;br /&gt;</w:t>
        <w:br/>
        <w:t>Змилуйся!..&lt;br /&gt;</w:t>
        <w:br/>
        <w:t>(Кланяється до ніг).&lt;br /&gt;</w:t>
        <w:br/>
        <w:t>Герцик&lt;br /&gt;</w:t>
        <w:br/>
        <w:t>(кидається до його навколішки)&lt;br /&gt;</w:t>
        <w:br/>
        <w:t>Устань, свята душа… Я винен, винен!!&lt;br /&gt;</w:t>
        <w:br/>
        <w:t>Ох, я тебе зобидив… Ох, прости&lt;br /&gt;</w:t>
        <w:br/>
        <w:t>Дурного! Бачу я: великий гріх&lt;br /&gt;</w:t>
        <w:br/>
        <w:t>Мені!.. Прости мене…&lt;br /&gt;</w:t>
        <w:br/>
        <w:t>Анастасій&lt;br /&gt;</w:t>
        <w:br/>
        <w:t>Ні, ти не винен…&lt;br /&gt;</w:t>
        <w:br/>
        <w:t>Крий Боже, ти не винен! Я прощаю&lt;br /&gt;</w:t>
        <w:br/>
        <w:t>Тобі усе – уваж же й ти!.. О, ради&lt;br /&gt;</w:t>
        <w:br/>
        <w:t>Христа, змилуйся… Погляди, із кожною&lt;br /&gt;</w:t>
        <w:br/>
        <w:t>Часинкою десятки душ там гибнуть…&lt;br /&gt;</w:t>
        <w:br/>
        <w:t>Герцик&lt;br /&gt;</w:t>
        <w:br/>
        <w:t>Панотче… Що мені робити?.. Я&lt;br /&gt;</w:t>
        <w:br/>
        <w:t>Не властен, є старший: прохай Лисенка!&lt;br /&gt;</w:t>
        <w:br/>
        <w:t>Анастасій&lt;br /&gt;</w:t>
        <w:br/>
        <w:t>Лисенку!.. Змилосердись!&lt;br /&gt;</w:t>
        <w:br/>
        <w:t>Лисенко&lt;br /&gt;</w:t>
        <w:br/>
        <w:t>Годі, годі!&lt;br /&gt;</w:t>
        <w:br/>
        <w:t>Сього не буде!&lt;br /&gt;</w:t>
        <w:br/>
        <w:t>Анастасій&lt;br /&gt;</w:t>
        <w:br/>
        <w:t>Не гріши, не вводь&lt;br /&gt;</w:t>
        <w:br/>
        <w:t>Своєй душі у напасть… Мало літ&lt;br /&gt;</w:t>
        <w:br/>
        <w:t>Вже, може, жить тобі: пора подумать!&lt;br /&gt;</w:t>
        <w:br/>
        <w:t>День прийде, коли Бог тебе заставить&lt;br /&gt;</w:t>
        <w:br/>
        <w:t>Дать одповіт за все твоє життя.&lt;br /&gt;</w:t>
        <w:br/>
        <w:t>Ох, тяжко буде в день той одвічати!&lt;br /&gt;</w:t>
        <w:br/>
        <w:t>І рани не спасуть тоді тебе!..&lt;br /&gt;</w:t>
        <w:br/>
        <w:t>Лисенко&lt;br /&gt;</w:t>
        <w:br/>
        <w:t>Ще раз тобі скажу: сього не буде.&lt;br /&gt;</w:t>
        <w:br/>
        <w:t>Анастасій&lt;br /&gt;</w:t>
        <w:br/>
        <w:t>(кидається йому в ноги)&lt;br /&gt;</w:t>
        <w:br/>
        <w:t>Ні, буде! буде!.. Чи хіба не жінка&lt;br /&gt;</w:t>
        <w:br/>
        <w:t>Тебе вигодувала? Чи ти в лісі&lt;br /&gt;</w:t>
        <w:br/>
        <w:t>Родивсь між звір’ям? Чи в тобі немає&lt;br /&gt;</w:t>
        <w:br/>
        <w:t>І серця чоловічого?.. Лисенко!&lt;br /&gt;</w:t>
        <w:br/>
        <w:t>Багацько крові й сліз, що ти пролив,&lt;br /&gt;</w:t>
        <w:br/>
        <w:t>Пред Богом справедливим ізібралось…&lt;br /&gt;</w:t>
        <w:br/>
        <w:t>Багацько ти проти закона діяв…&lt;br /&gt;</w:t>
        <w:br/>
        <w:t>Одно хоч добре діло на віку&lt;br /&gt;</w:t>
        <w:br/>
        <w:t>Своем зроби – і Бог тобі простить…&lt;br /&gt;</w:t>
        <w:br/>
        <w:t>Простить! Одна сльоза, що проливає&lt;br /&gt;</w:t>
        <w:br/>
        <w:t>З покути грішник, істирає гріх,&lt;br /&gt;</w:t>
        <w:br/>
        <w:t>І злодій робиться вп’ять сином божим.&lt;br /&gt;</w:t>
        <w:br/>
        <w:t>Змилуйся!..&lt;br /&gt;</w:t>
        <w:br/>
        <w:t>Лисенко&lt;br /&gt;</w:t>
        <w:br/>
        <w:t>Сього не буде!&lt;br /&gt;</w:t>
        <w:br/>
        <w:t>Анастасій&lt;br /&gt;</w:t>
        <w:br/>
        <w:t>Змилуйсь!..&lt;br /&gt;</w:t>
        <w:br/>
        <w:t>Лисенко&lt;br /&gt;</w:t>
        <w:br/>
        <w:t>Хоч не проси – сього не буде.&lt;br /&gt;</w:t>
        <w:br/>
        <w:t>Герцик&lt;br /&gt;</w:t>
        <w:br/>
        <w:t>І я із їм тебе прохати хочу.&lt;br /&gt;</w:t>
        <w:br/>
        <w:t>Він правду каже – нащо гріх нам брати&lt;br /&gt;</w:t>
        <w:br/>
        <w:t>На душу?.. Бог оп’ять за се скарає.&lt;br /&gt;</w:t>
        <w:br/>
        <w:t>Лисенко&lt;br /&gt;</w:t>
        <w:br/>
        <w:t>Ти просиш визволить ляхів?&lt;br /&gt;</w:t>
        <w:br/>
        <w:t>Герцик&lt;br /&gt;</w:t>
        <w:br/>
        <w:t>Еге.&lt;br /&gt;</w:t>
        <w:br/>
        <w:t>Лисенко&lt;br /&gt;</w:t>
        <w:br/>
        <w:t>Ти баба – не козак! Гей, хлопці! Хлопці!&lt;br /&gt;</w:t>
        <w:br/>
        <w:t>Озьміть оцього рюму од мене&lt;br /&gt;</w:t>
        <w:br/>
        <w:t>І закажіть, щоб швидче всіх губили!&lt;br /&gt;</w:t>
        <w:br/>
        <w:t>Всіх перерізать до півночі! Так,&lt;br /&gt;</w:t>
        <w:br/>
        <w:t>Кричіть, що я велю…&lt;br /&gt;</w:t>
        <w:br/>
        <w:t>Анастасій&lt;br /&gt;</w:t>
        <w:br/>
        <w:t>(встає і одвертається)&lt;br /&gt;</w:t>
        <w:br/>
        <w:t>Тепер хоч годі!&lt;br /&gt;</w:t>
        <w:br/>
        <w:t>Роби, як знаєш. Я іду відсіль…&lt;br /&gt;</w:t>
        <w:br/>
        <w:t>Піду у ліс або в болото. Лучче&lt;br /&gt;</w:t>
        <w:br/>
        <w:t>З гадюками, з вовками жити, ніж&lt;br /&gt;</w:t>
        <w:br/>
        <w:t>З тобою!..&lt;br /&gt;</w:t>
        <w:br/>
        <w:t>(Йде пріч).&lt;br /&gt;</w:t>
        <w:br/>
        <w:t>Лисенко&lt;br /&gt;</w:t>
        <w:br/>
        <w:t>(довго дума; потім обертається, дивиться пильно у ту сторону, де пожар і різня; потім підходить до Анастасія і тихо говорить)&lt;br /&gt;</w:t>
        <w:br/>
        <w:t>Панотче! Ти казав – багацько крові&lt;br /&gt;</w:t>
        <w:br/>
        <w:t>І сліз зібралось перед Богом. Правда!&lt;br /&gt;</w:t>
        <w:br/>
        <w:t>Багато. Що, як я їх пошаную,&lt;br /&gt;</w:t>
        <w:br/>
        <w:t>Простить мені Господь?.. Кажи тихенько!&lt;br /&gt;</w:t>
        <w:br/>
        <w:t>Анастасій&lt;br /&gt;</w:t>
        <w:br/>
        <w:t>Простить, усе простить.&lt;br /&gt;</w:t>
        <w:br/>
        <w:t>Лисенко&lt;br /&gt;</w:t>
        <w:br/>
        <w:t>(трошки подумавши, кричить)&lt;br /&gt;</w:t>
        <w:br/>
        <w:t>Гей, хлопці!&lt;br /&gt;</w:t>
        <w:br/>
        <w:t>Біжіть, щоб зараз перестали різать&lt;br /&gt;</w:t>
        <w:br/>
        <w:t>Ляхів! Щоб всіх живцем зібрали&lt;br /&gt;</w:t>
        <w:br/>
        <w:t>І дожидались ранка.&lt;br /&gt;</w:t>
        <w:br/>
        <w:t>Хлопці біжать.&lt;br /&gt;</w:t>
        <w:br/>
        <w:t>Правда, правда!&lt;br /&gt;</w:t>
        <w:br/>
        <w:t>Пора знести покуту…&lt;br /&gt;</w:t>
        <w:br/>
        <w:t>Герцик&lt;br /&gt;</w:t>
        <w:br/>
        <w:t>Брате рідний!..&lt;br /&gt;</w:t>
        <w:br/>
        <w:t>Анастасій&lt;br /&gt;</w:t>
        <w:br/>
        <w:t>Спасенная душа!..&lt;br /&gt;</w:t>
        <w:br/>
        <w:t>Анастасій і Герцик обіймають його.&lt;br /&gt;</w:t>
        <w:br/>
        <w:t>У сей час радість&lt;br /&gt;</w:t>
        <w:br/>
        <w:t>Великая на небі настає…&lt;br /&gt;</w:t>
        <w:br/>
        <w:t>Моліться, діти!&lt;br /&gt;</w:t>
        <w:br/>
        <w:t>Герцик і Лисенко скільки там разів хрестяться на схід сонця.&lt;br /&gt;</w:t>
        <w:br/>
        <w:t>Лисенко&lt;br /&gt;</w:t>
        <w:br/>
        <w:t>(обтирає сльози)&lt;br /&gt;</w:t>
        <w:br/>
        <w:t>Швидче, швидче, хлопці!&lt;br /&gt;</w:t>
        <w:br/>
        <w:t>Біжіть іще і зупиняйте їх!&lt;br /&gt;</w:t>
        <w:br/>
        <w:t>Кричіть, що я "велів всіх шанувати!..&lt;br /&gt;</w:t>
        <w:br/>
        <w:t>Панотче! Дай, я руку поцілую&lt;br /&gt;</w:t>
        <w:br/>
        <w:t>Тобі, мому спасителю. Ти серце&lt;br /&gt;</w:t>
        <w:br/>
        <w:t>Мені звернув, ти з Богом помирив&lt;br /&gt;</w:t>
        <w:br/>
        <w:t>Мене… Святий!&lt;br /&gt;</w:t>
        <w:br/>
        <w:t>(Цілує руку).&lt;br /&gt;</w:t>
        <w:br/>
        <w:t>Анастасій&lt;br /&gt;</w:t>
        <w:br/>
        <w:t>Не нарікай святим!&lt;br /&gt;</w:t>
        <w:br/>
        <w:t>Єдин-бо свят Господь наш Іісус&lt;br /&gt;</w:t>
        <w:br/>
        <w:t>Христос. Йому молись і дякуй, сину.&lt;br /&gt;</w:t>
        <w:br/>
        <w:t>Лисенко&lt;br /&gt;</w:t>
        <w:br/>
        <w:t>Так, правда, правда: ізробити добре&lt;br /&gt;</w:t>
        <w:br/>
        <w:t>Солодче в сто разів, ніж злеє!&lt;br /&gt;</w:t>
        <w:br/>
        <w:t>О, як мені тепер на серці легко!..&lt;br /&gt;</w:t>
        <w:br/>
        <w:t>Козак&lt;br /&gt;</w:t>
        <w:br/>
        <w:t>(що держав старосту)&lt;br /&gt;</w:t>
        <w:br/>
        <w:t>А з сим же що робити?&lt;br /&gt;</w:t>
        <w:br/>
        <w:t>Лисенко&lt;br /&gt;</w:t>
        <w:br/>
        <w:t>Відпустить.&lt;br /&gt;</w:t>
        <w:br/>
        <w:t>Коли усіх прощать, так всіх. А справді,&lt;br /&gt;</w:t>
        <w:br/>
        <w:t>Як Герцик зна! Я за родину&lt;br /&gt;</w:t>
        <w:br/>
        <w:t>Йому простив, простиш ти за невісту?&lt;br /&gt;</w:t>
        <w:br/>
        <w:t>Герцик&lt;br /&gt;</w:t>
        <w:br/>
        <w:t>Марино! Дітьма ми росли укупі.&lt;br /&gt;</w:t>
        <w:br/>
        <w:t>Тоді батьки, любуючися нами,&lt;br /&gt;</w:t>
        <w:br/>
        <w:t>Зарані в жартах спарували нас.&lt;br /&gt;</w:t>
        <w:br/>
        <w:t>І ми росли, і те ж кохання наше&lt;br /&gt;</w:t>
        <w:br/>
        <w:t>Росло із нами. Батько твій покійний,&lt;br /&gt;</w:t>
        <w:br/>
        <w:t>Вмираючи, благословив нас. Ти&lt;br /&gt;</w:t>
        <w:br/>
        <w:t>Перед їм хворим поклялася вірно&lt;br /&gt;</w:t>
        <w:br/>
        <w:t>Любить мене, клялась мені і потім –&lt;br /&gt;</w:t>
        <w:br/>
        <w:t>Клялась і зрадила… Бог із тобою!..&lt;br /&gt;</w:t>
        <w:br/>
        <w:t>Іди з тим, кого кохаєш. Хай&lt;br /&gt;</w:t>
        <w:br/>
        <w:t>Господь тобі дарує щастя й долю!..&lt;br /&gt;</w:t>
        <w:br/>
        <w:t>А я… Дай, Боже, щоб моя погибель&lt;br /&gt;</w:t>
        <w:br/>
        <w:t>Тобі на душу не лягла!.. Дай, Боже!&lt;br /&gt;</w:t>
        <w:br/>
        <w:t>(Відходить).&lt;br /&gt;</w:t>
        <w:br/>
        <w:t>Лисенко&lt;br /&gt;</w:t>
        <w:br/>
        <w:t>Нехай іде собі – чорт з нею!&lt;br /&gt;</w:t>
        <w:br/>
        <w:t>Староста до Марини протяга руки.&lt;br /&gt;</w:t>
        <w:br/>
        <w:t>Марина&lt;br /&gt;</w:t>
        <w:br/>
        <w:t>Геть!&lt;br /&gt;</w:t>
        <w:br/>
        <w:t>Я не піду з тобою, бо я руська.&lt;br /&gt;</w:t>
        <w:br/>
        <w:t>Ще раз тобі скажу, Францішку, руська!&lt;br /&gt;</w:t>
        <w:br/>
        <w:t>Тим не піду з тобою… В ті години,&lt;br /&gt;</w:t>
        <w:br/>
        <w:t>Коли брати мої і одновірці,&lt;br /&gt;</w:t>
        <w:br/>
        <w:t>Вислобонившись од неволі й лиха –&lt;br /&gt;</w:t>
        <w:br/>
        <w:t>Од вашої кормиги, чистим серцем&lt;br /&gt;</w:t>
        <w:br/>
        <w:t>Приносять Богу дяку за спасения,&lt;br /&gt;</w:t>
        <w:br/>
        <w:t>Я буть ізрадницею їх не хочу!&lt;br /&gt;</w:t>
        <w:br/>
        <w:t>Я не піду із вами, з ворогами&lt;br /&gt;</w:t>
        <w:br/>
        <w:t>Моїй родини, шлятись із прокляттям&lt;br /&gt;</w:t>
        <w:br/>
        <w:t>На серці – і від Бога, і від рідних…&lt;br /&gt;</w:t>
        <w:br/>
        <w:t>Я не твоя, Францішку, не твоя!&lt;br /&gt;</w:t>
        <w:br/>
        <w:t>Кохання наше закінчилось. Годі!&lt;br /&gt;</w:t>
        <w:br/>
        <w:t>Коли не довелось з тобою вмерти –&lt;br /&gt;</w:t>
        <w:br/>
        <w:t>Тепер уже я не твоя!.. Прощай!&lt;br /&gt;</w:t>
        <w:br/>
        <w:t>Прощай, мій милий, мій єдиний, любий!&lt;br /&gt;</w:t>
        <w:br/>
        <w:t>Прощай навічно…&lt;br /&gt;</w:t>
        <w:br/>
        <w:t>(Обійми і цілує його).&lt;br /&gt;</w:t>
        <w:br/>
        <w:t>І ви прощайте, добрі люди! Боже,&lt;br /&gt;</w:t>
        <w:br/>
        <w:t>Спаси й помилуй вас!.. Семене, я&lt;br /&gt;</w:t>
        <w:br/>
        <w:t>Зобідила тебе – я каюсь: винна,&lt;br /&gt;</w:t>
        <w:br/>
        <w:t>Бо я тебе обманювала! Лихо&lt;br /&gt;</w:t>
        <w:br/>
        <w:t>І гріх мені!.. Бо я не раз казала,&lt;br /&gt;</w:t>
        <w:br/>
        <w:t>Що я тебе кохатиму й кохаю,&lt;br /&gt;</w:t>
        <w:br/>
        <w:t>Що ти мені миліше світа… Я&lt;br /&gt;</w:t>
        <w:br/>
        <w:t>Брехала!.. Ох, Семене! Я брехала!&lt;br /&gt;</w:t>
        <w:br/>
        <w:t>Ніколи зроду серце до тебе&lt;br /&gt;</w:t>
        <w:br/>
        <w:t>Не налягало, я ж тобі брехала!..&lt;br /&gt;</w:t>
        <w:br/>
        <w:t>Прости мене, забудь мене і вірно&lt;br /&gt;</w:t>
        <w:br/>
        <w:t>Служи родині й Богу… Милий брате,&lt;br /&gt;</w:t>
        <w:br/>
        <w:t>Прощай і ти! Дай, Боже, щоб, одбувши&lt;br /&gt;</w:t>
        <w:br/>
        <w:t>І горя й лиха, навкінець спокоївсь&lt;br /&gt;</w:t>
        <w:br/>
        <w:t>Ти на родині з вірними братами&lt;br /&gt;</w:t>
        <w:br/>
        <w:t>Та приятелями, щоб твоє серце&lt;br /&gt;</w:t>
        <w:br/>
        <w:t>Було чисте і радісне, мов небо&lt;br /&gt;</w:t>
        <w:br/>
        <w:t>Після дощу, як сонце хмари згонить.&lt;br /&gt;</w:t>
        <w:br/>
        <w:t>Щоб, дивлячись на милу Україну,&lt;br /&gt;</w:t>
        <w:br/>
        <w:t>Слободную й щасливую, тобі&lt;br /&gt;</w:t>
        <w:br/>
        <w:t>І весело, і радісйо було!..&lt;br /&gt;</w:t>
        <w:br/>
        <w:t>Прощайте, люде добрі! Хай Господь&lt;br /&gt;</w:t>
        <w:br/>
        <w:t>Хранить родину нашу! Хай вона&lt;br /&gt;</w:t>
        <w:br/>
        <w:t>Цвіте собі, як маковая квітка!..&lt;br /&gt;</w:t>
        <w:br/>
        <w:t>Благослови мене, панотче добрий:&lt;br /&gt;</w:t>
        <w:br/>
        <w:t>Я йду у монастир. Прощайте, добрі люде!&lt;br /&gt;</w:t>
        <w:br/>
        <w:t>Пішла; усі дивляться на неї з дивуванням.&lt;br /&gt;</w:t>
        <w:br/>
        <w:t>Лисенко&lt;br /&gt;</w:t>
        <w:br/>
        <w:t>Озьміть його й ведіте к недовіркам.&lt;br /&gt;</w:t>
        <w:br/>
        <w:t>Уранці хай під вашим нагляданням&lt;br /&gt;</w:t>
        <w:br/>
        <w:t>У дом свій піде ізібратись.&lt;br /&gt;</w:t>
        <w:br/>
        <w:t>Староста&lt;br /&gt;</w:t>
        <w:br/>
        <w:t>Кохавши за життя такую душу&lt;br /&gt;</w:t>
        <w:br/>
        <w:t>І утерявши навік це кохання –&lt;br /&gt;</w:t>
        <w:br/>
        <w:t>Мені збирати нічого на світі…&lt;br /&gt;</w:t>
        <w:br/>
        <w:t>Чого я тут не долічивсь?.. Лисенку!&lt;br /&gt;</w:t>
        <w:br/>
        <w:t>Ви одоліли: завтра вранці наші&lt;br /&gt;</w:t>
        <w:br/>
        <w:t>Ляхи, котрі сьогодні вас топтали,&lt;br /&gt;</w:t>
        <w:br/>
        <w:t>Із города повийдуть як вигнанці, –&lt;br /&gt;</w:t>
        <w:br/>
        <w:t>Із соромом, з наругою, за посміх&lt;br /&gt;</w:t>
        <w:br/>
        <w:t>Блукати по світу… Ви одоліли!&lt;br /&gt;</w:t>
        <w:br/>
        <w:t>Кровава свара наша закінчилась…&lt;br /&gt;</w:t>
        <w:br/>
        <w:t>І ви ще, одолівши нас, як добрі&lt;br /&gt;</w:t>
        <w:br/>
        <w:t>Нас милуєте!! О, ви добросерді!..&lt;br /&gt;</w:t>
        <w:br/>
        <w:t>. . . . . . . . . . . . . . . . . . . .&lt;br /&gt;</w:t>
        <w:br/>
        <w:t>. . . . . . . . . . Я не дивуюсь –&lt;br /&gt;</w:t>
        <w:br/>
        <w:t>Тобі огидло все одно та те ж:&lt;br /&gt;</w:t>
        <w:br/>
        <w:t>Ти й вигадав сильнішую наругу&lt;br /&gt;</w:t>
        <w:br/>
        <w:t>Над ворогом своїм… Ти молодець,&lt;br /&gt;</w:t>
        <w:br/>
        <w:t>На вигадки голінний! Ох, козаче!&lt;br /&gt;</w:t>
        <w:br/>
        <w:t>Чи справді думаєш, що, один раз&lt;br /&gt;</w:t>
        <w:br/>
        <w:t>Пошанувавши нас, ти стер всю кров,&lt;br /&gt;</w:t>
        <w:br/>
        <w:t>Що проливав два роки по Вкраїні?&lt;br /&gt;</w:t>
        <w:br/>
        <w:t>Чи справді думаєш, що одним разом&lt;br /&gt;</w:t>
        <w:br/>
        <w:t>Ти розщитався з нами?.. Рідна кров,&lt;br /&gt;</w:t>
        <w:br/>
        <w:t>Що вслід тебе текла, і сльози бідних,&lt;br /&gt;</w:t>
        <w:br/>
        <w:t>Випалені, винищені країни –&lt;br /&gt;</w:t>
        <w:br/>
        <w:t>Кричать мені о помсті проти тебе.&lt;br /&gt;</w:t>
        <w:br/>
        <w:t>Життя мені не дороге. Лисенко!&lt;br /&gt;</w:t>
        <w:br/>
        <w:t>За всі твої наруги і мучення,&lt;br /&gt;</w:t>
        <w:br/>
        <w:t>За всі біди, і лиха, і напасті,&lt;br /&gt;</w:t>
        <w:br/>
        <w:t>Що так колись на нас розтошно сіяв –&lt;br /&gt;</w:t>
        <w:br/>
        <w:t>Тепер зо мною пощитайся! Бийся!!&lt;br /&gt;</w:t>
        <w:br/>
        <w:t>(Вихоплює із рук у козака шаблюку).&lt;br /&gt;</w:t>
        <w:br/>
        <w:t>Герцик&lt;br /&gt;</w:t>
        <w:br/>
        <w:t>Безумний.&lt;br /&gt;</w:t>
        <w:br/>
        <w:t>Лисенко&lt;br /&gt;</w:t>
        <w:br/>
        <w:t>Е, ні! Він ще й хвабрувати!!&lt;br /&gt;</w:t>
        <w:br/>
        <w:t>Отак-то, бач, їх шанувать, проклятих!&lt;br /&gt;</w:t>
        <w:br/>
        <w:t>(Вихоплює шаблю).&lt;br /&gt;</w:t>
        <w:br/>
        <w:t>Січуться.&lt;br /&gt;</w:t>
        <w:br/>
        <w:t>Лисенко&lt;br /&gt;</w:t>
        <w:br/>
        <w:t>(проколює старосту)&lt;br /&gt;</w:t>
        <w:br/>
        <w:t>У пекло, к шайтанам, своїм братам!..&lt;br /&gt;</w:t>
        <w:br/>
        <w:t>Староста захитався; потім ухопив обидвома руками шаблю, рвонувся на Лисенка, ударив його, Лисенко його удруге, і обидва попадали на землю.&lt;br /&gt;</w:t>
        <w:br/>
        <w:t>Герцик&lt;br /&gt;</w:t>
        <w:br/>
        <w:t>Лисенко! Брате! Ранили!.. Лихо! Лихо!..&lt;br /&gt;</w:t>
        <w:br/>
        <w:t>Швидче сюди! Перев’язати…&lt;br /&gt;</w:t>
        <w:br/>
        <w:t>Лисенко&lt;br /&gt;</w:t>
        <w:br/>
        <w:t>(лежачи)&lt;br /&gt;</w:t>
        <w:br/>
        <w:t>Не ранили, а вбили. Дарма, брате,&lt;br /&gt;</w:t>
        <w:br/>
        <w:t>Всі перев’язки… Я кінчаюсь… Ляше,&lt;br /&gt;</w:t>
        <w:br/>
        <w:t>Нам смерть обом… Прости мене&lt;br /&gt;</w:t>
        <w:br/>
        <w:t>За смерть твою – я за свою прощаю…&lt;br /&gt;</w:t>
        <w:br/>
        <w:t>Староста&lt;br /&gt;</w:t>
        <w:br/>
        <w:t>(лежачи)&lt;br /&gt;</w:t>
        <w:br/>
        <w:t>Лисенку! дякую!.. Ти слобонив&lt;br /&gt;</w:t>
        <w:br/>
        <w:t>Мене зо світу, де нема нічого&lt;br /&gt;</w:t>
        <w:br/>
        <w:t>Для мене… Помремо братами. Друже!&lt;br /&gt;</w:t>
        <w:br/>
        <w:t>Дай руку, і нехай в примир’ї нашім&lt;br /&gt;</w:t>
        <w:br/>
        <w:t>Примириться із Польщею Вкраїна!..&lt;br /&gt;</w:t>
        <w:br/>
        <w:t>Ой!.. Герцику… перекажи Марині,&lt;br /&gt;</w:t>
        <w:br/>
        <w:t>Що я її кохаю…&lt;br /&gt;</w:t>
        <w:br/>
        <w:t>(Умирає).&lt;br /&gt;</w:t>
        <w:br/>
        <w:t>Козаки збігаються коло Лисенка.&lt;br /&gt;</w:t>
        <w:br/>
        <w:t>Лисенко&lt;br /&gt;</w:t>
        <w:br/>
        <w:t>Ох, душно!.. Підведіть мене хоч трошки…&lt;br /&gt;</w:t>
        <w:br/>
        <w:t>Де панотець?.. А! Осьде він. У мене&lt;br /&gt;</w:t>
        <w:br/>
        <w:t>Вже й очі мутяться… Прощай, панотче!&lt;br /&gt;</w:t>
        <w:br/>
        <w:t>Анастасій&lt;br /&gt;</w:t>
        <w:br/>
        <w:t>О! Господи! Твоя і власть, і воля!&lt;br /&gt;</w:t>
        <w:br/>
        <w:t>Козаки і народ&lt;br /&gt;</w:t>
        <w:br/>
        <w:t>(прибігають з криком)&lt;br /&gt;</w:t>
        <w:br/>
        <w:t>Слобода! Слобода!.. Нащо се і хто приказав&lt;br /&gt;</w:t>
        <w:br/>
        <w:t>шанувати ляхів?..&lt;br /&gt;</w:t>
        <w:br/>
        <w:t>Анастасій&lt;br /&gt;</w:t>
        <w:br/>
        <w:t>Мовчіть… Вже й так Господь вас покарав!&lt;br /&gt;</w:t>
        <w:br/>
        <w:t>Згляніть: ваш визволитель осьде мертвий…&lt;br /&gt;</w:t>
        <w:br/>
        <w:t>Народ&lt;br /&gt;</w:t>
        <w:br/>
        <w:t>(кричить)&lt;br /&gt;</w:t>
        <w:br/>
        <w:t>Лисенку! Батьку! Хто його! Ох! Дайте&lt;br /&gt;</w:t>
        <w:br/>
        <w:t>Сюда убійника! Розірвемо!&lt;br /&gt;</w:t>
        <w:br/>
        <w:t>Іспечемо!!. Наш батьку рідний! Нащо&lt;br /&gt;</w:t>
        <w:br/>
        <w:t>Покинув нас?!&lt;br /&gt;</w:t>
        <w:br/>
        <w:t>Лисенко&lt;br /&gt;</w:t>
        <w:br/>
        <w:t>(тихо)&lt;br /&gt;</w:t>
        <w:br/>
        <w:t>Ох!.. Розстебніть мені… Я хочу трошки&lt;br /&gt;</w:t>
        <w:br/>
        <w:t>Сказать їм щось, та дайте мні водиці…&lt;br /&gt;</w:t>
        <w:br/>
        <w:t>Анастасій побіг за водою; Герцик піддержує йому голову; Лисенко п’є.&lt;br /&gt;</w:t>
        <w:br/>
        <w:t>Народе православний!.. Знайте всі,&lt;br /&gt;</w:t>
        <w:br/>
        <w:t>Що і вояк буть мусить чоловік&lt;br /&gt;</w:t>
        <w:br/>
        <w:t>І християнин… Усіх ляхів&lt;br /&gt;</w:t>
        <w:br/>
        <w:t>Повипускайте завтра вранці… Хай&lt;br /&gt;</w:t>
        <w:br/>
        <w:t>Ідуть собі із Богом до родини…&lt;br /&gt;</w:t>
        <w:br/>
        <w:t>Прощайте, братці!.. Хай вам Бог поможе!&lt;br /&gt;</w:t>
        <w:br/>
        <w:t>Моліться всі за грішну мою душу!&lt;br /&gt;</w:t>
        <w:br/>
        <w:t>(Вмирає).&lt;br /&gt;</w:t>
        <w:br/>
        <w:t>Герцик&lt;br /&gt;</w:t>
        <w:br/>
        <w:t>Не дише, вмер!..&lt;br /&gt;</w:t>
        <w:br/>
        <w:t>Голоса&lt;br /&gt;</w:t>
        <w:br/>
        <w:t>Умер!.. Умер!..&lt;br /&gt;</w:t>
        <w:br/>
        <w:t>(Голосять).&lt;br /&gt;</w:t>
        <w:br/>
        <w:t>Анастасій&lt;br /&gt;</w:t>
        <w:br/>
        <w:t>(над тілом)&lt;br /&gt;</w:t>
        <w:br/>
        <w:t>Умер, як лицар і як християнин.&lt;br /&gt;</w:t>
        <w:br/>
        <w:t>Його душа, покутою й добром&lt;br /&gt;</w:t>
        <w:br/>
        <w:t>Очищена, увійде в боже царство,&lt;br /&gt;</w:t>
        <w:br/>
        <w:t>В збір праведних воїтелів Христових.&lt;br /&gt;</w:t>
        <w:br/>
        <w:t>Прощай, рачителю слободи й віри!&lt;br /&gt;</w:t>
        <w:br/>
        <w:t>Нехай на пізні годи твоя слава&lt;br /&gt;</w:t>
        <w:br/>
        <w:t>Останеться на пам’ять українцям!..&lt;br /&gt;</w:t>
        <w:br/>
        <w:t>Несіть його до церківки святої…&lt;br /&gt;</w:t>
        <w:br/>
        <w:t>Своєю смертю дав він нам слободу.&lt;br /&gt;</w:t>
        <w:br/>
        <w:t>(Обертається до народу).&lt;br /&gt;</w:t>
        <w:br/>
        <w:t>Народе вірний, православний, добрий!&lt;br /&gt;</w:t>
        <w:br/>
        <w:t>Бог вчув молитви ваші, приклонивсь&lt;br /&gt;</w:t>
        <w:br/>
        <w:t>До нашої недолі, слобонив&lt;br /&gt;</w:t>
        <w:br/>
        <w:t>Од вражої кормиги і нарік&lt;br /&gt;</w:t>
        <w:br/>
        <w:t>Своїм народом! Славте, славте Бога!&lt;br /&gt;</w:t>
        <w:br/>
        <w:t>Ходімо в церкву; ніч велика; все&lt;br /&gt;</w:t>
        <w:br/>
        <w:t>Ісповнилося світу; кожна твар&lt;br /&gt;</w:t>
        <w:br/>
        <w:t>Да веселиться, бо Христос-Спаситель&lt;br /&gt;</w:t>
        <w:br/>
        <w:t>Воскрес із мертвих! Радуйтеся, люде.&lt;br /&gt;</w:t>
        <w:br/>
        <w:t>Й хваліте Господа!&lt;br /&gt;</w:t>
        <w:br/>
        <w:t>Крик народа&lt;br /&gt;</w:t>
        <w:br/>
        <w:t>Слава Богу!&lt;br /&gt;</w:t>
        <w:br/>
        <w:t>Слава Богу!&lt;br /&gt;</w:t>
        <w:br/>
        <w:t>Усі ідуть; за ними несуть тіла.&lt;br /&gt;</w:t>
        <w:br/>
        <w:t>Герцик&lt;br /&gt;</w:t>
        <w:br/>
        <w:t>(позаду їх)&lt;br /&gt;</w:t>
        <w:br/>
        <w:t>А як мені – і празника немає!!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Переяславська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