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Перегляд</w:t>
      </w:r>
    </w:p>
    <w:p>
      <w:r>
        <w:br/>
        <w:t xml:space="preserve"> А далі плівка стерлася. Обрив…&lt;br /&gt;</w:t>
        <w:br/>
        <w:t>Тепер одне залишилось – чекати…&lt;br /&gt;</w:t>
        <w:br/>
        <w:t>Граційно вигне шию об’єктив,&lt;br /&gt;</w:t>
        <w:br/>
        <w:t>І вип’є кольори змія оката.</w:t>
      </w:r>
    </w:p>
    <w:p>
      <w:r>
        <w:br/>
        <w:t>У цьому фільмі все не насправжки,&lt;br /&gt;</w:t>
        <w:br/>
        <w:t>І навіть схожість зовсім не портретна.&lt;br /&gt;</w:t>
        <w:br/>
        <w:t>Не так було! Інакше! Навпаки!&lt;br /&gt;</w:t>
        <w:br/>
        <w:t>Не ті актори. Не такі акценти.</w:t>
      </w:r>
    </w:p>
    <w:p>
      <w:r>
        <w:br/>
        <w:t>Прислали запис. Що воно таке?&lt;br /&gt;</w:t>
        <w:br/>
        <w:t>Я вже й забула, де була та зйомка.&lt;br /&gt;</w:t>
        <w:br/>
        <w:t>Якесь дівча, лякливе, боязке,&lt;br /&gt;</w:t>
        <w:br/>
        <w:t>Зненацька виринає із потоку.</w:t>
      </w:r>
    </w:p>
    <w:p>
      <w:r>
        <w:br/>
        <w:t>Конспекти, книги, поспіша кудись,&lt;br /&gt;</w:t>
        <w:br/>
        <w:t>Замріяне і трішечки кирпате.&lt;br /&gt;</w:t>
        <w:br/>
        <w:t>Я їй кричу: дитино, не дивись!&lt;br /&gt;</w:t>
        <w:br/>
        <w:t>Тобі цього іще не треба знати!</w:t>
      </w:r>
    </w:p>
    <w:p>
      <w:r>
        <w:br/>
        <w:t>Іди собі. Яка ще там біда?&lt;br /&gt;</w:t>
        <w:br/>
        <w:t>Своя пора у стрічі і прощання.&lt;br /&gt;</w:t>
        <w:br/>
        <w:t>Не час спливає — хлюпотить вода.&lt;br /&gt;</w:t>
        <w:br/>
        <w:t>Звичайний дощик. Львівські калабані…</w:t>
      </w:r>
    </w:p>
    <w:p>
      <w:r>
        <w:br/>
        <w:t>Й не тре" питати, що у далині?&lt;br /&gt;</w:t>
        <w:br/>
        <w:t>Тобі іще журитися зарано.&lt;br /&gt;</w:t>
        <w:br/>
        <w:t>Повір собі... Не так. Повір мені —&lt;br /&gt;</w:t>
        <w:br/>
        <w:t>Печальній жінці з потойбіч екрану.</w:t>
      </w:r>
    </w:p>
    <w:p>
      <w:r>
        <w:br/>
        <w:t>А стрічка знову далі попливла.&lt;br /&gt;</w:t>
        <w:br/>
        <w:t>Із тим дівчам мені все зрозуміло:&lt;br /&gt;</w:t>
        <w:br/>
        <w:t>Вона літає, я б так не змогла,&lt;br /&gt;</w:t>
        <w:br/>
        <w:t>Та, мабуть, би уже і не зуміла…</w:t>
      </w:r>
    </w:p>
    <w:p>
      <w:r>
        <w:br/>
        <w:t>І знов обрив. Пливе, пливе вода…&lt;br /&gt;</w:t>
        <w:br/>
        <w:t>Ще всі каміння стиснуті у пращу.&lt;br /&gt;</w:t>
        <w:br/>
        <w:t>Одно скажу: під ноги поглядай.&lt;br /&gt;</w:t>
        <w:br/>
        <w:t>...А зрештою: не так було і страшно…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Перегляд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