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Передзимові настрої</w:t>
      </w:r>
    </w:p>
    <w:p>
      <w:r>
        <w:br/>
        <w:t xml:space="preserve"> 1.&lt;br /&gt;</w:t>
        <w:br/>
        <w:t>перфокарта зими&lt;br /&gt;</w:t>
        <w:br/>
        <w:t>чорні грудки ворон у заметі&lt;br /&gt;</w:t>
        <w:br/>
        <w:t>а ми тринькаємо на каву –&lt;br /&gt;</w:t>
        <w:br/>
        <w:t>ти – трамвайний квиток&lt;br /&gt;</w:t>
        <w:br/>
        <w:t>я – півгодини у бібліотеці&lt;br /&gt;</w:t>
        <w:br/>
        <w:t>нема на нас митника – часу</w:t>
      </w:r>
    </w:p>
    <w:p>
      <w:r>
        <w:br/>
        <w:t>пара над синім горнятком&lt;br /&gt;</w:t>
        <w:br/>
        <w:t>знаю так недоречно&lt;br /&gt;</w:t>
        <w:br/>
        <w:t>випорпувати з пам’яті&lt;br /&gt;</w:t>
        <w:br/>
        <w:t>як із промерзлого снігу&lt;br /&gt;</w:t>
        <w:br/>
        <w:t>профіль дівчини із крамниці цукерок</w:t>
      </w:r>
    </w:p>
    <w:p>
      <w:r>
        <w:br/>
        <w:t>мале цуценя лиже руки&lt;br /&gt;</w:t>
        <w:br/>
        <w:t>стану йому мамою –&lt;br /&gt;</w:t>
        <w:br/>
        <w:t>на мале цукерку</w:t>
      </w:r>
    </w:p>
    <w:p>
      <w:r>
        <w:br/>
        <w:t>бачу крізь око вікна –&lt;br /&gt;</w:t>
        <w:br/>
        <w:t>та дівчина тобі усміхнулась</w:t>
      </w:r>
    </w:p>
    <w:p>
      <w:r>
        <w:br/>
        <w:t>2.&lt;br /&gt;</w:t>
        <w:br/>
        <w:t>Холодно, майже боляче.&lt;br /&gt;</w:t>
        <w:br/>
        <w:t>Сонно мені, сліпо.&lt;br /&gt;</w:t>
        <w:br/>
        <w:t>Як молоко коров’яче,&lt;br /&gt;</w:t>
        <w:br/>
        <w:t>Сніг на долоні сипле.&lt;br /&gt;</w:t>
        <w:br/>
        <w:t>Певно, усе ще з осені –&lt;br /&gt;</w:t>
        <w:br/>
        <w:t>Яблука у вітрині.&lt;br /&gt;</w:t>
        <w:br/>
        <w:t>Може, чужою гостею&lt;br /&gt;</w:t>
        <w:br/>
        <w:t>Стану для тебе нині.</w:t>
      </w:r>
    </w:p>
    <w:p>
      <w:r>
        <w:br/>
        <w:t>3.&lt;br /&gt;</w:t>
        <w:br/>
        <w:t>мовчу мовчу а все ж –&lt;br /&gt;</w:t>
        <w:br/>
        <w:t>ти маєш і мене&lt;br /&gt;</w:t>
        <w:br/>
        <w:t>і осінь&lt;br /&gt;</w:t>
        <w:br/>
        <w:t>і сад у вікні&lt;br /&gt;</w:t>
        <w:br/>
        <w:t>і гітару&lt;br /&gt;</w:t>
        <w:br/>
        <w:t>і бутель з вином&lt;br /&gt;</w:t>
        <w:br/>
        <w:t>і білу стіну&lt;br /&gt;</w:t>
        <w:br/>
        <w:t>чого тобі ще не занадто?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Передзимові настрої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