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Перед світом</w:t>
      </w:r>
    </w:p>
    <w:p>
      <w:r>
        <w:br/>
        <w:t xml:space="preserve"> &lt;p&gt;Розвиднялось.</w:t>
      </w:r>
    </w:p>
    <w:p>
      <w:r>
        <w:br/>
        <w:t>На небі тремтіли ще досвітні зорі, коли зимовий ранок засівав уже над землею, як перлами, срібним снігом...</w:t>
      </w:r>
    </w:p>
    <w:p>
      <w:r>
        <w:br/>
        <w:t>А крила його... ех, ви не бачили його крил?!</w:t>
      </w:r>
    </w:p>
    <w:p>
      <w:r>
        <w:br/>
        <w:t>Білі-білі і ґорять червоними хрестиками, а над селами, коли летить ранок, зорі губить.</w:t>
      </w:r>
    </w:p>
    <w:p>
      <w:r>
        <w:br/>
        <w:t>Упаде зоря на село — молодість сниться, сон розвіває.</w:t>
      </w:r>
    </w:p>
    <w:p>
      <w:r>
        <w:br/>
        <w:t>Ой у неї очі — василечки сині,</w:t>
      </w:r>
    </w:p>
    <w:p>
      <w:r>
        <w:br/>
        <w:t>А уста в неї, уста...</w:t>
      </w:r>
    </w:p>
    <w:p>
      <w:r>
        <w:br/>
        <w:t>Учителю Юрчику пригадались уста бурсачки Ніни, отієї самої Ніни, що золоті коси мала, як пшеницю полеглу, і.</w:t>
      </w:r>
    </w:p>
    <w:p>
      <w:r>
        <w:br/>
        <w:t>— Так я говорю йому: "Товариш, не представляйте воображенія!"</w:t>
      </w:r>
    </w:p>
    <w:p>
      <w:r>
        <w:br/>
        <w:t>— Фу ти, чорт! Ця ідіотка з мітингу лізе в голову!.. Поправив подушку, і заспані очі спинились на білій грубі; там кралась якась сонлива та чиста тінь, а...</w:t>
      </w:r>
    </w:p>
    <w:p>
      <w:r>
        <w:br/>
        <w:t>— Цікаво...</w:t>
      </w:r>
    </w:p>
    <w:p>
      <w:r>
        <w:br/>
        <w:t>На столі злякано зашаруділа миша, далі затихла, притаїлась, із груби на лаву кіт — очі як дві жарини, а ступає легко-легко...</w:t>
      </w:r>
    </w:p>
    <w:p>
      <w:r>
        <w:br/>
        <w:t>— Няв, няв-в-в...— Незадоволено плигнув.</w:t>
      </w:r>
    </w:p>
    <w:p>
      <w:r>
        <w:br/>
        <w:t>— Хм-м, боротьба... Ай, знов:</w:t>
      </w:r>
    </w:p>
    <w:p>
      <w:r>
        <w:br/>
        <w:t>А уста в неї, уста...</w:t>
      </w:r>
    </w:p>
    <w:p>
      <w:r>
        <w:br/>
        <w:t>І почала тоді снуватись, як на витушку, срібна нитка про дитячі літа.</w:t>
      </w:r>
    </w:p>
    <w:p>
      <w:r>
        <w:br/>
        <w:t>...Надворі гуляє люта зима. Ой люта! В комині, мати каже, вітер вовком виє, а на замурованих шибках іскряться лисички од морозу.</w:t>
      </w:r>
    </w:p>
    <w:p>
      <w:r>
        <w:br/>
        <w:t>Напільне вікно закрите старою свиткою; на діжі стоїть маленький п’ятерик-каганець і безнадійно моргає до прядки світлом.</w:t>
      </w:r>
    </w:p>
    <w:p>
      <w:r>
        <w:br/>
        <w:t>В хаті холодно.</w:t>
      </w:r>
    </w:p>
    <w:p>
      <w:r>
        <w:br/>
        <w:t>Піч, як фортеця, зайнята козаками-дітьми; мати скубе мичку, раз по раз попльовує в пучки і, овіяна згадкою про молодість, співає:</w:t>
      </w:r>
    </w:p>
    <w:p>
      <w:r>
        <w:br/>
        <w:t>Ой повій, вітре, з глибокого яру,</w:t>
      </w:r>
    </w:p>
    <w:p>
      <w:r>
        <w:br/>
        <w:t>Підіть, дощі, стиха та помалу.</w:t>
      </w:r>
    </w:p>
    <w:p>
      <w:r>
        <w:br/>
        <w:t>І хиляться дитячі голови до каганця — сумні, замислені, бо невеселої мати співає: дівчина вкинула до колодязя дитину і просить природу, щоб не йшов дощ і вода не затопила дитя...</w:t>
      </w:r>
    </w:p>
    <w:p>
      <w:r>
        <w:br/>
        <w:t>— А нащо ж, мамо, вона його вкинула?</w:t>
      </w:r>
    </w:p>
    <w:p>
      <w:r>
        <w:br/>
        <w:t>— Самосійний, діти, був.</w:t>
      </w:r>
    </w:p>
    <w:p>
      <w:r>
        <w:br/>
        <w:t>Мати замовкла.</w:t>
      </w:r>
    </w:p>
    <w:p>
      <w:r>
        <w:br/>
        <w:t>Тільки видно було дітям, як тонкі зморшки розходились на її високому чолі — думала.</w:t>
      </w:r>
    </w:p>
    <w:p>
      <w:r>
        <w:br/>
        <w:t>Заплуталась в пам’яті Юрчика срібна нитка дитячих літ, перервалась, а сувора земська школа, як монашеська келія, занесена снігом, заплакала з хугою: "Дров немає... дров..."</w:t>
      </w:r>
    </w:p>
    <w:p>
      <w:r>
        <w:br/>
        <w:t>Молотить Юрчик багатим дядькам, дичавіє... ой...</w:t>
      </w:r>
    </w:p>
    <w:p>
      <w:r>
        <w:br/>
        <w:t>О, ще маленький узлик срібної нитки: рік у тюрмі.</w:t>
      </w:r>
    </w:p>
    <w:p>
      <w:r>
        <w:br/>
        <w:t>Ех, славні часи то були!</w:t>
      </w:r>
    </w:p>
    <w:p>
      <w:r>
        <w:br/>
        <w:t>Вся наша бурса — "льотом, соколи — вперед, вперед!"</w:t>
      </w:r>
    </w:p>
    <w:p>
      <w:r>
        <w:br/>
        <w:t>Випливло щось давнє-давнє вперед для революціонера — іскра, що палить...</w:t>
      </w:r>
    </w:p>
    <w:p>
      <w:r>
        <w:br/>
        <w:t>Підвівся.</w:t>
      </w:r>
    </w:p>
    <w:p>
      <w:r>
        <w:br/>
        <w:t>По хаті затанцювали сірі силуети, і кривава-кривава райдуга охопила в обійми вершки тополь: то коло Горлахи горіли скирти — ранком червоний огонь цілував білу зорю...</w:t>
      </w:r>
    </w:p>
    <w:p>
      <w:r>
        <w:br/>
        <w:t>— Стріляють?..</w:t>
      </w:r>
    </w:p>
    <w:p>
      <w:r>
        <w:br/>
        <w:t>Так, десь недалеко цьовкнула куля, а коло зборні затупотіли об мерзлу землю коні.</w:t>
      </w:r>
    </w:p>
    <w:p>
      <w:r>
        <w:br/>
        <w:t>— Ц-с-с! Що таке?!</w:t>
      </w:r>
    </w:p>
    <w:p>
      <w:r>
        <w:br/>
        <w:t>Хтось хрипло лається...</w:t>
      </w:r>
    </w:p>
    <w:p>
      <w:r>
        <w:br/>
        <w:t>— Как говориш? Дмитрій Юрчик?</w:t>
      </w:r>
    </w:p>
    <w:p>
      <w:r>
        <w:br/>
        <w:t>— Вони в нас учителюють... хороший чоловік, знаєте.-</w:t>
      </w:r>
    </w:p>
    <w:p>
      <w:r>
        <w:br/>
        <w:t>— Дурак ти, мерз-завєц!</w:t>
      </w:r>
    </w:p>
    <w:p>
      <w:r>
        <w:br/>
        <w:t>— Звено, со мной!</w:t>
      </w:r>
    </w:p>
    <w:p>
      <w:r>
        <w:br/>
        <w:t>Три сірі постаті вирівнялись на білому снігу, поправили затвори і рушили за молодим офіцером...</w:t>
      </w:r>
    </w:p>
    <w:p>
      <w:r>
        <w:br/>
        <w:t>— Осторожно, прігатовсь!</w:t>
      </w:r>
    </w:p>
    <w:p>
      <w:r>
        <w:br/>
        <w:t>Прикладом рушниці скочили з бігуна сінешні двері, і Юрчик зрозумів, що йдуть по його... так-так, перед світом прийшла його смерть...</w:t>
      </w:r>
    </w:p>
    <w:p>
      <w:r>
        <w:br/>
        <w:t>— Митро Пилипович! Митро...— злякано гукала з печі баба, далі затихла.— Господи, знов люде мокнуть...</w:t>
      </w:r>
    </w:p>
    <w:p>
      <w:r>
        <w:br/>
        <w:t>Юрчик устав і сів на ліжку.</w:t>
      </w:r>
    </w:p>
    <w:p>
      <w:r>
        <w:br/>
        <w:t>Сірі постаті злякано, наставляючи рушниці, ввійшли до хати.</w:t>
      </w:r>
    </w:p>
    <w:p>
      <w:r>
        <w:br/>
        <w:t>— Ви Юрчик?</w:t>
      </w:r>
    </w:p>
    <w:p>
      <w:r>
        <w:br/>
        <w:t>П’яний, нервовий голос.</w:t>
      </w:r>
    </w:p>
    <w:p>
      <w:r>
        <w:br/>
        <w:t>— Так.</w:t>
      </w:r>
    </w:p>
    <w:p>
      <w:r>
        <w:br/>
        <w:t>— Ви дєлалі українізацію школи, трудовиє прінціпи, сволоч-ч!</w:t>
      </w:r>
    </w:p>
    <w:p>
      <w:r>
        <w:br/>
        <w:t>Голос офіцера затремтів, і він хрипло, як кудись поспішав, кинув до сірих людей:</w:t>
      </w:r>
    </w:p>
    <w:p>
      <w:r>
        <w:br/>
        <w:t>— Большевізма, голубок, захотелось?!</w:t>
      </w:r>
    </w:p>
    <w:p>
      <w:r>
        <w:br/>
        <w:t>— Я...— почав і не скінчив Юрчик.</w:t>
      </w:r>
    </w:p>
    <w:p>
      <w:r>
        <w:br/>
        <w:t>— Айсь-ло!</w:t>
      </w:r>
    </w:p>
    <w:p>
      <w:r>
        <w:br/>
        <w:t>Почулась якась дика команда...</w:t>
      </w:r>
    </w:p>
    <w:p>
      <w:r>
        <w:br/>
        <w:t>І перервалась тоді срібна нитка.</w:t>
      </w:r>
    </w:p>
    <w:p>
      <w:r>
        <w:br/>
        <w:t>Три кулі впилися в тіло Юрчика, а він з кривою, іронічною посмішкою, коли падав на долівку, шептав:</w:t>
      </w:r>
    </w:p>
    <w:p>
      <w:r>
        <w:br/>
        <w:t>— Вперед, вперед...</w:t>
      </w:r>
    </w:p>
    <w:p>
      <w:r>
        <w:br/>
        <w:t>Був ранок.</w:t>
      </w:r>
    </w:p>
    <w:p>
      <w:r>
        <w:br/>
        <w:t>Світова зоря покотилася метеором в сизо-чорний дим скирт, і над тополями зійшло червоне, як кров, сонце...</w:t>
      </w:r>
    </w:p>
    <w:p>
      <w:r>
        <w:br/>
        <w:t>Затихло, завмерло село; тільки далеко-далеко Греблянським шляхом було чути, як, весело гикаючи на коні, виїздила з села каральна експедиція армії генерала Денікіна.</w:t>
      </w:r>
    </w:p>
    <w:p>
      <w:r>
        <w:br/>
        <w:t>Білі пушинки снігу легенько падали на землю, в ямки кінських копит і, здавалось, хотіли замести і слід кривавих гостей...</w:t>
      </w:r>
    </w:p>
    <w:p>
      <w:r>
        <w:br/>
        <w:t>1920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 світом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