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сонцем</w:t>
      </w:r>
    </w:p>
    <w:p>
      <w:r>
        <w:br/>
        <w:t xml:space="preserve"> Нічого не видко навкруг: туман повиває усе;&lt;br /&gt;</w:t>
        <w:br/>
        <w:t>Долини, і гори, й річки хвилястим зробилися морем;&lt;br /&gt;</w:t>
        <w:br/>
        <w:t>Не видко ніяких шляхів,— немає куди тобі вийти.&lt;br /&gt;</w:t>
        <w:br/>
        <w:t>Але не кажи, що воно так бути і далі повинно:&lt;br /&gt;</w:t>
        <w:br/>
        <w:t>Ось-ось уже сонце блисне, і зникне туман той зусюди,&lt;br /&gt;</w:t>
        <w:br/>
        <w:t>І знову воскресне земля в своїй ясно-барвній красі.&lt;br /&gt;</w:t>
        <w:br/>
        <w:t>О, серце! чого ж ти тремтиш? усе ж це дочаснеє тільки:&lt;br /&gt;</w:t>
        <w:br/>
        <w:t>Ми вийдемо скоро на шлях, як зникне гнітючий туман.</w:t>
      </w:r>
    </w:p>
    <w:p>
      <w:r>
        <w:br/>
        <w:t>1892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сонцем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