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мармурами Елджіна</w:t>
      </w:r>
    </w:p>
    <w:p>
      <w:r>
        <w:br/>
        <w:t xml:space="preserve"> Мій дух знесилився, мене в дрімотну змору&lt;br /&gt;</w:t>
        <w:br/>
        <w:t>Гне тлінності тягар; в уяві, як у млі,&lt;br /&gt;</w:t>
        <w:br/>
        <w:t>Незборних труднощів обриви і шпилі&lt;br /&gt;</w:t>
        <w:br/>
        <w:t>Підносяться і смерть мені віщують скору,&lt;br /&gt;</w:t>
        <w:br/>
        <w:t>Як хворому орлу, що задивився вгору.&lt;br /&gt;</w:t>
        <w:br/>
        <w:t>I все ж так солодко заплакать на землі,&lt;br /&gt;</w:t>
        <w:br/>
        <w:t>Що вітру свіжого не вчую на крилі,&lt;br /&gt;</w:t>
        <w:br/>
        <w:t>Піднявшись високо в передранкову пору.</w:t>
      </w:r>
    </w:p>
    <w:p>
      <w:r>
        <w:br/>
        <w:t>Так темних дум шалена перезва&lt;br /&gt;</w:t>
        <w:br/>
        <w:t>Круг серця стовплює незгоди несказанні;&lt;br /&gt;</w:t>
        <w:br/>
        <w:t>Так приголомшують ці мармури-дива,&lt;br /&gt;</w:t>
        <w:br/>
        <w:t>З величчям Греції змішавши грубі грані&lt;br /&gt;</w:t>
        <w:br/>
        <w:t>Старого Часу, шир, де пустка вікова,&lt;br /&gt;</w:t>
        <w:br/>
        <w:t>Де сонце, слави тінь і піна в океані.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мармурами Елджіна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