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Пенсильванські читання</w:t>
      </w:r>
    </w:p>
    <w:p>
      <w:r>
        <w:br/>
        <w:t xml:space="preserve"> 1</w:t>
      </w:r>
    </w:p>
    <w:p>
      <w:r>
        <w:br/>
        <w:t>всяка риба мов політичний режим&lt;br /&gt;</w:t>
        <w:br/>
        <w:t>починає псуватися з голови&lt;br /&gt;</w:t>
        <w:br/>
        <w:t>ось і наша з тобою риба пірнає в чужий прибережний мул&lt;br /&gt;</w:t>
        <w:br/>
        <w:t>ось і ми з тобою дивимось на нічну пенсильванію&lt;br /&gt;</w:t>
        <w:br/>
        <w:t>на високі ялини&lt;br /&gt;</w:t>
        <w:br/>
        <w:t>на самотні автозаправки</w:t>
      </w:r>
    </w:p>
    <w:p>
      <w:r>
        <w:br/>
        <w:t>відстань принижує дитячі вагання&lt;br /&gt;</w:t>
        <w:br/>
        <w:t>принижує атрибути колишніх стосунків&lt;br /&gt;</w:t>
        <w:br/>
        <w:t>так далеко до літа і так низько ступають&lt;br /&gt;</w:t>
        <w:br/>
        <w:t>дощі над нашими словами рухами одягом</w:t>
      </w:r>
    </w:p>
    <w:p>
      <w:r>
        <w:br/>
        <w:t>рухливі велосипеди перетинають степовий краєвид&lt;br /&gt;</w:t>
        <w:br/>
        <w:t>військово-повітряні сили виснуть поряд зі сновидіннями&lt;br /&gt;</w:t>
        <w:br/>
        <w:t>бачиш ранкове шосе?&lt;br /&gt;</w:t>
        <w:br/>
        <w:t>ми будемо з тобою багато мандрувати&lt;br /&gt;</w:t>
        <w:br/>
        <w:t>з місця на місце від ломки до ломки</w:t>
      </w:r>
    </w:p>
    <w:p>
      <w:r>
        <w:br/>
        <w:t>2</w:t>
      </w:r>
    </w:p>
    <w:p>
      <w:r>
        <w:br/>
        <w:t>лихо рухається по колу біля будинку біля дерева&lt;br /&gt;</w:t>
        <w:br/>
        <w:t>порожні вулиці&lt;br /&gt;</w:t>
        <w:br/>
        <w:t>чорні оголошення&lt;br /&gt;</w:t>
        <w:br/>
        <w:t>запах свіжої друкарської фарби&lt;br /&gt;</w:t>
        <w:br/>
        <w:t>літає за нашими вікнами</w:t>
      </w:r>
    </w:p>
    <w:p>
      <w:r>
        <w:br/>
        <w:t>кілька днів спільного проживання&lt;br /&gt;</w:t>
        <w:br/>
        <w:t>зрілість що ховається за недбалими словами&lt;br /&gt;</w:t>
        <w:br/>
        <w:t>білий слимак постільної білизни плазує ліжком&lt;br /&gt;</w:t>
        <w:br/>
        <w:t>прокладаючи мокрий слід&lt;br /&gt;</w:t>
        <w:br/>
        <w:t>на цупкій тканині</w:t>
      </w:r>
    </w:p>
    <w:p>
      <w:r>
        <w:br/>
        <w:t>розповідай розповідай мені про своїх батьків&lt;br /&gt;</w:t>
        <w:br/>
        <w:t>про печальну маму одиноку дівчинку зужитих під'їздів&lt;br /&gt;</w:t>
        <w:br/>
        <w:t>про сімейні замовчування&lt;br /&gt;</w:t>
        <w:br/>
        <w:t>про підліткове кохання&lt;br /&gt;</w:t>
        <w:br/>
        <w:t>опускайся цими сходами&lt;br /&gt;</w:t>
        <w:br/>
        <w:t>підсвічуй собі ліхтариком</w:t>
      </w:r>
    </w:p>
    <w:p>
      <w:r>
        <w:br/>
        <w:t>теплі стопи&lt;br /&gt;</w:t>
        <w:br/>
        <w:t>літніх жінок&lt;br /&gt;</w:t>
        <w:br/>
        <w:t>стіни кімнат тіні предметів&lt;br /&gt;</w:t>
        <w:br/>
        <w:t>мандрівний оркестр пам'яті пересувається кров'ю&lt;br /&gt;</w:t>
        <w:br/>
        <w:t>і від його необережних рухів&lt;br /&gt;</w:t>
        <w:br/>
        <w:t>тихо дзвенять&lt;br /&gt;</w:t>
        <w:br/>
        <w:t>кришталики суглобів</w:t>
      </w:r>
    </w:p>
    <w:p>
      <w:r>
        <w:br/>
        <w:t>3</w:t>
      </w:r>
    </w:p>
    <w:p>
      <w:r>
        <w:br/>
        <w:t>історія бере початок&lt;br /&gt;</w:t>
        <w:br/>
        <w:t>з однієї вулиці в старому центрі&lt;br /&gt;</w:t>
        <w:br/>
        <w:t>знаєш, ці будівлі за синагогою&lt;br /&gt;</w:t>
        <w:br/>
        <w:t>санітарні умови і таке інше&lt;br /&gt;</w:t>
        <w:br/>
        <w:t>розбиті меблі крісла фіранки будинки культури&lt;br /&gt;</w:t>
        <w:br/>
        <w:t>увесь той мотлох що називався радянським побутом</w:t>
      </w:r>
    </w:p>
    <w:p>
      <w:r>
        <w:br/>
        <w:t>історія починається приблизно з сорокових років —&lt;br /&gt;</w:t>
        <w:br/>
        <w:t>післявоєнні новобудови&lt;br /&gt;</w:t>
        <w:br/>
        <w:t>розвиток товариства "динамо"&lt;br /&gt;</w:t>
        <w:br/>
        <w:t>взагалі розвиток&lt;br /&gt;</w:t>
        <w:br/>
        <w:t>віриш, все це ще збереглось&lt;br /&gt;</w:t>
        <w:br/>
        <w:t>у всякому разі час зруйнував іще не все</w:t>
      </w:r>
    </w:p>
    <w:p>
      <w:r>
        <w:br/>
        <w:t>тому якщо ставитись до цієї історії направду серйозно&lt;br /&gt;</w:t>
        <w:br/>
        <w:t>а саме так сподіваюсь ти і хочеш до неї ставитись&lt;br /&gt;</w:t>
        <w:br/>
        <w:t>почни саме звідти&lt;br /&gt;</w:t>
        <w:br/>
        <w:t>встань зі своєї розкладачки&lt;br /&gt;</w:t>
        <w:br/>
        <w:t>і скажи тому хто захоче тебе вислухати</w:t>
      </w:r>
    </w:p>
    <w:p>
      <w:r>
        <w:br/>
        <w:t>я знаю коли саме починається ранок&lt;br /&gt;</w:t>
        <w:br/>
        <w:t>у вікні висить архангел&lt;br /&gt;</w:t>
        <w:br/>
        <w:t>і стукає на портативній трофейній друкні&lt;br /&gt;</w:t>
        <w:br/>
        <w:t>у штольні часу відкладається нафта любові —&lt;br /&gt;</w:t>
        <w:br/>
        <w:t>чорна папороть шахтарських лабіринтів</w:t>
      </w:r>
    </w:p>
    <w:p>
      <w:r>
        <w:br/>
        <w:t>щороку швидше закінчуються твої канікули&lt;br /&gt;</w:t>
        <w:br/>
        <w:t>і які двигуни потрібні для твоєї машини?&lt;br /&gt;</w:t>
        <w:br/>
        <w:t>які двері ти вибереш?&lt;br /&gt;</w:t>
        <w:br/>
        <w:t>яка на сьогодні погода?&lt;br /&gt;</w:t>
        <w:br/>
        <w:t>яким ти вийдеш із моєї молитви, господи?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Пенсильванські читання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