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 тріщить</w:t>
      </w:r>
    </w:p>
    <w:p>
      <w:r>
        <w:br/>
        <w:t xml:space="preserve"> &lt;p&gt;Ой, що робиться зараз у пеклі, що робиться?!</w:t>
      </w:r>
    </w:p>
    <w:p>
      <w:r>
        <w:br/>
        <w:t>Усі чорти в паніці, а найстарший диявол, Вельзевул, сидить у кабінеті, замкнувся, нікого не приймає, секретарка ходить навшпиньки і, як котрийсь сатана голову до приймальні виткне, — зразу:</w:t>
      </w:r>
    </w:p>
    <w:p>
      <w:r>
        <w:br/>
        <w:t>— Ш-ш-ш! Тихо!</w:t>
      </w:r>
    </w:p>
    <w:p>
      <w:r>
        <w:br/>
        <w:t>— Не приймають?!</w:t>
      </w:r>
    </w:p>
    <w:p>
      <w:r>
        <w:br/>
        <w:t>— Та куди там приймать?! Замислившись, ратиці гризуть і сопуть!</w:t>
      </w:r>
    </w:p>
    <w:p>
      <w:r>
        <w:br/>
        <w:t>— А що таке?!</w:t>
      </w:r>
    </w:p>
    <w:p>
      <w:r>
        <w:br/>
        <w:t>— Тихо! І сама не знаю! Іноді шию дугою вигнуть, голову нахилять, хвостом себе по стегнах ляскають та все когось ріжками ніби хотять проткнуть і набік одкинуть! Тікай краще!</w:t>
      </w:r>
    </w:p>
    <w:p>
      <w:r>
        <w:br/>
        <w:t>Сатана тихенько зачинив двері й чкурнув од кабінету, нервовий і наполоханий.</w:t>
      </w:r>
    </w:p>
    <w:p>
      <w:r>
        <w:br/>
        <w:t>Довгенько щось отак сидів у кабінеті на самоті диявол Вельзевул — та все думав.</w:t>
      </w:r>
    </w:p>
    <w:p>
      <w:r>
        <w:br/>
        <w:t>Раптом різкий дзвінок до секретарки.</w:t>
      </w:r>
    </w:p>
    <w:p>
      <w:r>
        <w:br/>
        <w:t>Секретарка вскочила до кабінету і вжахнулася: диявол сидить блідий, очі йому червоні, ріжки загострилися, китиця на хвості вистріпалась, волосся на животі й на спині геть-чисто все посивіло, — тільки на голові та на хвості й чорне, — лапи всі лисі, ратиці пообкусувані, і не говорить, а якимось хрипучим голосом мекає:</w:t>
      </w:r>
    </w:p>
    <w:p>
      <w:r>
        <w:br/>
        <w:t>— Під Новий рік збіговисько усіх чортів і молодших і старших! Щоб усі були! Зібрати всіх в сковородинському цеху! Дров під сковородки в цей час не підкладать, щоб грішники не шкварчали, бо заважатимуть…</w:t>
      </w:r>
    </w:p>
    <w:p>
      <w:r>
        <w:br/>
        <w:t>— Припинить, значить, тортури грішникам, чи як, ваша диявольська екселенція? — боязко запитала секретарка.</w:t>
      </w:r>
    </w:p>
    <w:p>
      <w:r>
        <w:br/>
        <w:t>— Значить, припинить! Нічого з ними не станеться! Теж мені, подумаєш, муки? Ну, йди! І зразу ж і по телеграфу, і по радіо передавай наказ про загальне збіговисько!</w:t>
      </w:r>
    </w:p>
    <w:p>
      <w:r>
        <w:br/>
        <w:t>— Порядок денний який буде, ваша диявольська екселенція?</w:t>
      </w:r>
    </w:p>
    <w:p>
      <w:r>
        <w:br/>
        <w:t>— Сам оголошу!</w:t>
      </w:r>
    </w:p>
    <w:p>
      <w:r>
        <w:br/>
        <w:t>Секретарка вискочила з кабінету, миттю до телефону передавати наказ і на радіо, і на телеграф про підноворічне всечортяче збіговисько.</w:t>
      </w:r>
    </w:p>
    <w:p>
      <w:r>
        <w:br/>
        <w:t>Занепокоєння в пеклі почалося після того, як почали туди прибувати з шибениць чемпіони Освєнціма, Дахау, Бельзена, Майданека і т. ін.</w:t>
      </w:r>
    </w:p>
    <w:p>
      <w:r>
        <w:br/>
        <w:t>Коли вони появилися в цехах старезного-престарезного пекла, вони прогулювалися поміж казанами, пательнями, пекельними пічками та багаттями, іронічно посміхались:</w:t>
      </w:r>
    </w:p>
    <w:p>
      <w:r>
        <w:br/>
        <w:t>— Оце пекло? Ха-ха! Оце — тортури? Хо-хо! Оце пекельні муки?! Хе-хе!</w:t>
      </w:r>
    </w:p>
    <w:p>
      <w:r>
        <w:br/>
        <w:t>Реготалися вони страшно! Аж за животи бралися та реготалися:</w:t>
      </w:r>
    </w:p>
    <w:p>
      <w:r>
        <w:br/>
        <w:t>— Ех ви! Чорти називаєтесь?! Сатанята ви наївні! Дияволятка ви! Оце у вас називається печі?! Оце у вас називається вогонь?! Діти ви, діти! Не бачили ви освєнцімської пічечки!! Не бачили ви майданівської установочки?! Почекайте, ось після Нюрнберзького процесу ідеологи наші прибудуть, — ми вам тоді покажемо, яким має бути пекло!</w:t>
      </w:r>
    </w:p>
    <w:p>
      <w:r>
        <w:br/>
        <w:t>— Так ви ж самі й мучитиметесь у тім пеклі?!</w:t>
      </w:r>
    </w:p>
    <w:p>
      <w:r>
        <w:br/>
        <w:t>— Ха-ха! — хахакнула медхен Ірма.</w:t>
      </w:r>
    </w:p>
    <w:p>
      <w:r>
        <w:br/>
        <w:t>— Як то так "ха-ха"?! — скипів начальник над усіма пекельними сковородками, старий, досвідчений сатана, що за своє життя засмажив мільярдів з десяток грішників. — Як посаджу на сковородку, тоді хахакнеш!</w:t>
      </w:r>
    </w:p>
    <w:p>
      <w:r>
        <w:br/>
        <w:t>— Побачимо, хто кого посадить! — багатозначно примружила очі медхен Ірма.</w:t>
      </w:r>
    </w:p>
    <w:p>
      <w:r>
        <w:br/>
        <w:t>Всі одразу зрозуміли, що щось таке затівається.</w:t>
      </w:r>
    </w:p>
    <w:p>
      <w:r>
        <w:br/>
        <w:t>Негайно ж повідомили про такі балачки самого Вельзевула.</w:t>
      </w:r>
    </w:p>
    <w:p>
      <w:r>
        <w:br/>
        <w:t>І ото з того часу Вельзевул замислився, замкнувся в кабінеті і все думав.</w:t>
      </w:r>
    </w:p>
    <w:p>
      <w:r>
        <w:br/>
        <w:t>Вельзевул — не дурень.</w:t>
      </w:r>
    </w:p>
    <w:p>
      <w:r>
        <w:br/>
        <w:t>Він прекрасно розумів, що його пекло, його пекельні муки й тортури проти фашистських мук на землі ніщо, і що всі грішники глузуватимуть тепер і з нього, і з його комбінату, і що з приїздом до пекла фашистів сором і глум упадуть на його стару диявольську голову…</w:t>
      </w:r>
    </w:p>
    <w:p>
      <w:r>
        <w:br/>
        <w:t>От він і думав, як би запобігти цій катастрофі…</w:t>
      </w:r>
    </w:p>
    <w:p>
      <w:r>
        <w:br/>
        <w:t>Багацько було планів у його сивій чортячій голові, та старий диявол знав, з ким він справу має…</w:t>
      </w:r>
    </w:p>
    <w:p>
      <w:r>
        <w:br/>
        <w:t>Знав він діла і Герінга, і Ріббентропа і фон Паппена, і всіх інших розпроканалій, і в глибині душі своєї сам із себе насміхався:</w:t>
      </w:r>
    </w:p>
    <w:p>
      <w:r>
        <w:br/>
        <w:t>— Ну, куди мені?! Хіба я зможу?!</w:t>
      </w:r>
    </w:p>
    <w:p>
      <w:r>
        <w:br/>
        <w:t>Дивився на себе в дзеркало і смутно хитав головою:</w:t>
      </w:r>
    </w:p>
    <w:p>
      <w:r>
        <w:br/>
        <w:t>— Пора, діду, на покой!</w:t>
      </w:r>
    </w:p>
    <w:p>
      <w:r>
        <w:br/>
        <w:t>А, заспокоївшись, подумав:</w:t>
      </w:r>
    </w:p>
    <w:p>
      <w:r>
        <w:br/>
        <w:t>"Хіба, може, дати по п'ятаку Скоропадському, Коновальцеві, Бандері та іншим гестапівським запроданцям із українців, — може, вони визволять?! Спробую! За гроші вони все зроблять…"</w:t>
      </w:r>
    </w:p>
    <w:p>
      <w:r>
        <w:br/>
        <w:t>Оце, власне, й було основним питанням порядку денного підноворічного всечортячого збіговиська!</w:t>
      </w:r>
    </w:p>
    <w:p>
      <w:r>
        <w:br/>
        <w:t>Заспокоївся трохи Вельзевул і повеселішав.</w:t>
      </w:r>
    </w:p>
    <w:p>
      <w:r>
        <w:br/>
        <w:t>— Може, — мовляв, — ще поживу!</w:t>
      </w:r>
    </w:p>
    <w:p>
      <w:r>
        <w:br/>
        <w:t>Але в цей час убігла до кабінету секретарка:</w:t>
      </w:r>
    </w:p>
    <w:p>
      <w:r>
        <w:br/>
        <w:t>— Нещастя, ваша диявольська екселенція!</w:t>
      </w:r>
    </w:p>
    <w:p>
      <w:r>
        <w:br/>
        <w:t>— Що таке?</w:t>
      </w:r>
    </w:p>
    <w:p>
      <w:r>
        <w:br/>
        <w:t>— Харон утопився! Прив'язав до шиї камінь і шубовснув у Стікс! Залишив записку: "Прощавайте! Не хочу я фашистську та українсько-німецьку погань у пекло перевозити! Пропало пекло! Харон".</w:t>
      </w:r>
    </w:p>
    <w:p>
      <w:r>
        <w:br/>
        <w:t>— Чесний був дідуган! Пекло йому підземне! Наше пекло, не фашистське!</w:t>
      </w:r>
    </w:p>
    <w:p>
      <w:r>
        <w:br/>
        <w:t>Сильно дуже вразила ця подія Вельзевула. Харон не витримав! Тисячоліттями перевозив людей у пекло, а от не витримав!</w:t>
      </w:r>
    </w:p>
    <w:p>
      <w:r>
        <w:br/>
        <w:t>— Кепська справа! Лиха ознака! — зітхнув Вельзевул.</w:t>
      </w:r>
    </w:p>
    <w:p>
      <w:r>
        <w:br/>
        <w:t>Дав наказ секретарці:</w:t>
      </w:r>
    </w:p>
    <w:p>
      <w:r>
        <w:br/>
        <w:t>— Влаштувати паром, хай самі переїздять! Бо коли Харон не витримав, то хто ж витримає?!</w:t>
      </w:r>
    </w:p>
    <w:p>
      <w:r>
        <w:br/>
        <w:t>* * *</w:t>
      </w:r>
    </w:p>
    <w:p>
      <w:r>
        <w:br/>
        <w:t>Всечортяче збіговисько якраз оце відбувається. Про його наслідки повідомимо о 12 годині ночі 31 грудня 1946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 тріщить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