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Пекельний жар, жажда в'ялить…</w:t>
      </w:r>
    </w:p>
    <w:p>
      <w:r>
        <w:br/>
        <w:t xml:space="preserve"> Петро КАРМАНСЬКИЙ</w:t>
      </w:r>
    </w:p>
    <w:p>
      <w:r>
        <w:br/>
        <w:t>* * *</w:t>
      </w:r>
    </w:p>
    <w:p>
      <w:r>
        <w:br/>
        <w:t>Пекельний жар, жажда в’ялить&lt;br /&gt;</w:t>
        <w:br/>
        <w:t>Кругом піщане море…&lt;br /&gt;</w:t>
        <w:br/>
        <w:t>Диви: оаза! Там біжить&lt;br /&gt;</w:t>
        <w:br/>
        <w:t>Нещасний путник — боресь!&lt;br /&gt;</w:t>
        <w:br/>
        <w:t>Послідних сил ще не добув.&lt;br /&gt;</w:t>
        <w:br/>
        <w:t>Русло ріки розкрилось…&lt;br /&gt;</w:t>
        <w:br/>
        <w:t>Біжить щосил, пристав, глянув —&lt;br /&gt;</w:t>
        <w:br/>
        <w:t>Марою все розплилось.&lt;br /&gt;</w:t>
        <w:br/>
        <w:t>І я з бідою свій тягнув&lt;br /&gt;</w:t>
        <w:br/>
        <w:t>Тяжкий леміш по ниві.&lt;br /&gt;</w:t>
        <w:br/>
        <w:t>Про людську долю я забув,&lt;br /&gt;</w:t>
        <w:br/>
        <w:t>Не знав, що дні щасливі.&lt;br /&gt;</w:t>
        <w:br/>
        <w:t>В безвір’я море я пірнув,&lt;br /&gt;</w:t>
        <w:br/>
        <w:t>Страдав пекельні муки!&lt;br /&gt;</w:t>
        <w:br/>
        <w:t>Поволі був би-м так заснув,&lt;br /&gt;</w:t>
        <w:br/>
        <w:t>Не знаючи розпуки.&lt;br /&gt;</w:t>
        <w:br/>
        <w:t>Як мрія, ти на шляху стала,&lt;br /&gt;</w:t>
        <w:br/>
        <w:t>Як сонце, ясна, гожа.&lt;br /&gt;</w:t>
        <w:br/>
        <w:t>Збудився я, душа бажала&lt;br /&gt;</w:t>
        <w:br/>
        <w:t>Полинуть в рай… О Боже!&lt;br /&gt;</w:t>
        <w:br/>
        <w:t>Ледве всміхнулось щастя — сонце&lt;br /&gt;</w:t>
        <w:br/>
        <w:t>А вже у тьму запало.&lt;br /&gt;</w:t>
        <w:br/>
        <w:t>З розпукою гляджу в віконце:&lt;br /&gt;</w:t>
        <w:br/>
        <w:t>Пропало, ох, пропало!&lt;br /&gt;</w:t>
        <w:br/>
        <w:t>Моя цитро, цитро, моя ти потіхо!&lt;br /&gt;</w:t>
        <w:br/>
        <w:t>В тобі топлю горе, розпуку, тугу,&lt;br /&gt;</w:t>
        <w:br/>
        <w:t>Ти життя солодиш, розганяєш лихо.&lt;br /&gt;</w:t>
        <w:br/>
        <w:t>Ох, подруго! Душу ти пестиш мою.&lt;br /&gt;</w:t>
        <w:br/>
        <w:t>Ти одна на світі — ти знаєш зітхання,&lt;br /&gt;</w:t>
        <w:br/>
        <w:t>Мої думи — мрії вечірні і сни,&lt;br /&gt;</w:t>
        <w:br/>
        <w:t>Бо ти знаєш муки і тихі ридання,&lt;br /&gt;</w:t>
        <w:br/>
        <w:t>І ти чуєш горе і біль з-за туги.&lt;br /&gt;</w:t>
        <w:br/>
        <w:t>Н&amp; потішить жоден, бо жоден не знає&lt;br /&gt;</w:t>
        <w:br/>
        <w:t>Туги, горя, муки, думок, снів та мрій.&lt;br /&gt;</w:t>
        <w:br/>
        <w:t>Як ридає серце, ніхто не зважає,&lt;br /&gt;</w:t>
        <w:br/>
        <w:t>Бо глухий світ, цитро, бо світ ледовий!&lt;br /&gt;</w:t>
        <w:br/>
        <w:t>Тож заграй ми, цитро, дзвени мені тихо,&lt;br /&gt;</w:t>
        <w:br/>
        <w:t>Розілий чар звуків — тугу розжени,&lt;br /&gt;</w:t>
        <w:br/>
        <w:t>Суши сльози-цвіти, приспи моє лихо,&lt;br /&gt;</w:t>
        <w:br/>
        <w:t>Воркуй ніжно, м’яко, жалібно дзвени!&lt;br /&gt;</w:t>
        <w:br/>
        <w:t>Ось так: тихо, тихо чарівні сі тони&lt;br /&gt;</w:t>
        <w:br/>
        <w:t>Най заплачуть, виллють мою біль-тугу,&lt;br /&gt;</w:t>
        <w:br/>
        <w:t>Нехай хлинуть сльози і виринуть стони,&lt;br /&gt;</w:t>
        <w:br/>
        <w:t>І я тихо сонний, спокійний засну.&lt;br /&gt;</w:t>
        <w:br/>
        <w:t>Немов літа, минають дні…&lt;br /&gt;</w:t>
        <w:br/>
        <w:t>Морози кригу стяли.&lt;br /&gt;</w:t>
        <w:br/>
        <w:t>Гадав, забуду… Ні та й ні!&lt;br /&gt;</w:t>
        <w:br/>
        <w:t>Немов замерзлі стали&lt;br /&gt;</w:t>
        <w:br/>
        <w:t>У серця муки: жаль, туга,&lt;br /&gt;</w:t>
        <w:br/>
        <w:t>Надії, мрії, горе —&lt;br /&gt;</w:t>
        <w:br/>
        <w:t>Зціпіли в серці, мов гора,&lt;br /&gt;</w:t>
        <w:br/>
        <w:t>Немов ледяне море.&lt;br /&gt;</w:t>
        <w:br/>
        <w:t>Неначе відьомська дуга&lt;br /&gt;</w:t>
        <w:br/>
        <w:t>Із моря воду п’є,&lt;br /&gt;</w:t>
        <w:br/>
        <w:t>Так з мого серця гадь-туга&lt;br /&gt;</w:t>
        <w:br/>
        <w:t>Поволі кровцю ссе.&lt;br /&gt;</w:t>
        <w:br/>
        <w:t>Як той, що жде на крайній суд,&lt;br /&gt;</w:t>
        <w:br/>
        <w:t>Що смерть чи волю дасть,—&lt;br /&gt;</w:t>
        <w:br/>
        <w:t>Так нудно дні мені пливуть,&lt;br /&gt;</w:t>
        <w:br/>
        <w:t>Приносять муку, страсть.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Пекельний жар, жажда в'ялить…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