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Печенізька облога Києва</w:t>
      </w:r>
    </w:p>
    <w:p>
      <w:r>
        <w:br/>
        <w:t xml:space="preserve"> &lt;blockquote class="cita" style='text-align:left'&gt;КНЯЖА УКРАЇНА&lt;br /&gt;</w:t>
        <w:br/>
        <w:t>Печенізька облога Києва&lt;/blockquote&gt;</w:t>
      </w:r>
    </w:p>
    <w:p>
      <w:r>
        <w:br/>
        <w:t>Раз дізнались печеніги,&lt;br /&gt;</w:t>
        <w:br/>
        <w:t>Що для бою час настав,&lt;br /&gt;</w:t>
        <w:br/>
        <w:t>Що в Болгарїї далекій&lt;br /&gt;</w:t>
        <w:br/>
        <w:t>Забарився Святослав.</w:t>
      </w:r>
    </w:p>
    <w:p>
      <w:r>
        <w:br/>
        <w:t>Наче хмари, бідний Київ&lt;br /&gt;</w:t>
        <w:br/>
        <w:t>Печеніги облягли,&lt;br /&gt;</w:t>
        <w:br/>
        <w:t>Загриміли всюди сурми,&lt;br /&gt;</w:t>
        <w:br/>
        <w:t>Тарабани загули.</w:t>
      </w:r>
    </w:p>
    <w:p>
      <w:r>
        <w:br/>
        <w:t>А у місті плач і стогін:&lt;br /&gt;</w:t>
        <w:br/>
        <w:t>Ані вийти, ні ввійти,&lt;br /&gt;</w:t>
        <w:br/>
        <w:t>Став людей косити голод,&lt;br /&gt;</w:t>
        <w:br/>
        <w:t>Став в могили їх нести.</w:t>
      </w:r>
    </w:p>
    <w:p>
      <w:r>
        <w:br/>
        <w:t>А в той час гуляє Претич&lt;br /&gt;</w:t>
        <w:br/>
        <w:t>З дужим військом за Дніпром...&lt;br /&gt;</w:t>
        <w:br/>
        <w:t>Та не станеш буйним вітром&lt;br /&gt;</w:t>
        <w:br/>
        <w:t>І не зробишся орлом.</w:t>
      </w:r>
    </w:p>
    <w:p>
      <w:r>
        <w:br/>
        <w:t>Полетіли б і сказати:&lt;br /&gt;</w:t>
        <w:br/>
        <w:t>"Ви на волі, соколи,&lt;br /&gt;</w:t>
        <w:br/>
        <w:t>А наш Київ сірим муром&lt;br /&gt;</w:t>
        <w:br/>
        <w:t>Печеніги облягли".</w:t>
      </w:r>
    </w:p>
    <w:p>
      <w:r>
        <w:br/>
        <w:t>Стали думати кияни,&lt;br /&gt;</w:t>
        <w:br/>
        <w:t>Де їм лицаря знайти,&lt;br /&gt;</w:t>
        <w:br/>
        <w:t>Щоб із міста на той берег&lt;br /&gt;</w:t>
        <w:br/>
        <w:t>Сміло зважився пройти.</w:t>
      </w:r>
    </w:p>
    <w:p>
      <w:r>
        <w:br/>
        <w:t>"Я піду!" — хлоп'я говорить.&lt;br /&gt;</w:t>
        <w:br/>
        <w:t>"Ти ж мале ще, молоде..."&lt;br /&gt;</w:t>
        <w:br/>
        <w:t>"Я піду", — хлоп'я говорить&lt;br /&gt;</w:t>
        <w:br/>
        <w:t>І з вуздечкою іде.</w:t>
      </w:r>
    </w:p>
    <w:p>
      <w:r>
        <w:br/>
        <w:t>Вийшов з міста, в яр спустився,&lt;br /&gt;</w:t>
        <w:br/>
        <w:t>Полем швидко перебіг,&lt;br /&gt;</w:t>
        <w:br/>
        <w:t>Став, постояв, вийшов з гаю,&lt;br /&gt;</w:t>
        <w:br/>
        <w:t>Йде, неначе печеніг.</w:t>
      </w:r>
    </w:p>
    <w:p>
      <w:r>
        <w:br/>
        <w:t>Ось і табір, Глянув — війська,&lt;br /&gt;</w:t>
        <w:br/>
        <w:t>Як тієї сарани!&lt;br /&gt;</w:t>
        <w:br/>
        <w:t>Коні ржуть, реве худоба,&lt;br /&gt;</w:t>
        <w:br/>
        <w:t>На триногах казани.</w:t>
      </w:r>
    </w:p>
    <w:p>
      <w:r>
        <w:br/>
        <w:t>А на сонці сяє зброя,&lt;br /&gt;</w:t>
        <w:br/>
        <w:t>Сяють, блискають списи...&lt;br /&gt;</w:t>
        <w:br/>
        <w:t>Як пробитися крізь хмару,&lt;br /&gt;</w:t>
        <w:br/>
        <w:t>Як пройти через ліси?!</w:t>
      </w:r>
    </w:p>
    <w:p>
      <w:r>
        <w:br/>
        <w:t>"Де ти, Претич-воєводо,&lt;br /&gt;</w:t>
        <w:br/>
        <w:t>Де ти, князю Святослав?!" —&lt;br /&gt;</w:t>
        <w:br/>
        <w:t>Так собі подумав хлопець&lt;br /&gt;</w:t>
        <w:br/>
        <w:t>І у когось запитав:</w:t>
      </w:r>
    </w:p>
    <w:p>
      <w:r>
        <w:br/>
        <w:t>"Чи не бачили ви, дядьку,&lt;br /&gt;</w:t>
        <w:br/>
        <w:t>Тут буланого коня?&lt;br /&gt;</w:t>
        <w:br/>
        <w:t>Я пустив його на пашу,&lt;br /&gt;</w:t>
        <w:br/>
        <w:t>Та й заснув на хвильку я..."</w:t>
      </w:r>
    </w:p>
    <w:p>
      <w:r>
        <w:br/>
        <w:t>"Ні, не бачив... ач, роззява!&lt;br /&gt;</w:t>
        <w:br/>
        <w:t>Так колись ти і в бою&lt;br /&gt;</w:t>
        <w:br/>
        <w:t>Задрімаєш і за хвильку...&lt;br /&gt;</w:t>
        <w:br/>
        <w:t>Стратиш голову свою".</w:t>
      </w:r>
    </w:p>
    <w:p>
      <w:r>
        <w:br/>
        <w:t>"Треба йти питати інших...&lt;br /&gt;</w:t>
        <w:br/>
        <w:t>Де ж він, лишенько моє?!&lt;br /&gt;</w:t>
        <w:br/>
        <w:t>Гей ти, коню мій буланий,&lt;br /&gt;</w:t>
        <w:br/>
        <w:t>Гей, озвися, де ти є?!"</w:t>
      </w:r>
    </w:p>
    <w:p>
      <w:r>
        <w:br/>
        <w:t>Вдалині Дніпро синіє...&lt;br /&gt;</w:t>
        <w:br/>
        <w:t>Хлопчик плаче, як ягня:&lt;br /&gt;</w:t>
        <w:br/>
        <w:t>"Чи не бачили ви, дядьку,&lt;br /&gt;</w:t>
        <w:br/>
        <w:t>Тут буланого коня?"</w:t>
      </w:r>
    </w:p>
    <w:p>
      <w:r>
        <w:br/>
        <w:t>Ось уже і любий берег,&lt;br /&gt;</w:t>
        <w:br/>
        <w:t>Хвилі весело шумлять...&lt;br /&gt;</w:t>
        <w:br/>
        <w:t>Він оглянувся — далеко&lt;br /&gt;</w:t>
        <w:br/>
        <w:t>Вороги його стоять.</w:t>
      </w:r>
    </w:p>
    <w:p>
      <w:r>
        <w:br/>
        <w:t>І схопив себе за груди,&lt;br /&gt;</w:t>
        <w:br/>
        <w:t>На собі одежу рве,&lt;br /&gt;</w:t>
        <w:br/>
        <w:t>Через мить уже по хвилях&lt;br /&gt;</w:t>
        <w:br/>
        <w:t>На той берег він пливе.</w:t>
      </w:r>
    </w:p>
    <w:p>
      <w:r>
        <w:br/>
        <w:t>І нарешті бачать хлопця&lt;br /&gt;</w:t>
        <w:br/>
        <w:t>Печенізьки вояки,&lt;br /&gt;</w:t>
        <w:br/>
        <w:t>І за ним біжать, женуться,&lt;br /&gt;</w:t>
        <w:br/>
        <w:t>Як за сарною вовки.</w:t>
      </w:r>
    </w:p>
    <w:p>
      <w:r>
        <w:br/>
        <w:t>Туго луки натягають,&lt;br /&gt;</w:t>
        <w:br/>
        <w:t>Стріли кидають вперед,&lt;br /&gt;</w:t>
        <w:br/>
        <w:t>То пірне хлоп'я у воду,&lt;br /&gt;</w:t>
        <w:br/>
        <w:t>То заб'ється в очерет.</w:t>
      </w:r>
    </w:p>
    <w:p>
      <w:r>
        <w:br/>
        <w:t>Стріли падають у воду,&lt;br /&gt;</w:t>
        <w:br/>
        <w:t>Наче чорні блискавки...&lt;br /&gt;</w:t>
        <w:br/>
        <w:t>Попливти б, — але бояться&lt;br /&gt;</w:t>
        <w:br/>
        <w:t>Печенізьки вояки.</w:t>
      </w:r>
    </w:p>
    <w:p>
      <w:r>
        <w:br/>
        <w:t>А мале хлоп'я давно вже&lt;br /&gt;</w:t>
        <w:br/>
        <w:t>Степом котиться-летить...&lt;br /&gt;</w:t>
        <w:br/>
        <w:t>Сяють вогниками очі,&lt;br /&gt;</w:t>
        <w:br/>
        <w:t>Серце пташкою тремтить.</w:t>
      </w:r>
    </w:p>
    <w:p>
      <w:r>
        <w:br/>
        <w:t>Ось уже і рідний табір,&lt;br /&gt;</w:t>
        <w:br/>
        <w:t>Ось і Претич, вояки...&lt;br /&gt;</w:t>
        <w:br/>
        <w:t>Ах, здається, по степу він&lt;br /&gt;</w:t>
        <w:br/>
        <w:t>Розгубив свої думки.</w:t>
      </w:r>
    </w:p>
    <w:p>
      <w:r>
        <w:br/>
        <w:t>Прибігає, важко диха,&lt;br /&gt;</w:t>
        <w:br/>
        <w:t>Ледве встоїть на ногах...&lt;br /&gt;</w:t>
        <w:br/>
        <w:t>Закричав — і гнів палає&lt;br /&gt;</w:t>
        <w:br/>
        <w:t>В огняних його словах.</w:t>
      </w:r>
    </w:p>
    <w:p>
      <w:r>
        <w:br/>
        <w:t>"Воєводо і вояцтво!&lt;br /&gt;</w:t>
        <w:br/>
        <w:t>Ви гуляєте, орли,&lt;br /&gt;</w:t>
        <w:br/>
        <w:t>А наш Київ, наче хмари,&lt;br /&gt;</w:t>
        <w:br/>
        <w:t>Печеніги облягли.</w:t>
      </w:r>
    </w:p>
    <w:p>
      <w:r>
        <w:br/>
        <w:t>Ви гуляєте, а люде&lt;br /&gt;</w:t>
        <w:br/>
        <w:t>Швидко з голоду помруть,&lt;br /&gt;</w:t>
        <w:br/>
        <w:t>Швидко з голоду наш Київ&lt;br /&gt;</w:t>
        <w:br/>
        <w:t>Печенігам віддадуть".</w:t>
      </w:r>
    </w:p>
    <w:p>
      <w:r>
        <w:br/>
        <w:t>Пильно слухає вояцтво,&lt;br /&gt;</w:t>
        <w:br/>
        <w:t>Що розказує хлоп'я...&lt;br /&gt;</w:t>
        <w:br/>
        <w:t>Меч стискає воєвода&lt;br /&gt;</w:t>
        <w:br/>
        <w:t>І сідає на коня.</w:t>
      </w:r>
    </w:p>
    <w:p>
      <w:r>
        <w:br/>
        <w:t>"Вояки! вперед! на поміч! —&lt;br /&gt;</w:t>
        <w:br/>
        <w:t>Вірний Претич закричав, —&lt;br /&gt;</w:t>
        <w:br/>
        <w:t>Хай живе наш славний Київ,&lt;br /&gt;</w:t>
        <w:br/>
        <w:t>Хай живе наш Святослав".</w:t>
      </w:r>
    </w:p>
    <w:p>
      <w:r>
        <w:br/>
        <w:t>Обернувся в вулик табір...&lt;br /&gt;</w:t>
        <w:br/>
        <w:t>Крики, ржання, метушня...&lt;br /&gt;</w:t>
        <w:br/>
        <w:t>Кожний бравсь за спис, за зброю&lt;br /&gt;</w:t>
        <w:br/>
        <w:t>І... на огиря-коня.</w:t>
      </w:r>
    </w:p>
    <w:p>
      <w:r>
        <w:br/>
        <w:t>І злякались печеніги...&lt;br /&gt;</w:t>
        <w:br/>
        <w:t>Крик пішов і залунав,&lt;br /&gt;</w:t>
        <w:br/>
        <w:t>Що вертається з походу&lt;br /&gt;</w:t>
        <w:br/>
        <w:t>Переможець Святослав.</w:t>
      </w:r>
    </w:p>
    <w:p>
      <w:r>
        <w:br/>
        <w:t>Безліч літ уже минуло,&lt;br /&gt;</w:t>
        <w:br/>
        <w:t>Вже давно в землі хлоп'я.&lt;br /&gt;</w:t>
        <w:br/>
        <w:t>І давно вже в серці нашім&lt;br /&gt;</w:t>
        <w:br/>
        <w:t>Вмерло лицаря ім'я.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Печенізька облога Києва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