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Пацанок</w:t>
      </w:r>
    </w:p>
    <w:p>
      <w:r>
        <w:br/>
        <w:t xml:space="preserve"> &lt;p&gt;У весняному повітрі загув вечірній дзвін, розносячи по місту людям звістку, що зайшло велике свято.</w:t>
      </w:r>
    </w:p>
    <w:p>
      <w:r>
        <w:br/>
        <w:t>Вирізалися в небі перші зірки над низенькою обшарпаною тюрмою.</w:t>
      </w:r>
    </w:p>
    <w:p>
      <w:r>
        <w:br/>
        <w:t>Сонною пусткою-руїною здавалася вона у вечірніх присмерках.</w:t>
      </w:r>
    </w:p>
    <w:p>
      <w:r>
        <w:br/>
        <w:t>А за гратами та замками стиха шуміло — гула там підборкана молода сила.</w:t>
      </w:r>
    </w:p>
    <w:p>
      <w:r>
        <w:br/>
        <w:t>В тюрмі почалася повірка: забриньчали швидко ключами, часто загрюкали молотками об залізні грати. Поспішали, бо спізнилися сьогодні.</w:t>
      </w:r>
    </w:p>
    <w:p>
      <w:r>
        <w:br/>
        <w:t>В третій камері товариш Петро виряджався в дорогу. Сьогодні на прогулянці він образив начальника, якого ненавиділа вся тюрма, і тепер мусив іти до карцеру. Товариші по камері гуртом виряджали його: давали йому теплішу одежу, розсипали поза підкладкою піджака тютюн та сірники, щоб не знайшли, коли будуть його обшукувати.</w:t>
      </w:r>
    </w:p>
    <w:p>
      <w:r>
        <w:br/>
        <w:t>Сам Петро, кремезний хлопчина з русявою борідкою, прихватком наїдався чогось аж на троє суток.</w:t>
      </w:r>
    </w:p>
    <w:p>
      <w:r>
        <w:br/>
        <w:t>Через невеликий час, одягаючись на ходу після трусу й широко ступаючи по коридору, він уже поспішався до карцеру. Слідком за ним ішов надзиратель і брязкав ключами. Стали перед маленькими старими дверима з дірочкою-прозуркою й здоровенним висячим замком.</w:t>
      </w:r>
    </w:p>
    <w:p>
      <w:r>
        <w:br/>
        <w:t>Оцей льох, чи комірчина, по бідності тюрми, була призначена для карцеру. Загриміло залізо, і двері одчинилися. Трохи пригнувшись, Петро ступив кудись у вогку й холодну темряву. Зразу тоненько дзвизнув за ним важкий залізний засов, загримів замок, і все стихло. Петро ступив далі й став обдивлятися.</w:t>
      </w:r>
    </w:p>
    <w:p>
      <w:r>
        <w:br/>
        <w:t>В маленьке віконце, густо переплетене гратами, заглядало зоряне небо.</w:t>
      </w:r>
    </w:p>
    <w:p>
      <w:r>
        <w:br/>
        <w:t>Петро потягнувся й голосно позіхнув.</w:t>
      </w:r>
    </w:p>
    <w:p>
      <w:r>
        <w:br/>
        <w:t>— Здрастуй, товаришу!.. За віщо це тебе? — несподівано почувся десь з темного кутка тоненький дитячий голос.</w:t>
      </w:r>
    </w:p>
    <w:p>
      <w:r>
        <w:br/>
        <w:t>Петро здригнув.</w:t>
      </w:r>
    </w:p>
    <w:p>
      <w:r>
        <w:br/>
        <w:t>— Ти хто такий? — зараз спитав він.</w:t>
      </w:r>
    </w:p>
    <w:p>
      <w:r>
        <w:br/>
        <w:t>— Я — пацанок [2] з п’ятої камери... Це добре, товаришу, що ти сюди попав: удвох буде якось веселіш.</w:t>
      </w:r>
    </w:p>
    <w:p>
      <w:r>
        <w:br/>
        <w:t>Придивившись, Петро хутко завважив, що в кутку, під стіною, щось біліло. Підійшовши ближче, він став добачати й фігуру пацанка.</w:t>
      </w:r>
    </w:p>
    <w:p>
      <w:r>
        <w:br/>
        <w:t>— А тебе ж за віщо сюди... товаришу? — спитав Петро, осміхнувшись.</w:t>
      </w:r>
    </w:p>
    <w:p>
      <w:r>
        <w:br/>
        <w:t>— Масалку [3] погнав в Христа та паску, то старший і посадив на троє суток,— хвастовито одмовив пацанок.</w:t>
      </w:r>
    </w:p>
    <w:p>
      <w:r>
        <w:br/>
        <w:t>— Як же сидиться тобі тут, товаришок? — розпитував Петро, сідаючи поруч з пацанком.</w:t>
      </w:r>
    </w:p>
    <w:p>
      <w:r>
        <w:br/>
        <w:t>— Ой гидко-гидко, товаришу,— таємним голосом одмовляє той.— Холодно, вогко, та ще... пацюки, щоб вони видохли! Заснути ніяк не дадуть: тільки задрімаєш — зараз так і зашарудять по ногах, по грудях... один за палець укусив; то оце я зняв черевика та й стережу — може, підкрадеться котрий, то пришию [4] суку.</w:t>
      </w:r>
    </w:p>
    <w:p>
      <w:r>
        <w:br/>
        <w:t>Петро став витрушувати поза підкладкою тютюн та сірники, а пацанок зразу почав безперестану щебетати.</w:t>
      </w:r>
    </w:p>
    <w:p>
      <w:r>
        <w:br/>
        <w:t>Володьку-пацанка знала вся тюрма. То був хлопчик на вигляд років дванадцяти, бідовий, непосидющий. У камері він завжди як не з надзирателем гризся коло прозурки, то на вікні коло грат допікав вартового. На тюремному дворі, коли виходила п'ята камера на прогулянку, його жваве цвірінчання, змішуючись з брязкотом кайданів, сповняло ввесь двір. Собі за товариша там вибирав Володька завжди якого-небудь здоровенного значного кандальщика, ходив поруч з ним, пихкаючи поважно цигаркою й переймаючи всі рухи і звички старих каторжан; свій тюремний бушлат та шапочку він навіть намагався носити так, як вони.</w:t>
      </w:r>
    </w:p>
    <w:p>
      <w:r>
        <w:br/>
        <w:t>Тепер перед новим чоловіком, перед "політичним", йому хотілося показатися не яким-небудь "грачем", [5] а парнем "фартовим". За першу ознаку цього вважалося знаття фар-тової мови, тюремних та злодійських звичок, і Володька зразу хотів висипати перед Петром увесь свій запас цеї науки. Пересипаючи свою мову фартовими словами й перескакуючи з одної розмови на другу, він цокотав:</w:t>
      </w:r>
    </w:p>
    <w:p>
      <w:r>
        <w:br/>
        <w:t>— Нема в нашій камері тепер путніх реб’ят. Колись були боги, так боги: [6] Кошовий, Близнюк, Васька-кандальщик... А тепер осталися одні сявки. Духовитого парня ні одного нема. Всі такі, що на волі "стріляли" та під рундуками танцювали за печінку; а сюди поприходили та й мають себе за якесь божество... Знаєш, товаришу, мене судили на один рік, а я після суду встав та й погнав председателя в закон та пугвички: припаяли, суки, іще на півроку... Шармач я, і раз був на грубому [7] ділі. З Ваською з кандальщиком "купили" в одного єрика [8] п’ять тисяч. Ех, і погуляли ж тоді ми з ним! Тільки не довго й гуляли: на третій день згоріли... [9]</w:t>
      </w:r>
    </w:p>
    <w:p>
      <w:r>
        <w:br/>
        <w:t>Володька закурив цигарку і, човгаючи здоровенними черевиками, став ходити по карцеру.</w:t>
      </w:r>
    </w:p>
    <w:p>
      <w:r>
        <w:br/>
        <w:t>В одеськім саді я гуляв,</w:t>
      </w:r>
    </w:p>
    <w:p>
      <w:r>
        <w:br/>
        <w:t>3 красоткой наслаждався;</w:t>
      </w:r>
    </w:p>
    <w:p>
      <w:r>
        <w:br/>
        <w:t>В чіжолі кандали попав,-</w:t>
      </w:r>
    </w:p>
    <w:p>
      <w:r>
        <w:br/>
        <w:t>заспівав він дзвінким альтом, і було чудно помічати в дитячому голосі добре переняту манеру старих в’язнів.</w:t>
      </w:r>
    </w:p>
    <w:p>
      <w:r>
        <w:br/>
        <w:t>— Ех, товаришу! — заговорив він, зразу кинувши пісню,— шкода мені на волі одного тільки: маруху [10] милу покинув я в Таганрозі. От красючка — як лялька!</w:t>
      </w:r>
    </w:p>
    <w:p>
      <w:r>
        <w:br/>
        <w:t>— Велика ж вона, твоя маруха? — осміхаючись собі в темноті, спитав Петро.</w:t>
      </w:r>
    </w:p>
    <w:p>
      <w:r>
        <w:br/>
        <w:t>— Їй було...— Володька трохи подумав,— було їй тоді одинадцять років. Вона теж шармачка. На побачення приїздила, два карбованці грошей передала — їй-богу! Падлець буду — не брешу! А це щось не чути. Треба було писнути їй. Чорт їх розбере — цих бабів — може, вже з другим любов закрутила!</w:t>
      </w:r>
    </w:p>
    <w:p>
      <w:r>
        <w:br/>
        <w:t>Ти думаєш, подлянка,</w:t>
      </w:r>
    </w:p>
    <w:p>
      <w:r>
        <w:br/>
        <w:t>Що я тут пропаду?</w:t>
      </w:r>
    </w:p>
    <w:p>
      <w:r>
        <w:br/>
        <w:t>Як вийду я на волю —</w:t>
      </w:r>
    </w:p>
    <w:p>
      <w:r>
        <w:br/>
        <w:t>За все тобі томщу:</w:t>
      </w:r>
    </w:p>
    <w:p>
      <w:r>
        <w:br/>
        <w:t>Ручки-ножки поламаю</w:t>
      </w:r>
    </w:p>
    <w:p>
      <w:r>
        <w:br/>
        <w:t>І кості покручу...</w:t>
      </w:r>
    </w:p>
    <w:p>
      <w:r>
        <w:br/>
        <w:t>Між гратами вікна щось забряжчало; показався блискучий кінець штика.</w:t>
      </w:r>
    </w:p>
    <w:p>
      <w:r>
        <w:br/>
        <w:t>— Ей ти, чорток! — почувся за стіною голос вартового.— Лежи мовчки, а то я тебе покладу.</w:t>
      </w:r>
    </w:p>
    <w:p>
      <w:r>
        <w:br/>
        <w:t>Коли Петрові обридло слухати пацанка, він сказав йому:</w:t>
      </w:r>
    </w:p>
    <w:p>
      <w:r>
        <w:br/>
        <w:t>— Ну й "наливаєш" же ти добре, товаришок! Не знаю — який з тебе Іван вийде, ну, а тріпач добрий!</w:t>
      </w:r>
    </w:p>
    <w:p>
      <w:r>
        <w:br/>
        <w:t>Пацанок почав клястися:</w:t>
      </w:r>
    </w:p>
    <w:p>
      <w:r>
        <w:br/>
        <w:t>— Падлець буду, коли хоч трошки брешу! Щоб мені волі не побачити, коли "наливаю"! — поклявся він великою тюремною клятьбою.</w:t>
      </w:r>
    </w:p>
    <w:p>
      <w:r>
        <w:br/>
        <w:t>— Годі, Володька! — гостро сказав Петро.— Воля тобі ще потрібна буде.</w:t>
      </w:r>
    </w:p>
    <w:p>
      <w:r>
        <w:br/>
        <w:t>Пацанок насупився й замовк.</w:t>
      </w:r>
    </w:p>
    <w:p>
      <w:r>
        <w:br/>
        <w:t>Петрові стало шкода чогось хлопця, і він почав щиро розпитувати про його життя. Пацанок зразу одмовляв з неохотою, голосом ображеного, а потім зразу якось залишив свій тюремний тон і дитячим голосом став розповідати про своє життя.</w:t>
      </w:r>
    </w:p>
    <w:p>
      <w:r>
        <w:br/>
        <w:t>— Як мені живеться — питаєш? — промовив він, присовуючись ближче до Петра й обгортаючись од холоду в свій полотняний бушлатик.— Погано живеться, товаришу: боги чіпляються до мене, завжди дражнять, бачать, що я малий, нікого не подужаю з їх. Спати посилають "на грачівку" й їсти садовлять з "грачами". А хіба я дешевший за їх? Мій батько був шармачем, і я шармач! Я не менше покрав на волі од їх. Дай бог усякому стільки покрасти, як я перекрав! — казав пацанок смутним голосом.</w:t>
      </w:r>
    </w:p>
    <w:p>
      <w:r>
        <w:br/>
        <w:t>Петро слухав тиху скаргу пацанкову, його чистий мелодичний голосок, і йому почало здаватися, що немов він десь уже чув цей голос.</w:t>
      </w:r>
    </w:p>
    <w:p>
      <w:r>
        <w:br/>
        <w:t>— Як ти гадаєш, товаришу,— через якийсь час звернувся до Петра пацанок,— дадуть нам завтра паски та крашанки чи ні? Розказують, що торік давали на паску всім по маленькій пасочці й по дві крашанки.</w:t>
      </w:r>
    </w:p>
    <w:p>
      <w:r>
        <w:br/>
        <w:t>— Хоч і даватимуть, то нам з тобою, мабуть, не достанеться: ми ж з тобою в карцері! — одмовив Петро.</w:t>
      </w:r>
    </w:p>
    <w:p>
      <w:r>
        <w:br/>
        <w:t>— То, може, як вийдемо, то дадуть? Може, хоч крашанки нам зоставлять?</w:t>
      </w:r>
    </w:p>
    <w:p>
      <w:r>
        <w:br/>
        <w:t>— Навряд, товаришок.</w:t>
      </w:r>
    </w:p>
    <w:p>
      <w:r>
        <w:br/>
        <w:t>— А як не дадуть, то ми будемо вимагати. Правда, товаришу? Прийде прокурор, то ми йому й заявимо.</w:t>
      </w:r>
    </w:p>
    <w:p>
      <w:r>
        <w:br/>
        <w:t>Було помітно, що Володька дуже турбувався, щоб крашанки його не пропали.</w:t>
      </w:r>
    </w:p>
    <w:p>
      <w:r>
        <w:br/>
        <w:t>Петро вже не слухав пацанка й, обнявши коліна руками, про віщось загадався. Отямився тільки тоді, коли пацанок, після довгої мовчанки, знов обізвався до його.</w:t>
      </w:r>
    </w:p>
    <w:p>
      <w:r>
        <w:br/>
        <w:t>— Зботай [11] що-небудь, товаришу,— прохав він,— може, казку яку знаєш, а то скучно так сидіти.</w:t>
      </w:r>
    </w:p>
    <w:p>
      <w:r>
        <w:br/>
        <w:t>— Щось позабув я вже казки,— глибоко зітхнувши після довгої задуми, одмовив Петро.</w:t>
      </w:r>
    </w:p>
    <w:p>
      <w:r>
        <w:br/>
        <w:t>— Ну, розкажи що-небудь про свої партійні пригоди. Ти хто будеш? Есдек, чи есер, чи, може, анархіст? Я страх як люблю слухати про "політичеських".</w:t>
      </w:r>
    </w:p>
    <w:p>
      <w:r>
        <w:br/>
        <w:t>— Ну, слухай, товаришок,— сказав, хитнувши головою, Петро,— я розкажу тобі, тільки пильно слухай. От ти казав, що вилаяв масалку в Христа — чи знаєш ти, хто то такий Христос?</w:t>
      </w:r>
    </w:p>
    <w:p>
      <w:r>
        <w:br/>
        <w:t>— Знаю,— одмовляє пацанок,— розп’ятіє, хрест, що ним попи чортів гонять.</w:t>
      </w:r>
    </w:p>
    <w:p>
      <w:r>
        <w:br/>
        <w:t>— Ну, ще що знаєш?</w:t>
      </w:r>
    </w:p>
    <w:p>
      <w:r>
        <w:br/>
        <w:t>— Більш не знаю,— одмовив той.</w:t>
      </w:r>
    </w:p>
    <w:p>
      <w:r>
        <w:br/>
        <w:t>— Христос — не хрест. Ти послухай, що я тобі розкажу про його.</w:t>
      </w:r>
    </w:p>
    <w:p>
      <w:r>
        <w:br/>
        <w:t>І Петро простою мовою Євангелії став розказувати пацанкові про Христа.</w:t>
      </w:r>
    </w:p>
    <w:p>
      <w:r>
        <w:br/>
        <w:t>Пацанок близько тулився до його, чмихав, закидав питаннями, і коли Петро став розказувати про суд над Христом, про його страждання й смерть, пацанок примовк, і тільки по тому, як сопів він носом, можна було вгадати, як пильно дослухається він до кожного слова.</w:t>
      </w:r>
    </w:p>
    <w:p>
      <w:r>
        <w:br/>
        <w:t>Потім удвох вони почали тихо розмовляти про людей, про Христове вчення; марили про те, що б сталося на землі, коли б знову прийшов Христос.</w:t>
      </w:r>
    </w:p>
    <w:p>
      <w:r>
        <w:br/>
        <w:t>— Я думаю,— казав мрійно пацанок,— коли б тепер він прийшов, то перш усього звелів би покарати всіх тих, що тепер нас мучать.</w:t>
      </w:r>
    </w:p>
    <w:p>
      <w:r>
        <w:br/>
        <w:t>— Він навчав людей, щоб вони прощали своїм ворогам,— тихо одмовив Петро,— і він, коли б вони покаялися, простив би все їм.</w:t>
      </w:r>
    </w:p>
    <w:p>
      <w:r>
        <w:br/>
        <w:t>— Простив би? — розчаровано протяг пацанок.</w:t>
      </w:r>
    </w:p>
    <w:p>
      <w:r>
        <w:br/>
        <w:t>— Усіх би простив.</w:t>
      </w:r>
    </w:p>
    <w:p>
      <w:r>
        <w:br/>
        <w:t>— І нашого начальника простив би? — питає пацанок.</w:t>
      </w:r>
    </w:p>
    <w:p>
      <w:r>
        <w:br/>
        <w:t>У Петра защеміло чогось серце, проте він переміг себе й сказав:</w:t>
      </w:r>
    </w:p>
    <w:p>
      <w:r>
        <w:br/>
        <w:t>— І його простив би, коли б він покаявся.</w:t>
      </w:r>
    </w:p>
    <w:p>
      <w:r>
        <w:br/>
        <w:t>Пацанок замовк і задумався.</w:t>
      </w:r>
    </w:p>
    <w:p>
      <w:r>
        <w:br/>
        <w:t>— Слухай, товаришу! — трохи перемовчавши, промовив він смутним голосом,— може б, він хоч з посади його скинув?</w:t>
      </w:r>
    </w:p>
    <w:p>
      <w:r>
        <w:br/>
        <w:t>— Про те нема чого й казати: начальником він не був би над нами.</w:t>
      </w:r>
    </w:p>
    <w:p>
      <w:r>
        <w:br/>
        <w:t>Пацанок зразу повеселів.</w:t>
      </w:r>
    </w:p>
    <w:p>
      <w:r>
        <w:br/>
        <w:t>— Ага!.. Так йому! — радіючи, казав він.— Зразу позривав би з його погони та до параші поставив би. Парашником зробив би його! Чи так, товаришу?</w:t>
      </w:r>
    </w:p>
    <w:p>
      <w:r>
        <w:br/>
        <w:t>Петро на свій страх дозволив пацанкові поставити начальника за парашника. Пацанок дзвінко й радісно засміявся.</w:t>
      </w:r>
    </w:p>
    <w:p>
      <w:r>
        <w:br/>
        <w:t>Потім пацанок про щось задумався.</w:t>
      </w:r>
    </w:p>
    <w:p>
      <w:r>
        <w:br/>
        <w:t>— Ну, а нам з тобою, товаришу, не попало б часом од його? — спитав пацанок.</w:t>
      </w:r>
    </w:p>
    <w:p>
      <w:r>
        <w:br/>
        <w:t>Петро трохи подумав.</w:t>
      </w:r>
    </w:p>
    <w:p>
      <w:r>
        <w:br/>
        <w:t>— Хто його зна, Володько,— за себе не скажу: може б, мені й досталося од його за що-небудь; ну, а тобі нічого не було б — це я добре знаю.</w:t>
      </w:r>
    </w:p>
    <w:p>
      <w:r>
        <w:br/>
        <w:t>— А чого ж так? — тихо спитав Володька.</w:t>
      </w:r>
    </w:p>
    <w:p>
      <w:r>
        <w:br/>
        <w:t>— Любив він пацанків таких, як ти.</w:t>
      </w:r>
    </w:p>
    <w:p>
      <w:r>
        <w:br/>
        <w:t>— Любив? — радіючи й соромлячись, перепитав той.</w:t>
      </w:r>
    </w:p>
    <w:p>
      <w:r>
        <w:br/>
        <w:t>— Любив, товаришок, і людям дуже наказував, щоб жаліли їх.</w:t>
      </w:r>
    </w:p>
    <w:p>
      <w:r>
        <w:br/>
        <w:t>— А...— пацанок щось хотів сказати та й замовк. Потім тихенько одсунувся од Петра... Та забув він, мабуть, що Петрова рука лежала у його на коліні. Нагнувся над нею, а з очей упала на неї тепла крапелька-сльозинка.</w:t>
      </w:r>
    </w:p>
    <w:p>
      <w:r>
        <w:br/>
        <w:t>Петро став закурювати.</w:t>
      </w:r>
    </w:p>
    <w:p>
      <w:r>
        <w:br/>
        <w:t>— Ти вмієш писати прошенія,— казав пацанок через який час Петрові,— у вашій камері, кажуть, усі вміють добре писати прошенія.</w:t>
      </w:r>
    </w:p>
    <w:p>
      <w:r>
        <w:br/>
        <w:t>— Можна буде написати,— одмовив Петро.</w:t>
      </w:r>
    </w:p>
    <w:p>
      <w:r>
        <w:br/>
        <w:t>— Мене радять,— казав пацанок з дитячим довір’ям,— щоб я послав прохання до цариці про помилування. Коли б гарно, жалібно написати, то, може, що-небудь би й вийшло.</w:t>
      </w:r>
    </w:p>
    <w:p>
      <w:r>
        <w:br/>
        <w:t>— То лишнє,— сказав Петро,— тепер не дуже вважають на жалібні слова. Можна написати без того, може, що й вийде.</w:t>
      </w:r>
    </w:p>
    <w:p>
      <w:r>
        <w:br/>
        <w:t>— Е, ні, не кажи, товаришу,— казав Володька,— розказують, що тут була колись політичеська баришня, то вона так написала одному пацанкові прошеніє, що навіть надзирателі плакали. Усе його життя списала. Через два місяці од цариці й помилування прийшло... Так напишеш, товаришу? — казав далі пацанок.— Напиши, пожалуста! Спиши про все. І що здоров’я моє слабе, а кандьор поганий... що чаю-сахару немає, бо нема кому з волі прислати хоч карбованця. (Забув на той час пацанок про свою маруху.) Напиши, що є у мене "старушка-мать", що осталася без усякого пропитания... І оте напиши, що ти казав... що Христос пацанків велів любити...</w:t>
      </w:r>
    </w:p>
    <w:p>
      <w:r>
        <w:br/>
        <w:t>Крізь грати стало пробиватися синє світло ранку. Виявились брудні обдерті стіни. Дивлячись на їх прищуреними очима, можна було добре уявити буйний сад або непроглядний бір.</w:t>
      </w:r>
    </w:p>
    <w:p>
      <w:r>
        <w:br/>
        <w:t>Зігнувшись бубличком і щільно обгорнувшись у полотняний бушлат, спав коло стіни на брудній голій мостині Володька. В сірому світлі досвітку вирізувалося його бліде личко з міцно заплющеними очима й по-дитячи витягнутими губами.</w:t>
      </w:r>
    </w:p>
    <w:p>
      <w:r>
        <w:br/>
        <w:t>Глянувши тепер на нього, Петро зразу здумав, кого він йому нагадав.</w:t>
      </w:r>
    </w:p>
    <w:p>
      <w:r>
        <w:br/>
        <w:t>Здавалося йому, що не славний шармач Володька спить перед ним, а давній-давній його приятель, сільський школяр Марко, з котрим колись вони пасли вівці на селі. Такі шнурком брови, такий же ніс, губи... Тільки змарнів чогось він дуже та коло губів з’явилася нова рисочка недитячого страждання.</w:t>
      </w:r>
    </w:p>
    <w:p>
      <w:r>
        <w:br/>
        <w:t>Часом крізь сон він щось говорив скоренько й невиразно— може, про крашанку:</w:t>
      </w:r>
    </w:p>
    <w:p>
      <w:r>
        <w:br/>
        <w:t>— Віддайте, суки, мою крашанку: тепер мені треба крашанки.</w:t>
      </w:r>
    </w:p>
    <w:p>
      <w:r>
        <w:br/>
        <w:t>Розвиднялося. На мостині, в головах у Володьки, показалася над’їдена житня пайка, глечик з водою, насипана на діл купка солі.</w:t>
      </w:r>
    </w:p>
    <w:p>
      <w:r>
        <w:br/>
        <w:t>А через грати вривався вже радісний гомін дзвонів, що розносився зо всіх церков міста.</w:t>
      </w:r>
    </w:p>
    <w:p>
      <w:r>
        <w:br/>
        <w:t>1910</w:t>
      </w:r>
    </w:p>
    <w:p>
      <w:r>
        <w:br/>
        <w:t>[2] — Пацанок — хлопчик</w:t>
      </w:r>
    </w:p>
    <w:p>
      <w:r>
        <w:br/>
        <w:t>[3] — Солдата-вартового</w:t>
      </w:r>
    </w:p>
    <w:p>
      <w:r>
        <w:br/>
        <w:t>[4] — Пришию — уб'ю</w:t>
      </w:r>
    </w:p>
    <w:p>
      <w:r>
        <w:br/>
        <w:t>[5] — Грач — по-тюремному — новак</w:t>
      </w:r>
    </w:p>
    <w:p>
      <w:r>
        <w:br/>
        <w:t>[6] — Бог — те ж, що й Іван по-тюремному.</w:t>
      </w:r>
    </w:p>
    <w:p>
      <w:r>
        <w:br/>
        <w:t>[7] — Гарному</w:t>
      </w:r>
    </w:p>
    <w:p>
      <w:r>
        <w:br/>
        <w:t>[8] — Єрик — дідок</w:t>
      </w:r>
    </w:p>
    <w:p>
      <w:r>
        <w:br/>
        <w:t>[9] — Попались</w:t>
      </w:r>
    </w:p>
    <w:p>
      <w:r>
        <w:br/>
        <w:t>[10] — Полюбовницю</w:t>
      </w:r>
    </w:p>
    <w:p>
      <w:r>
        <w:br/>
        <w:t>[11] — Ботать — брехати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Пацанок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