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Пастух-жартівник</w:t>
      </w:r>
    </w:p>
    <w:p>
      <w:r>
        <w:br/>
        <w:t xml:space="preserve"> &lt;p&gt;Колись та десь був собі пастух, пас у горах вівці. Розкладав часом багаття під деревом, а то сидів і дивився на гори, де інші пастухи пильнували свої отари.</w:t>
      </w:r>
    </w:p>
    <w:p>
      <w:r>
        <w:br/>
        <w:t>Одного дня пастух геть занудився біля овець, і схотілося вигадати йому якусь забавку. Думав, думав — і надумав. Став на великий, камінь і закричав:</w:t>
      </w:r>
    </w:p>
    <w:p>
      <w:r>
        <w:br/>
        <w:t>— Вовки! Вовки! Рятуйте!</w:t>
      </w:r>
    </w:p>
    <w:p>
      <w:r>
        <w:br/>
        <w:t>Почувши крик, ближчий пастух побіг на допомогу. Хлопець побачив його і зрадів.</w:t>
      </w:r>
    </w:p>
    <w:p>
      <w:r>
        <w:br/>
        <w:t>"Ну, тепер посміюся,— думає.— Хай ще й інші прийдуть".</w:t>
      </w:r>
    </w:p>
    <w:p>
      <w:r>
        <w:br/>
        <w:t>І знову загукав:</w:t>
      </w:r>
    </w:p>
    <w:p>
      <w:r>
        <w:br/>
        <w:t>— Вовки! Вовки на моїх овець! Ряту-у-йте!</w:t>
      </w:r>
    </w:p>
    <w:p>
      <w:r>
        <w:br/>
        <w:t>Почули його інші пастухи та кинулися щодуху на крик.</w:t>
      </w:r>
    </w:p>
    <w:p>
      <w:r>
        <w:br/>
        <w:t>— Де вони? — питали в хлопця.— Де?</w:t>
      </w:r>
    </w:p>
    <w:p>
      <w:r>
        <w:br/>
        <w:t>— Хто? — здивувався пастух, що сидів собі спокійно на камені.</w:t>
      </w:r>
    </w:p>
    <w:p>
      <w:r>
        <w:br/>
        <w:t>— Та вовки ж! Де ти їх бачив? Кажи швидше!</w:t>
      </w:r>
    </w:p>
    <w:p>
      <w:r>
        <w:br/>
        <w:t>Але пастух зареготав.</w:t>
      </w:r>
    </w:p>
    <w:p>
      <w:r>
        <w:br/>
        <w:t>— Ха, ха, ха! Ха, ха, ха! Невже ви й справді повірили, що вовки? То ж я хотів тільки налякати вас та пожартувать!</w:t>
      </w:r>
    </w:p>
    <w:p>
      <w:r>
        <w:br/>
        <w:t>— Добрий мені жарт! — гнівно промовив один пастух.</w:t>
      </w:r>
    </w:p>
    <w:p>
      <w:r>
        <w:br/>
        <w:t>— То це ти змусив нас бігти, мов навіжених, аби посміятися? — підхопив другий.— Батогом би тебе почастувати, щоб сам так побігав! Ходімо, хлопці, хай йому грець!</w:t>
      </w:r>
    </w:p>
    <w:p>
      <w:r>
        <w:br/>
        <w:t>І пастухи подалися до своїх овець.</w:t>
      </w:r>
    </w:p>
    <w:p>
      <w:r>
        <w:br/>
        <w:t>А хлопець дуже тішився з своєї витівки і сміявся з недотеп.</w:t>
      </w:r>
    </w:p>
    <w:p>
      <w:r>
        <w:br/>
        <w:t>— Пождіть трохи — я ще з вами пожартую. Вдалося раз, то вдасться й вдруге.</w:t>
      </w:r>
    </w:p>
    <w:p>
      <w:r>
        <w:br/>
        <w:t>І справді, за кілька день хлопець, пасучи вівці, знову закричав:</w:t>
      </w:r>
    </w:p>
    <w:p>
      <w:r>
        <w:br/>
        <w:t>— Вовки! Вовки! Рятуйте!</w:t>
      </w:r>
    </w:p>
    <w:p>
      <w:r>
        <w:br/>
        <w:t>Пастухи зачули крик та й кажуть один одному:</w:t>
      </w:r>
    </w:p>
    <w:p>
      <w:r>
        <w:br/>
        <w:t>— Чуєш, знову кричить?</w:t>
      </w:r>
    </w:p>
    <w:p>
      <w:r>
        <w:br/>
        <w:t>— Та чую! Та, може, він знову жартує?</w:t>
      </w:r>
    </w:p>
    <w:p>
      <w:r>
        <w:br/>
        <w:t>— А коли ні?</w:t>
      </w:r>
    </w:p>
    <w:p>
      <w:r>
        <w:br/>
        <w:t>— Ну, то біжімо!</w:t>
      </w:r>
    </w:p>
    <w:p>
      <w:r>
        <w:br/>
        <w:t>— Хутчій!</w:t>
      </w:r>
    </w:p>
    <w:p>
      <w:r>
        <w:br/>
        <w:t>І щосили кинулися бігти. А прибігши, побачили — хлопець заходиться сміхом.</w:t>
      </w:r>
    </w:p>
    <w:p>
      <w:r>
        <w:br/>
        <w:t>— Ха, ха, ха! Ну й дурні легковірні!</w:t>
      </w:r>
    </w:p>
    <w:p>
      <w:r>
        <w:br/>
        <w:t>— Ти знову смієшся з нас, негіднику?</w:t>
      </w:r>
    </w:p>
    <w:p>
      <w:r>
        <w:br/>
        <w:t>— Тут мало серця не повискакували, поки добігли!</w:t>
      </w:r>
    </w:p>
    <w:p>
      <w:r>
        <w:br/>
        <w:t>— А я що, вас гнав? Були б розумніші — змикитили б. Хаха-ха!</w:t>
      </w:r>
    </w:p>
    <w:p>
      <w:r>
        <w:br/>
        <w:t>Пастухи розгнівалися не на жарт, але нічого не сказали і мовчки повернулися до своїх овець.</w:t>
      </w:r>
    </w:p>
    <w:p>
      <w:r>
        <w:br/>
        <w:t>Минув якийсь час. Одного разу сидів пастух під деревом біля багаття і раптом, глянувши на отару, завмер із жаху. Величезний вовцюга, вишкіривши зуби, мчав просто на овець.</w:t>
      </w:r>
    </w:p>
    <w:p>
      <w:r>
        <w:br/>
        <w:t>— Ой матінко моя! Вовк! — вигукнув хлопець і кинувся бігти геть.</w:t>
      </w:r>
    </w:p>
    <w:p>
      <w:r>
        <w:br/>
        <w:t>— Вовк! Вовк! Рятуйте! Ой, мої вівці! Пробі! Сюди!</w:t>
      </w:r>
    </w:p>
    <w:p>
      <w:r>
        <w:br/>
        <w:t>А пастухи, зачувши крик, засміялися.</w:t>
      </w:r>
    </w:p>
    <w:p>
      <w:r>
        <w:br/>
        <w:t>— Чуєте цього брехуна?</w:t>
      </w:r>
    </w:p>
    <w:p>
      <w:r>
        <w:br/>
        <w:t>— Та чуємо. Знову жартує, але нема дурних. Годі вже.</w:t>
      </w:r>
    </w:p>
    <w:p>
      <w:r>
        <w:br/>
        <w:t>А пастух невгавав:</w:t>
      </w:r>
    </w:p>
    <w:p>
      <w:r>
        <w:br/>
        <w:t>— Пробі! Вовк! Рятуйте! Справді вовк! Мерщій біжіть, бо овець пороздирає!</w:t>
      </w:r>
    </w:p>
    <w:p>
      <w:r>
        <w:br/>
        <w:t>— Гукай когось іншого! — крикнув один пастух.— Ми вже знаємо твої жарти.</w:t>
      </w:r>
    </w:p>
    <w:p>
      <w:r>
        <w:br/>
        <w:t>— Правду кажу! Правду! Ходіть побачите! Мерщій біжіть! Пробі!</w:t>
      </w:r>
    </w:p>
    <w:p>
      <w:r>
        <w:br/>
        <w:t>— Знову нас дуриш? — гукнув інший пастух.— Бери когось іншого на кпини.</w:t>
      </w:r>
    </w:p>
    <w:p>
      <w:r>
        <w:br/>
        <w:t>Ніхто не поспішив хлопцеві на допомогу.</w:t>
      </w:r>
    </w:p>
    <w:p>
      <w:r>
        <w:br/>
        <w:t>А вовк роздер кілька овець та й зник у лісі.</w:t>
      </w:r>
    </w:p>
    <w:p>
      <w:r>
        <w:br/>
        <w:t>Відтоді пастух затямив: коли хочеш, аби тобі вірили,— ніколи не кажи неправди.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Пастух-жартівник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