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Пастух рогатий...</w:t>
      </w:r>
    </w:p>
    <w:p>
      <w:r>
        <w:br/>
        <w:t xml:space="preserve"> &lt;p&gt;Вийшла Катруся ввечері погуляти. А надворі сніг, а надворі мороз, і такий пекучий, що в Катрусі щоки почервоніли, як яблучка. Взяла вона саночки. Почала з гірки спускатися. Ще червоніші щоки стали в Катрусі. Очі блискотять. Пара з рота клубком вилітає. Гарно!</w:t>
      </w:r>
    </w:p>
    <w:p>
      <w:r>
        <w:br/>
        <w:t>Спинилася відпочити. На небо глянула і задивилася.</w:t>
      </w:r>
    </w:p>
    <w:p>
      <w:r>
        <w:br/>
        <w:t>Все небо синє-синє, аж темне, і на ньому без кінця і краю зірок насипано. А між ними ясний ріжок молодого місяця.</w:t>
      </w:r>
    </w:p>
    <w:p>
      <w:r>
        <w:br/>
        <w:t>Аж тут Юрчик вискочив з двору. Кричить:</w:t>
      </w:r>
    </w:p>
    <w:p>
      <w:r>
        <w:br/>
        <w:t>— Гей, Катрусе, це ти?!</w:t>
      </w:r>
    </w:p>
    <w:p>
      <w:r>
        <w:br/>
        <w:t>— Я.</w:t>
      </w:r>
    </w:p>
    <w:p>
      <w:r>
        <w:br/>
        <w:t>— Що ти робиш?</w:t>
      </w:r>
    </w:p>
    <w:p>
      <w:r>
        <w:br/>
        <w:t>— Загадки пригадую.</w:t>
      </w:r>
    </w:p>
    <w:p>
      <w:r>
        <w:br/>
        <w:t>— Загадки пригадуєш? — Юрчик підбіг до Катрусі, глянув на неї і спитав: — А яку ти вже пригадала?</w:t>
      </w:r>
    </w:p>
    <w:p>
      <w:r>
        <w:br/>
        <w:t>— А ось яку,— відповіла Катруся. Пам’ятаєш, бабуся загадувала: поле неміряне, вівці нелічені, пастух рогатий?</w:t>
      </w:r>
    </w:p>
    <w:p>
      <w:r>
        <w:br/>
        <w:t>Але Юрчик не був тоді дома, як бабуся цю загадку загадувала, то й не знав, як її відгадати. Насупився. Пальця до лоба приклав.</w:t>
      </w:r>
    </w:p>
    <w:p>
      <w:r>
        <w:br/>
        <w:t>Думає, думає, а відповіді не знає. Здається йому, що він ніколи не бачив ні такого великого поля, ні таких овечок, ні рогатого пастуха.</w:t>
      </w:r>
    </w:p>
    <w:p>
      <w:r>
        <w:br/>
        <w:t>Тоді Катруся сказала йому:,</w:t>
      </w:r>
    </w:p>
    <w:p>
      <w:r>
        <w:br/>
        <w:t>— А ти глянь на небо. Добре придивися та подумай гарненько.</w:t>
      </w:r>
    </w:p>
    <w:p>
      <w:r>
        <w:br/>
        <w:t>Глянув Юрчик угору і закричав радо:</w:t>
      </w:r>
    </w:p>
    <w:p>
      <w:r>
        <w:br/>
        <w:t>— Е, тепер я вже знаю, що то! Небо, зірки, молодий місяць! Гарна загадка! Тільки я теж таку знаю. Ану, вгадай, що воно: ішов волох, розсипав горох; почало світати нема що збирати.</w:t>
      </w:r>
    </w:p>
    <w:p>
      <w:r>
        <w:br/>
        <w:t>Тепер Катруся почала відгадувати. Сказала:</w:t>
      </w:r>
    </w:p>
    <w:p>
      <w:r>
        <w:br/>
        <w:t>— Волох — це чоловік такий, з Волощини; горох — зірки на небі. Це я розумію. А чому, коли почало світати, не стало чого збирати, не вгадаю!</w:t>
      </w:r>
    </w:p>
    <w:p>
      <w:r>
        <w:br/>
        <w:t>Юрчик пояснив:</w:t>
      </w:r>
    </w:p>
    <w:p>
      <w:r>
        <w:br/>
        <w:t>— Бо зірки тільки вночі світять, а вранці, коли почне розвиднятися, вони зникають з неба.</w:t>
      </w:r>
    </w:p>
    <w:p>
      <w:r>
        <w:br/>
        <w:t>А тим часом, поки Катруся з Юрчиком загадували і відгадували загадки, як узявся біля них мороз! За ніс щипає, за щоки щипає! Заліз Катрусі в рукавичку; почав добиратися до пальчика на нозі.</w:t>
      </w:r>
    </w:p>
    <w:p>
      <w:r>
        <w:br/>
        <w:t>А тут і баба з дверей:</w:t>
      </w:r>
    </w:p>
    <w:p>
      <w:r>
        <w:br/>
        <w:t>— Катре, Юрчику, ану, час уже до хати! Бачите, який мороз? Так береться, що аж скалки проти місяця скачуть. Мерщій у хату. Ну, кому я сказала?</w:t>
      </w:r>
    </w:p>
    <w:p>
      <w:r>
        <w:br/>
        <w:t>У хаті затишно. Вікна закутані. Грубка горить. Від неї тепло по всій хаті розходиться. Пороздягалися Катруся і Юрчик, посідали біля грубки, руки до вогню простягають...</w:t>
      </w:r>
    </w:p>
    <w:p>
      <w:r>
        <w:br/>
        <w:t>Гарно, коли тепло, коли є де зігріти руки...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Пастух рогатий...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