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Пастух і море</w:t>
      </w:r>
    </w:p>
    <w:p>
      <w:r>
        <w:br/>
        <w:t xml:space="preserve"> &lt;p&gt;Загнав пастух овець на зиму до кошари, яка стояла на березі моря. Погода того року видалася мінлива.. Морози, холодні вітри. А тут ще й вовки навідувались мало не щодня.</w:t>
      </w:r>
    </w:p>
    <w:p>
      <w:r>
        <w:br/>
        <w:t>— Ой, лихо,— часто бідкався пастух,— хіба це життя? Крутишся в самотині, гибієш з холоду, душу видувають вітри! Несила вже мені терпіти! Краще продам овець та візьмуся до якогось іншого ремества. Хоч трохи поживу, як люди живуть!</w:t>
      </w:r>
    </w:p>
    <w:p>
      <w:r>
        <w:br/>
        <w:t>Пильнував пастух овець і повсякчас дивився на море, милувався і примовляв:</w:t>
      </w:r>
    </w:p>
    <w:p>
      <w:r>
        <w:br/>
        <w:t>— Яке прегарне море! Гарніше за гірські вершини, зелені ліси, барвисті луги. Прекрасніше за місячне сяйво. Нема на світі нічого кращого за море!</w:t>
      </w:r>
    </w:p>
    <w:p>
      <w:r>
        <w:br/>
        <w:t>Аж ось у синій далині замаячив кораблик під вітрилами. Він поволі наближався, розтинаючи воду й лишаючи за собою білу піняву стежину.</w:t>
      </w:r>
    </w:p>
    <w:p>
      <w:r>
        <w:br/>
        <w:t>Пастух прикипів очима до корабля.</w:t>
      </w:r>
    </w:p>
    <w:p>
      <w:r>
        <w:br/>
        <w:t>— Якби-то я плавав на кораблі! Де б тільки не побував! Яких тільки див не набачився б! А якби ще я мав власний корабель, які гроші заробляв би я торгівлею!</w:t>
      </w:r>
    </w:p>
    <w:p>
      <w:r>
        <w:br/>
        <w:t>Весь день і всю ніч муляла пастуха та думка. А вранці погнав він овець до міста, продав та й купив корабель.</w:t>
      </w:r>
    </w:p>
    <w:p>
      <w:r>
        <w:br/>
        <w:t>Один моряк нараяв йому навантажити корабель фініками та й поплисти в далекі краї.</w:t>
      </w:r>
    </w:p>
    <w:p>
      <w:r>
        <w:br/>
        <w:t>Пастух послухався ради. Набрав фініків та й рушив у путь. Кілька день море було тихе, а потім знялася страшна буря. Важкий корабель ледве тримався на воді.</w:t>
      </w:r>
    </w:p>
    <w:p>
      <w:r>
        <w:br/>
        <w:t>Моряки сказали пастухові, що треба викинути фініки в море, аби корабель полегшав. Інакше він потоне.</w:t>
      </w:r>
    </w:p>
    <w:p>
      <w:r>
        <w:br/>
        <w:t>Пастух сполотнів із жаху.</w:t>
      </w:r>
    </w:p>
    <w:p>
      <w:r>
        <w:br/>
        <w:t>"О лиха годино! — подумав він.— Чим же мені не сподобалася суша? Навіщо продав я овець? Навіщо поплив світ за очі? Чого б тільки я не дав, аби зараз опинитися на березі — хай там сніг, чи дощ, чи немилосердна спека!"</w:t>
      </w:r>
    </w:p>
    <w:p>
      <w:r>
        <w:br/>
        <w:t>І він сказав морякам:</w:t>
      </w:r>
    </w:p>
    <w:p>
      <w:r>
        <w:br/>
        <w:t>— Чиніть, як знаєте.</w:t>
      </w:r>
    </w:p>
    <w:p>
      <w:r>
        <w:br/>
        <w:t>Моряки викинули фініки в море, корабель полегшав і весело застрибав на хвилях.</w:t>
      </w:r>
    </w:p>
    <w:p>
      <w:r>
        <w:br/>
        <w:t>Невдовзі буря вщухла, а за кілька день вони кинули якір у порту.</w:t>
      </w:r>
    </w:p>
    <w:p>
      <w:r>
        <w:br/>
        <w:t>Того ж дня продав пастух корабель, купив овець та й подався з міста.</w:t>
      </w:r>
    </w:p>
    <w:p>
      <w:r>
        <w:br/>
        <w:t>Якось, пасучи на узбережжі отару, спіткався він з давнім товаришем.</w:t>
      </w:r>
    </w:p>
    <w:p>
      <w:r>
        <w:br/>
        <w:t>Вони привіталися, посідали на камені та й завели розмову.</w:t>
      </w:r>
    </w:p>
    <w:p>
      <w:r>
        <w:br/>
        <w:t>Перед ними лежало безмежне синє море.</w:t>
      </w:r>
    </w:p>
    <w:p>
      <w:r>
        <w:br/>
        <w:t>— Яке воно спокійне! — сказав товариш пастухові.— Анінайменшої хвильки.</w:t>
      </w:r>
    </w:p>
    <w:p>
      <w:r>
        <w:br/>
        <w:t>— Ба ні — воно дуже підступне! — мовив пастух.— Вгамувалося, бо, мабуть, знову хоче фініків.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Пастух і море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