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Пастораль ХХ сторіччя</w:t>
      </w:r>
    </w:p>
    <w:p>
      <w:r>
        <w:br/>
        <w:t xml:space="preserve"> Як їх зносили з поля!&lt;br /&gt;</w:t>
        <w:br/>
        <w:t>Набрякли від крові рядна.&lt;br /&gt;</w:t>
        <w:br/>
        <w:t>Троє їх, пастушків. Павло, Сашко і Степан.&lt;br /&gt;</w:t>
        <w:br/>
        <w:t>Розбирали гранату. І ніяка в житті Аріадна&lt;br /&gt;</w:t>
        <w:br/>
        <w:t>вже не виведе з горя отих матерів.&lt;br /&gt;</w:t>
        <w:br/>
        <w:t>А степам&lt;br /&gt;</w:t>
        <w:br/>
        <w:t>будуть груди пекти ті залишені в полі гранати,&lt;br /&gt;</w:t>
        <w:br/>
        <w:t>те покиддя війни на грузьких слідах череди.&lt;br /&gt;</w:t>
        <w:br/>
        <w:t>Отакі вони хлопці, кирпаті сільські аргонавти,&lt;br /&gt;</w:t>
        <w:br/>
        <w:t>голуб'ята, анциболи, хоч не роди!&lt;br /&gt;</w:t>
        <w:br/>
        <w:t>Їх рвонуло навідліг. І бризнуло кров'ю в багаття.&lt;br /&gt;</w:t>
        <w:br/>
        <w:t>І несли їх діди, яким не хотілося жить.&lt;br /&gt;</w:t>
        <w:br/>
        <w:t>Під горю стояла вагітна, як поле, мати.&lt;br /&gt;</w:t>
        <w:br/>
        <w:t>І кричала та мати:&lt;br /&gt;</w:t>
        <w:br/>
        <w:t>— Хоч личко його покажіть!&lt;br /&gt;</w:t>
        <w:br/>
        <w:t>Личка вже не було. Кісточками, омитими кров'ю,&lt;br /&gt;</w:t>
        <w:br/>
        <w:t>осміхалася шия з худеньких дитячих ключиць.&lt;br /&gt;</w:t>
        <w:br/>
        <w:t>Гарні діти були. Козацького доброго крою.&lt;br /&gt;</w:t>
        <w:br/>
        <w:t>Коли зносили їх, навіть сонце упало ниць.&lt;br /&gt;</w:t>
        <w:br/>
        <w:t>Вечір був. І цвіли під вікнами мальви.&lt;br /&gt;</w:t>
        <w:br/>
        <w:t>Попід руки держала отих матерів рідня.&lt;br /&gt;</w:t>
        <w:br/>
        <w:t>А одна розродилась, і стала ушосте — мати.&lt;br /&gt;</w:t>
        <w:br/>
        <w:t>А один був живий. Він умер наступного дня.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Пастораль ХХ сторіччя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