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Паперовий пілот</w:t>
      </w:r>
    </w:p>
    <w:p>
      <w:r>
        <w:br/>
        <w:t xml:space="preserve"> Череп'яні кордони цієї держави,&lt;br /&gt;</w:t>
        <w:br/>
        <w:t>дерев'яні ракети, солом'яний флот.&lt;br /&gt;</w:t>
        <w:br/>
        <w:t>В літаку з бузини, у шоломі іржавім&lt;br /&gt;</w:t>
        <w:br/>
        <w:t>пролітає над нею паперовий пілот.</w:t>
      </w:r>
    </w:p>
    <w:p>
      <w:r>
        <w:br/>
        <w:t>Унизу, попід ним — іграшкові палаци,&lt;br /&gt;</w:t>
        <w:br/>
        <w:t>станіольні лани, гори з пап'є-маше.&lt;br /&gt;</w:t>
        <w:br/>
        <w:t>У вертеп головний позбирались паяци,&lt;br /&gt;</w:t>
        <w:br/>
        <w:t>щоб поїсти муляжні еклери й буше.</w:t>
      </w:r>
    </w:p>
    <w:p>
      <w:r>
        <w:br/>
        <w:t>То нічого, що тістечка їхні несправжні,&lt;br /&gt;</w:t>
        <w:br/>
        <w:t>то нічого, що їхні костюми смішні —&lt;br /&gt;</w:t>
        <w:br/>
        <w:t>персонажам отим розписним картонажним&lt;br /&gt;</w:t>
        <w:br/>
        <w:t>лише власні промови поживні й смачні,</w:t>
      </w:r>
    </w:p>
    <w:p>
      <w:r>
        <w:br/>
        <w:t>У вертепі відбудеться свіжа вистава —&lt;br /&gt;</w:t>
        <w:br/>
        <w:t>ляльковод накрутив на всі пальці нитки —&lt;br /&gt;</w:t>
        <w:br/>
        <w:t>і лунає звідтіль: "Нова ера настала,&lt;br /&gt;</w:t>
        <w:br/>
        <w:t>для дорослих дітей — безкоштовні квитки!"</w:t>
      </w:r>
    </w:p>
    <w:p>
      <w:r>
        <w:br/>
        <w:t>О країно лялькова, настільний вертепе,&lt;br /&gt;</w:t>
        <w:br/>
        <w:t>що насправжки, що ні в потойбічні куліс?&lt;br /&gt;</w:t>
        <w:br/>
        <w:t>Скільки літ не служи Мельпомені й Евтерпі —&lt;br /&gt;</w:t>
        <w:br/>
        <w:t>прийде край твоїй службі і вірі колись.</w:t>
      </w:r>
    </w:p>
    <w:p>
      <w:r>
        <w:br/>
        <w:t>Мов пілот іграшковий, згори на країну&lt;br /&gt;</w:t>
        <w:br/>
        <w:t>подивлюсь і своїм не повірю очам.&lt;br /&gt;</w:t>
        <w:br/>
        <w:t>Геть алюзії, там, унизу, не Вкраїна,&lt;br /&gt;</w:t>
        <w:br/>
        <w:t>а держава-фантом, а вертепна свіча.</w:t>
      </w:r>
    </w:p>
    <w:p>
      <w:r>
        <w:br/>
        <w:t>Череп'яні кордони цієї держави,&lt;br /&gt;</w:t>
        <w:br/>
        <w:t>дерев'яні ракети, солом'яний флот.&lt;br /&gt;</w:t>
        <w:br/>
        <w:t>В літаку з бузини, у шоломі іржавім&lt;br /&gt;</w:t>
        <w:br/>
        <w:t>стеаринові сльози ронить горе-пілот.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Паперовий пілот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