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Панотчик смачно попоїв...</w:t>
      </w:r>
    </w:p>
    <w:p>
      <w:r>
        <w:br/>
        <w:t xml:space="preserve"> Панотчик смачно попоїв,&lt;br /&gt;</w:t>
        <w:br/>
        <w:t>поклавсь на софу, взяв часопис,&lt;br /&gt;</w:t>
        <w:br/>
        <w:t>товсте цигаро закурив&lt;br /&gt;</w:t>
        <w:br/>
        <w:t>і став читати з Відня допис.</w:t>
      </w:r>
    </w:p>
    <w:p>
      <w:r>
        <w:br/>
        <w:t>По хвилі скрививсь, позіхнув&lt;br /&gt;</w:t>
        <w:br/>
        <w:t>і застогнав на всю кімнату:&lt;br /&gt;</w:t>
        <w:br/>
        <w:t>"Ох! та й обскурне ж се письмо!&lt;br /&gt;</w:t>
        <w:br/>
        <w:t>Шкода і грошей на сю шмату!"</w:t>
      </w:r>
    </w:p>
    <w:p>
      <w:r>
        <w:br/>
        <w:t>Він, правда, не платив того&lt;br /&gt;</w:t>
        <w:br/>
        <w:t>патріотичного податку,&lt;br /&gt;</w:t>
        <w:br/>
        <w:t>і передплата не прийшла&lt;br /&gt;</w:t>
        <w:br/>
        <w:t>єму ніколи і на гадку;</w:t>
      </w:r>
    </w:p>
    <w:p>
      <w:r>
        <w:br/>
        <w:t>та все ж ганьбити міг він всіх,&lt;br /&gt;</w:t>
        <w:br/>
        <w:t>бо був великим патріотом:&lt;br /&gt;</w:t>
        <w:br/>
        <w:t>умів балакати, кричать&lt;br /&gt;</w:t>
        <w:br/>
        <w:t>і обкидати всіх болотом.</w:t>
      </w:r>
    </w:p>
    <w:p>
      <w:r>
        <w:br/>
        <w:t>І гнівавсь страшно, як коли&lt;br /&gt;</w:t>
        <w:br/>
        <w:t>єму згадали час заплати,—&lt;br /&gt;</w:t>
        <w:br/>
        <w:t>таж він, як "свій", газети всі&lt;br /&gt;</w:t>
        <w:br/>
        <w:t>повинен дармо діставати...</w:t>
      </w:r>
    </w:p>
    <w:p>
      <w:r>
        <w:br/>
        <w:t>І він читав, і він зітхав:&lt;br /&gt;</w:t>
        <w:br/>
        <w:t>"Ах, боже мій, які ми бідні!&lt;br /&gt;</w:t>
        <w:br/>
        <w:t>Ті посли наші — ох, вони&lt;br /&gt;</w:t>
        <w:br/>
        <w:t>поміж послідніми послідні!"</w:t>
      </w:r>
    </w:p>
    <w:p>
      <w:r>
        <w:br/>
        <w:t>І чув він жаль такий до них,&lt;br /&gt;</w:t>
        <w:br/>
        <w:t>як син єго до професорів,&lt;br /&gt;</w:t>
        <w:br/>
        <w:t>махнув рукою, позіхнув:&lt;br /&gt;</w:t>
        <w:br/>
        <w:t>"Нема для Русі вже дохторів!"</w:t>
      </w:r>
    </w:p>
    <w:p>
      <w:r>
        <w:br/>
        <w:t>Аж ось і жінка молода&lt;br /&gt;</w:t>
        <w:br/>
        <w:t>ввійшла по хвилі в хату тихо&lt;br /&gt;</w:t>
        <w:br/>
        <w:t>і мужа за рукав взяла —&lt;br /&gt;</w:t>
        <w:br/>
        <w:t>а він стогнав ще: "Ох-ох, лихо!</w:t>
      </w:r>
    </w:p>
    <w:p>
      <w:r>
        <w:br/>
        <w:t>Ох, жінко, чом я не посол?&lt;br /&gt;</w:t>
        <w:br/>
        <w:t>Гонори мав би-м і дієти...&lt;br /&gt;</w:t>
        <w:br/>
        <w:t>Ті посли наші — ох!.. Шкода,&lt;br /&gt;</w:t>
        <w:br/>
        <w:t>що не читаєш ти газети!.."</w:t>
      </w:r>
    </w:p>
    <w:p>
      <w:r>
        <w:br/>
        <w:t>"Встань, Ясю, там селяни ждуть,&lt;br /&gt;</w:t>
        <w:br/>
        <w:t>вже скликали ділу громаду,&lt;br /&gt;</w:t>
        <w:br/>
        <w:t>хотять читальні, шпихліра —&lt;br /&gt;</w:t>
        <w:br/>
        <w:t>тебе запрошують на раду!"</w:t>
      </w:r>
    </w:p>
    <w:p>
      <w:r>
        <w:br/>
        <w:t>"Хлопи там ждуть?.. Ет, що хлопи!&lt;br /&gt;</w:t>
        <w:br/>
        <w:t>Се темна, непросвітна маса!&lt;br /&gt;</w:t>
        <w:br/>
        <w:t>Читальні їм! І ще чого!&lt;br /&gt;</w:t>
        <w:br/>
        <w:t>Нащо шпихлір, нащо їм каса?!</w:t>
      </w:r>
    </w:p>
    <w:p>
      <w:r>
        <w:br/>
        <w:t>Скажи їм, любцю, най не ждуть...&lt;br /&gt;</w:t>
        <w:br/>
        <w:t>Мене так знемогла дрімота..."&lt;br /&gt;</w:t>
        <w:br/>
        <w:t>Він обернувсь і задрімав&lt;br /&gt;</w:t>
        <w:br/>
        <w:t>сном неспокійним патріота.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Панотчик смачно попоїв...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