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Янда показує</w:t>
      </w:r>
    </w:p>
    <w:p>
      <w:r>
        <w:br/>
        <w:t xml:space="preserve"> &lt;p&gt;Неймовірно, але факт. Я на мить торкнулася маєстату бритійської корони, її величности, королеви Єлисавети. Може не вірите? Запитайте у пані Янди. Коли не вірите їй, — запитайте ще у пані Пауш. Ми були тоді утрьох.</w:t>
      </w:r>
    </w:p>
    <w:p>
      <w:r>
        <w:br/>
        <w:t>Моя нова приятелька, колега пера, Дарія Янда, має надзвичайний життьовий темперамент. Дар журналіста; з безтурботною легкістю розчиняти самій собі двері навстежень. Крім того, вона не тримає в секреті цехових таємниць. Хоч сама пише книжку про українську іміграцію в Канаді, вона й у мене напомповує, всіма можливими способами, всі можливі відомости про свою чудову батьківщину. Вже возила мене своїм автом немало. І по місті та його установах, і в ближчих та дальших околицях Едмонтону; і по редакціях та канцеляріях, і по фармерських домах, по степах, нафтових місцевостях; знайомила з адвокатами, фармерами, дітьми, музейними директорами, робітниками… Скрізь однаково помпезно. А оце приїхали ми до албертійського парляменту, оточеного парком, зеленими просторами та накиданими на них яскравими купами квітів, із краєвидами на потойбіччя ріки Норт Саскачеван.</w:t>
      </w:r>
    </w:p>
    <w:p>
      <w:r>
        <w:br/>
        <w:t>— Оце саме там, — показує пані Янда на нижчу терасу цього берега ріки, — був заснований Форт Едмонтон, що з нього почалося наше місто. Це був другий Форт Едмонтон, бо першого зруйнували індіяни. Цей форт збудувала знаменита торговельна компанія Гудсон Бей у 1808-му році, а через два роки індіяни зруйнували його знову.</w:t>
      </w:r>
    </w:p>
    <w:p>
      <w:r>
        <w:br/>
        <w:t>Встав в уяві цей самітній "Трейдінґ Пост" серед пущі та прерій, — маленька огорожа з кількома будинками. Нашорошена, чекаючи гостей — прошених і непрошених. Прошені — дружні індіяни, що приносять сюди хутра в обмін за горілку та старі рушниці; випадкові подорожні, що мандрують у розшуках щастя до невідомої країни північного заходу. Непрошені — ворожі індіянські войовничі ватаги, що раз-у-раз намагалися викинути білих із цих одвічних індіянських володінь. Аж тільки 1871-го року насмілилася біла людина збудувати перший будинок за стінами форту. 1876-го року було вже три будинки, а потім ще кілька будинків побудувалося на берегах ріки й відтоді почалося село, що йому судилося через неповних сто років стати містом міжнароднього значення. Ті, що започатковували Едмонтон, і самі не знали, яке ідеальне місце вони вибрали, від них був тоді захований сенс цього вибору Але й тоді вже Едмонтону не могли минути мандрівники з Вінніпегу на захід, із півдня на північ. Всі ті проспектори, місіонери, дослідники західньої півночі, ішли через Едмонтон.</w:t>
      </w:r>
    </w:p>
    <w:p>
      <w:r>
        <w:br/>
        <w:t>Часи були суворі. Клімат був не такий лагідний, як тепер, — вітри, сніги, комарі влітку… їздили волами, бо коні зі сходу не витримували тут. Ріка була головна дорога, нею перевозили товари із сходу, а відвозили хутра. Коли провели першу залізницю з Келґарі до Едмонтону (а це сталося 1891-го року), то тут було лише 400 осіб. Маленьке-маленьке містечко на краю світу! А край світу просторий, невідомий, ще навіть і назви не мав, звався Північно-Західні Території…</w:t>
      </w:r>
    </w:p>
    <w:p>
      <w:r>
        <w:br/>
        <w:t>Це приблизно в цих часах з’явилися тут й перші українські іміґранти. Історія каже, що були це Іван Пилипів та Василь Єлиняк. Приїхали вони 1892 року.</w:t>
      </w:r>
    </w:p>
    <w:p>
      <w:r>
        <w:br/>
        <w:t>Розростатися Едмонтон почав тоді, як вибухла золота лихоманка. Юрби людей бігли на Клондайк добувати золото, а Едмонтон став вихідним пунктом подорожі на північ. 1898-го року населення Едмонтону роздулося вже до трьох тисяч, багато осіло тут назавжди. І вже 1904-го року місто налічувало сім тисяч населення та вважало, що має право називатися "сіті". Минуло ще два роки і воно стало столицею новоутвореної провінції Алберти.</w:t>
      </w:r>
    </w:p>
    <w:p>
      <w:r>
        <w:br/>
        <w:t>— Ми два роки тому святкували п’ятидесятилітній ювілей Едмонтону, — хвалиться пані Янда. — Місцеві письменники видали ювілейну книжку, в ній там є також і мій нарис про українську іміграцію. Зветься він "Люди в овечих шкурах". Як приїдемо до мене, я вам покажу.</w:t>
      </w:r>
    </w:p>
    <w:p>
      <w:r>
        <w:br/>
        <w:t>Ми підходимо до мармурових сходів — широких, пишно розгорнутих угору до будинку парляменту. Хочемо подивитися на нього всередині, на його музей, на краєвиди, на те місце в ногах парляменту, де був колись Форт Едмонтон. Останніми східцями іде вниз статечний літній добродій у чорному легкому вбранні, не то пастор, не то адвокат. Пані Янда хапає його за руку і так, як недавно дітям на фармі, адвокатові Петрові Лазаровичу у канцелярії, робітникам біля нафтової помпи в околицях Ледуку, представляє мене: "Знайомтеся, це…" Добродій щось добродушно промурмотів собі під ніс і потиснув мені руку, а потім пішов до свого авта.</w:t>
      </w:r>
    </w:p>
    <w:p>
      <w:r>
        <w:br/>
        <w:t>Отак не змигнула я оком, як познайомилася з представником англійської королеви на провінцію Алберту, сером Джоном Бовленом. Аж далі на сходах довідуюся я, що це — найвища особа в провінції. Він уособлює собою королівську владу, він при відкритті парляменту сидить на королівському троні і відкриває сесії з традиційними церемоніями.</w:t>
      </w:r>
    </w:p>
    <w:p>
      <w:r>
        <w:br/>
        <w:t>То чому ж так запросто підступила до нього пані Янда? Я думала, що це — якийсь колега її чоловіка, відомого едмонтонського адвоката, пана Янди.</w:t>
      </w:r>
    </w:p>
    <w:p>
      <w:r>
        <w:br/>
        <w:t>Та пані Янді море по коліна. Але це, здається, взагалі, стиль цієї країни, що й досі, по суті, зосталася ще піонерською. Тут нема й натяку на кастовість старих країн. Тут нема дистанції між професіями. Учора ти робітник — сьогодні купець. І навпаки. Учора посол, а сьогодні робітник. Навіть, у формі звертання нема ніяких умовностей, що є в інших країнах. Не звертаються тут ні по-імені-батькові, як звикли ми на східній Україні, ані величають титулами, як роблять це в Галичині. Ані не треба знати імени свого найкращого знайомого. Мої дві приятельки, що по обидва боки мене йдуть, зв’язані між собою довголітньою дружбою і називають одна другу: "пані Пауш", "пані Янда". Так само молодший віком робітник Король, що мешкає у Паушів, звертається до старшого віком — "пане Пауш", а Пауш до нього: "пане Король".</w:t>
      </w:r>
    </w:p>
    <w:p>
      <w:r>
        <w:br/>
        <w:t>І справді, чи прізвище, яке носить людина, соромне, що його треба прикрашати допоміжними титулами, або й зовсім уникати?</w:t>
      </w:r>
    </w:p>
    <w:p>
      <w:r>
        <w:br/>
        <w:t>Отже, пані Янді море по коліна, вона з такою ж легкістю, яку виявила на сходах, представляє мене ґайдові парляменту, і він з люб’язною поготовою водить нас по мармурових коридорах та залях палацу. А ось і те королівське крісло…</w:t>
      </w:r>
    </w:p>
    <w:p>
      <w:r>
        <w:br/>
        <w:t>— Чи в Києві є такі гарні палати, чи київський парлямент такий самий пишний, мармуровий весь? — питає мене пані Янда.</w:t>
      </w:r>
    </w:p>
    <w:p>
      <w:r>
        <w:br/>
        <w:t>Зворушлива пані Янда, як вона горда за свою Канаду і як з усієї душі хоче уявити Україну, нашу столицю Київ, — і як їй важко це! Вона ж тут народжена, фармерська дочка із Саскачевану. Вихованка Інституту ім. Петра Могили, невтомна діячка і фонтан різних талантів. "Пані Янда? — Це динаміт!" — охарактеризували її мої знайомі землеміри з пембінських нафтових родовищ. Де в неї береться на все енергія? Писати, редагувати, перекладати, провадити розгалужену громадську працю, зразково провадити своє господарство, самій ремонтувати свій великий дім, заготовляти на зиму городину — і ще й мене возити… Де в неї на все це енергія при її хоровитому здоров’ю, я таки не знаю. "Де ви навчилися так майстерно керувати автом?" — заздрісно питаю її раз, коли вона розповідала, що об’їхала всю Канаду й США своїм власним автом та скрізь робила відчити про скитальські табори в Европі. — "Ще змалку. В дванадцять років я вже їздила на тракторі у батька на фармії. Тато мій був поштар і завжди брав мене з собою, де їхав". І вона, така моторизована, залишилась такою фармеркою! Не може пропустити лану із снопами, щоб не зфотографувати.</w:t>
      </w:r>
    </w:p>
    <w:p>
      <w:r>
        <w:br/>
        <w:t>Отже, що маю я відповісти їй? Чи збагне вона з моїх описів, як виглядає Київ, тисячоліттями будований, у порівнянні з цим п’ятидесятилітнім містом, ніколи не рушеним пожежами, навалами, грабунками?</w:t>
      </w:r>
    </w:p>
    <w:p>
      <w:r>
        <w:br/>
        <w:t>Ми виїхала елеватором на найвищу вежу парляменту й нам відкрився весь Едмонтон у степу, та й по той бік ріки.</w:t>
      </w:r>
    </w:p>
    <w:p>
      <w:r>
        <w:br/>
        <w:t>— Це, що за рікою, було колись окреме місто, — кажуть мені мої товаришки. — Страткона звалося, але воно ввіллялося в Едмонтон і стало його частиною.</w:t>
      </w:r>
    </w:p>
    <w:p>
      <w:r>
        <w:br/>
        <w:t>Ага, Страткона, пам’ятаю. Це та бідна Марія Юрійчук, жінка "невторопного гуцула", сиділа тут два тижні у заїзді, а потім котила скриню до сплаву…</w:t>
      </w:r>
    </w:p>
    <w:p>
      <w:r>
        <w:br/>
        <w:t>Звідси різнокольорові покрівлі домів творять яскраву мозаїку: синьо-червоно-жовто-оранжову…</w:t>
      </w:r>
    </w:p>
    <w:p>
      <w:r>
        <w:br/>
        <w:t>— От, щоб ви побачили восени наші парки й краєвиди, коли всі дерева припудряться барвами, а потім ті барви розшаленіються жовтим, червоним, золотом, — каже далі пані Пауш. — От тоді б ви сказали, який наш Едмонтон гарний.</w:t>
      </w:r>
    </w:p>
    <w:p>
      <w:r>
        <w:br/>
        <w:t>— Якби мій Віктор не працював, то він би радо показав вам наш Едмонтон з літака, — додає пані Янда. — Він у мене пілот, вміє керувати літаком. Я чогось за нього так боюся, ануж…</w:t>
      </w:r>
    </w:p>
    <w:p>
      <w:r>
        <w:br/>
        <w:t>Справді, нащо студентові працювати на копанні ровів, коли він має знання машин, літаком керує? Але я — гість, і я мовчу.</w:t>
      </w:r>
    </w:p>
    <w:p>
      <w:r>
        <w:br/>
        <w:t>Та пані Янда знову починає вже розповідати про перших піонерів, про презирство до них від канадійців.</w:t>
      </w:r>
    </w:p>
    <w:p>
      <w:r>
        <w:br/>
        <w:t>— Про наших людей думали, що вони ні на що не годні, крім копати рови. Дуже велику працю заклали наші люди, в розбудові цього міста, цих доріг, цих залізниць… — Дивіться, це наш авдиторіюм. Чи в Києві є такі будови?</w:t>
      </w:r>
    </w:p>
    <w:p>
      <w:r>
        <w:br/>
        <w:t>Ми вже їдемо вулицями й мостом Едмонтону, пані Янда вже не раз показувала мені новобудову справді чудового авдиторіюму, але вона кожен раз забувала, а хотіла, щоб я не забула про нього. Ми завертаємо в район заможної кляси, поміж пишні резиденції понад мальовничими схилами ріки Норт Саскачеван. — Тут живе головний едмонтонський суддя, українець. Оце — хата лікаря Шандра. Це — палац такий, а це — такий. Це — провінційний шпиталь для індіян, там наші лікарі працюють.</w:t>
      </w:r>
    </w:p>
    <w:p>
      <w:r>
        <w:br/>
        <w:t>Ми їздимо й їздимо, до безтями. А пані Янда мала час тільки до другої години? Вже четверта. І знов: це церква. — Це церква? А я думала, це шопа на сіно в баварському лузі. Самі скати дахів, а стін попід ними й не видно. Друга церква показує тяжке вагання архітекта між модерним конструктивізмом і середньовічною готикою. Третя більше подібна на крамницю "Сейфвей", ніж на церкву, із таким сторчаком догори. Четверта — наче модерний ресторан із круглими стінами для зловлення краєвидів. П’ята має якесь кругле колесо невідомого призначення на верхушці конструкції. А оцей спокійний витриманий східний стиль, це мечеть, єдина на всю Північну Америку… Але ми краще поїдьмо, подивімся на українську греко-католицьку катедру. Ми ще не бачили, як її розписав маляр Буцманюк…</w:t>
      </w:r>
    </w:p>
    <w:p>
      <w:r>
        <w:br/>
        <w:t>Кінчаємо ми нашу прогулянку по Едмонтоні тим, що проїжджаємо повз університет. Це — велике окреме місто. В ньому окремою кольористою плямою виділяється педагогічний інститут. Це такі величезні хвилясті зелені луки з накиданими на них без усякої симетрії яскравими купами квітників, що сама величезна будова інституту губиться серед цього всього. Пані Янда відвозить нас додому тією мальовничою дорогою і мостом між схилами ріки, що я так люблю.</w:t>
      </w:r>
    </w:p>
    <w:p>
      <w:r>
        <w:br/>
        <w:t>Вдома розповідаю панові Паушеві, що познайомилася з найвищою владою Алберти. Але в цю хвилину — телефонний дзвінок. Дзвонить пані Янда.</w:t>
      </w:r>
    </w:p>
    <w:p>
      <w:r>
        <w:br/>
        <w:t>— Недаром я весь час щось відчувала,— каже вона. — Віктор попав у катастрофу. Він уже в шпиталі. Завалила земля, мало не задушився, поранений в ногу. Був десять хвилин засипаний… Товариш його був трохи нижче й того відкопали вже мертвим. Віктор так мучиться, що нічим не міг йому допомогти…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Янда показує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