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Паломництво Чайльд Гарольда</w:t>
      </w:r>
    </w:p>
    <w:p>
      <w:r>
        <w:br/>
        <w:t xml:space="preserve"> Паломництво Чайльд Гарольда</w:t>
      </w:r>
    </w:p>
    <w:p>
      <w:r>
        <w:br/>
        <w:t>(Уривок з поеми)</w:t>
      </w:r>
    </w:p>
    <w:p>
      <w:r>
        <w:br/>
        <w:t>Прощай, прощай! Вже берег зник,&lt;br /&gt;</w:t>
        <w:br/>
        <w:t>Лиш мріє далина.&lt;br /&gt;</w:t>
        <w:br/>
        <w:t>I свист вітрів, і меви крик&lt;br /&gt;</w:t>
        <w:br/>
        <w:t>Над відхланню луна.&lt;br /&gt;</w:t>
        <w:br/>
        <w:t>Сідає сонце. Ми в той край&lt;br /&gt;</w:t>
        <w:br/>
        <w:t>Мчимо серед стихій.&lt;br /&gt;</w:t>
        <w:br/>
        <w:t>До завтра, сонця лик! Прощай!&lt;br /&gt;</w:t>
        <w:br/>
        <w:t>Добраніч, краю мій!</w:t>
      </w:r>
    </w:p>
    <w:p>
      <w:r>
        <w:br/>
        <w:t>По ночі знову ти зійдеш,&lt;br /&gt;</w:t>
        <w:br/>
        <w:t>Народжуючи день.&lt;br /&gt;</w:t>
        <w:br/>
        <w:t>Побачу небо, даль без меж,&lt;br /&gt;</w:t>
        <w:br/>
        <w:t>Не Англію лишень.&lt;br /&gt;</w:t>
        <w:br/>
        <w:t>I стане пусткою мій дім,&lt;br /&gt;</w:t>
        <w:br/>
        <w:t>Жилий схолоне дух.&lt;br /&gt;</w:t>
        <w:br/>
        <w:t>I лиш на пустирі глухім&lt;br /&gt;</w:t>
        <w:br/>
        <w:t>Завиє пес — мій друг.</w:t>
      </w:r>
    </w:p>
    <w:p>
      <w:r>
        <w:br/>
        <w:t>— О юний паже, що тобі?&lt;br /&gt;</w:t>
        <w:br/>
        <w:t>Не бійся, не тремти.&lt;br /&gt;</w:t>
        <w:br/>
        <w:t>Це шквал тебе ляка в плавбі&lt;br /&gt;</w:t>
        <w:br/>
        <w:t>Чи змерз під штормом ти?&lt;br /&gt;</w:t>
        <w:br/>
        <w:t>Не треба сліз. Наш корабель&lt;br /&gt;</w:t>
        <w:br/>
        <w:t>Міцний і знає шлях,-&lt;br /&gt;</w:t>
        <w:br/>
        <w:t>Він мчить між рифів і між скель,&lt;br /&gt;</w:t>
        <w:br/>
        <w:t>Мов сокіл в небесах.</w:t>
      </w:r>
    </w:p>
    <w:p>
      <w:r>
        <w:br/>
        <w:t>— Хай шторм реве, гуркоче грім,&lt;br /&gt;</w:t>
        <w:br/>
        <w:t>Безодня хай кипить,-&lt;br /&gt;</w:t>
        <w:br/>
        <w:t>Та ж, пане Чайльд, біда не в тім,&lt;br /&gt;</w:t>
        <w:br/>
        <w:t>Не тим душа болить:&lt;br /&gt;</w:t>
        <w:br/>
        <w:t>Я неньку, батька серед слуг&lt;br /&gt;</w:t>
        <w:br/>
        <w:t>Покинув при дворі;&lt;br /&gt;</w:t>
        <w:br/>
        <w:t>Тепер зі всіх — лиш ви мій друг&lt;br /&gt;</w:t>
        <w:br/>
        <w:t>Та ще один — вгорі.</w:t>
      </w:r>
    </w:p>
    <w:p>
      <w:r>
        <w:br/>
        <w:t>Благословив мене татусь,&lt;br /&gt;</w:t>
        <w:br/>
        <w:t>Сумуючи лиш мить,&lt;br /&gt;</w:t>
        <w:br/>
        <w:t>Матуся ж, доки не вернусь,&lt;br /&gt;</w:t>
        <w:br/>
        <w:t>Все буде сльози лить.&lt;br /&gt;</w:t>
        <w:br/>
        <w:t>— Мій любий хлопче, геть печаль,&lt;br /&gt;</w:t>
        <w:br/>
        <w:t>А сльози — й поготів!&lt;br /&gt;</w:t>
        <w:br/>
        <w:t>Я й сам би плакав, та, на жаль,&lt;br /&gt;</w:t>
        <w:br/>
        <w:t>Вже серцем скам'янів.</w:t>
      </w:r>
    </w:p>
    <w:p>
      <w:r>
        <w:br/>
        <w:t>Мій латнику, іди сюди,&lt;br /&gt;</w:t>
        <w:br/>
        <w:t>Чого тремтиш отак?&lt;br /&gt;</w:t>
        <w:br/>
        <w:t>Чи ти від моря ждеш біди,&lt;br /&gt;</w:t>
        <w:br/>
        <w:t>Чи на вітрах закляк?&lt;br /&gt;</w:t>
        <w:br/>
        <w:t>— Негода, пане, не ляка,&lt;br /&gt;</w:t>
        <w:br/>
        <w:t>Стрічав я і біду,&lt;br /&gt;</w:t>
        <w:br/>
        <w:t>Та вдома кинув я синка,&lt;br /&gt;</w:t>
        <w:br/>
        <w:t>Дружину молоду.</w:t>
      </w:r>
    </w:p>
    <w:p>
      <w:r>
        <w:br/>
        <w:t>Де замок ваш, озера й лан,&lt;br /&gt;</w:t>
        <w:br/>
        <w:t>Вони живуть сумні,&lt;br /&gt;</w:t>
        <w:br/>
        <w:t>Й на мене ждуть, кленуть талан&lt;br /&gt;</w:t>
        <w:br/>
        <w:t>I плачуть день при дні.&lt;br /&gt;</w:t>
        <w:br/>
        <w:t>— То правда, хлопче, та дарма,-&lt;br /&gt;</w:t>
        <w:br/>
        <w:t>Печаль свою забудь!&lt;br /&gt;</w:t>
        <w:br/>
        <w:t>Ось я один, то й жартома&lt;br /&gt;</w:t>
        <w:br/>
        <w:t>Пускаюся у путь.</w:t>
      </w:r>
    </w:p>
    <w:p>
      <w:r>
        <w:br/>
        <w:t>Жіночі сльози — лиш мана,&lt;br /&gt;</w:t>
        <w:br/>
        <w:t>Облуди джерело:&lt;br /&gt;</w:t>
        <w:br/>
        <w:t>Нагляне іншого вона,-&lt;br /&gt;</w:t>
        <w:br/>
        <w:t>I сліз — як не було.&lt;br /&gt;</w:t>
        <w:br/>
        <w:t>Не жаль минулого мені,&lt;br /&gt;</w:t>
        <w:br/>
        <w:t>I море не страшить.&lt;br /&gt;</w:t>
        <w:br/>
        <w:t>Нема у рідній стороні&lt;br /&gt;</w:t>
        <w:br/>
        <w:t>За ким мені тужить.</w:t>
      </w:r>
    </w:p>
    <w:p>
      <w:r>
        <w:br/>
        <w:t>Один! Один! Кругом вода,&lt;br /&gt;</w:t>
        <w:br/>
        <w:t>Вода без краю й меж...&lt;br /&gt;</w:t>
        <w:br/>
        <w:t>Ніхто мене там не згада,&lt;br /&gt;</w:t>
        <w:br/>
        <w:t>I я — нікого теж.&lt;br /&gt;</w:t>
        <w:br/>
        <w:t>Лиш пес завиє. А мине&lt;br /&gt;</w:t>
        <w:br/>
        <w:t>В розлуці кілька літ,-&lt;br /&gt;</w:t>
        <w:br/>
        <w:t>Він, вірний іншому, мене&lt;br /&gt;</w:t>
        <w:br/>
        <w:t>Порве біля воріт.</w:t>
      </w:r>
    </w:p>
    <w:p>
      <w:r>
        <w:br/>
        <w:t>Вперед, корабле мій, лети,&lt;br /&gt;</w:t>
        <w:br/>
        <w:t>Морську глибінь долай!&lt;br /&gt;</w:t>
        <w:br/>
        <w:t>Примчи у будь-які світи,&lt;br /&gt;</w:t>
        <w:br/>
        <w:t>Але не в рідний край.&lt;br /&gt;</w:t>
        <w:br/>
        <w:t>Вітання шлю морським валам,&lt;br /&gt;</w:t>
        <w:br/>
        <w:t>А вдасться доплисти,-&lt;br /&gt;</w:t>
        <w:br/>
        <w:t>Чужим вітання берегам!&lt;br /&gt;</w:t>
        <w:br/>
        <w:t>О краю мій, прости!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Паломництво Чайльд Гарольда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