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Палій</w:t>
      </w:r>
    </w:p>
    <w:p>
      <w:r>
        <w:br/>
        <w:t xml:space="preserve"> Іде військо запорозьке,&lt;br /&gt;</w:t>
        <w:br/>
        <w:t>Під небо куріє.&lt;br /&gt;</w:t>
        <w:br/>
        <w:t>Куди ведеш, отамане,&lt;br /&gt;</w:t>
        <w:br/>
        <w:t>Козаків, Паліє?&lt;br /&gt;</w:t>
        <w:br/>
        <w:t>"Де старшина звелить мені&lt;br /&gt;</w:t>
        <w:br/>
        <w:t>Ворогів рубати,&lt;br /&gt;</w:t>
        <w:br/>
        <w:t>Там і будем, бо за віру&lt;br /&gt;</w:t>
        <w:br/>
        <w:t>Не страшно вмирати.&lt;br /&gt;</w:t>
        <w:br/>
        <w:t>Я присягнув, я поклявся&lt;br /&gt;</w:t>
        <w:br/>
        <w:t>Царю з козаками&lt;br /&gt;</w:t>
        <w:br/>
        <w:t>До послідньой каплі крові&lt;br /&gt;</w:t>
        <w:br/>
        <w:t>Биться з ворогами.&lt;br /&gt;</w:t>
        <w:br/>
        <w:t>Покидаєм жінок своїх,&lt;br /&gt;</w:t>
        <w:br/>
        <w:t>Діток, батьків рідних,&lt;br /&gt;</w:t>
        <w:br/>
        <w:t>Ми вже себе не жалуєм,&lt;br /&gt;</w:t>
        <w:br/>
        <w:t>Нам їх жалко, бідних".&lt;br /&gt;</w:t>
        <w:br/>
        <w:t>Козак був Палій моторний,&lt;br /&gt;</w:t>
        <w:br/>
        <w:t>Що вже і казати&lt;br /&gt;</w:t>
        <w:br/>
        <w:t>Вірний, чесний, бравий хлопець,&lt;br /&gt;</w:t>
        <w:br/>
        <w:t>Трудно й змалювати.&lt;br /&gt;</w:t>
        <w:br/>
        <w:t>Громив турків і татарів,&lt;br /&gt;</w:t>
        <w:br/>
        <w:t>Рубавсь з парубками,&lt;br /&gt;</w:t>
        <w:br/>
        <w:t>Соколом літав усюди&lt;br /&gt;</w:t>
        <w:br/>
        <w:t>Над їх головами.&lt;br /&gt;</w:t>
        <w:br/>
        <w:t>Гарцював він на конику,&lt;br /&gt;</w:t>
        <w:br/>
        <w:t>Коник під ним змієм&lt;br /&gt;</w:t>
        <w:br/>
        <w:t>Красувався, підскакував,&lt;br /&gt;</w:t>
        <w:br/>
        <w:t>Що був під Палієм.&lt;br /&gt;</w:t>
        <w:br/>
        <w:t>Був він батьком-козаченьком,&lt;br /&gt;</w:t>
        <w:br/>
        <w:t>Сином землі рідній;&lt;br /&gt;</w:t>
        <w:br/>
        <w:t>Погубив його навіки&lt;br /&gt;</w:t>
        <w:br/>
        <w:t>Мазепа завидний.&lt;br /&gt;</w:t>
        <w:br/>
        <w:t>Підставляв він свої груди,&lt;br /&gt;</w:t>
        <w:br/>
        <w:t>Смерті не боявся,&lt;br /&gt;</w:t>
        <w:br/>
        <w:t>Через добрість, через вірність&lt;br /&gt;</w:t>
        <w:br/>
        <w:t>В ланцюги попався.&lt;br /&gt;</w:t>
        <w:br/>
        <w:t>Зовсім його ізкували,&lt;br /&gt;</w:t>
        <w:br/>
        <w:t>Повезли в чужину...&lt;br /&gt;</w:t>
        <w:br/>
        <w:t>Чи вже легко кидать було&lt;br /&gt;</w:t>
        <w:br/>
        <w:t>Рідну Україну?&lt;br /&gt;</w:t>
        <w:br/>
        <w:t>Чорні брови, чорні вуси&lt;br /&gt;</w:t>
        <w:br/>
        <w:t>Зовсім посивіли,&lt;br /&gt;</w:t>
        <w:br/>
        <w:t>Тоді його, сердешного,&lt;br /&gt;</w:t>
        <w:br/>
        <w:t>З неволі пустили.&lt;br /&gt;</w:t>
        <w:br/>
        <w:t>А все-таки з підмогою&lt;br /&gt;</w:t>
        <w:br/>
        <w:t>На коня зібрався&lt;br /&gt;</w:t>
        <w:br/>
        <w:t>І в посліднє на козаків&lt;br /&gt;</w:t>
        <w:br/>
        <w:t>Отаман озвався:&lt;br /&gt;</w:t>
        <w:br/>
        <w:t>"Ходім, братці, проти шведа,&lt;br /&gt;</w:t>
        <w:br/>
        <w:t>Ходім на Полтаву!&lt;br /&gt;</w:t>
        <w:br/>
        <w:t>Шаблюкою із старістю&lt;br /&gt;</w:t>
        <w:br/>
        <w:t>Махну ще й на славу".&lt;br /&gt;</w:t>
        <w:br/>
        <w:t>Що та слава — після смерті?&lt;br /&gt;</w:t>
        <w:br/>
        <w:t>Легше каплі в морі!&lt;br /&gt;</w:t>
        <w:br/>
        <w:t>Якби в світі пожить можна,&lt;br /&gt;</w:t>
        <w:br/>
        <w:t>Щоб не гризло горе.&lt;br /&gt;</w:t>
        <w:br/>
        <w:t>Де те військо запорозьке,&lt;br /&gt;</w:t>
        <w:br/>
        <w:t>Де те, що куріло?&lt;br /&gt;</w:t>
        <w:br/>
        <w:t>Де Палій ваш чорноусий?&lt;br /&gt;</w:t>
        <w:br/>
        <w:t>Уже все потліло!&lt;br /&gt;</w:t>
        <w:br/>
        <w:t>Нема вже того нічого,&lt;br /&gt;</w:t>
        <w:br/>
        <w:t>Прахом розлетілось,&lt;br /&gt;</w:t>
        <w:br/>
        <w:t>І кістки там не влежали,&lt;br /&gt;</w:t>
        <w:br/>
        <w:t>Де чиїм хотілось.&lt;br /&gt;</w:t>
        <w:br/>
        <w:t>Курява тая з-під неба&lt;br /&gt;</w:t>
        <w:br/>
        <w:t>Горою спускалась,&lt;br /&gt;</w:t>
        <w:br/>
        <w:t>Після на землю припала&lt;br /&gt;</w:t>
        <w:br/>
        <w:t>Да й землею сталась.&lt;br /&gt;</w:t>
        <w:br/>
        <w:t>Може, й то куріла слава&lt;br /&gt;</w:t>
        <w:br/>
        <w:t>Понад козаками,&lt;br /&gt;</w:t>
        <w:br/>
        <w:t>Яких-небудь панів, князів?&lt;br /&gt;</w:t>
        <w:br/>
        <w:t>Тепер під ногами...&lt;br /&gt;</w:t>
        <w:br/>
        <w:t>Бо всі, хто живуть на світі,&lt;br /&gt;</w:t>
        <w:br/>
        <w:t>Що вони такеє?&lt;br /&gt;</w:t>
        <w:br/>
        <w:t>Земля, курява і слава,&lt;br /&gt;</w:t>
        <w:br/>
        <w:t>І ніщо другеє.&lt;br /&gt;</w:t>
        <w:br/>
        <w:t>Бо над всіми заспівають,&lt;br /&gt;</w:t>
        <w:br/>
        <w:t>Земля в землю й піде,&lt;br /&gt;</w:t>
        <w:br/>
        <w:t>І повстаєм тоді колись,&lt;br /&gt;</w:t>
        <w:br/>
        <w:t>Як Христос знов прийде.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