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Pagliazzo...</w:t>
      </w:r>
    </w:p>
    <w:p>
      <w:r>
        <w:br/>
        <w:t xml:space="preserve"> Чому уста твої тремтять нервозно,&lt;br /&gt;</w:t>
        <w:br/>
        <w:t>Чому скажений жаль глядить з-за вій?&lt;br /&gt;</w:t>
        <w:br/>
        <w:t>Гей, хто б в життю так все приймав серйозно.,&lt;br /&gt;</w:t>
        <w:br/>
        <w:t>Rigi Pagliazzo!.. Смійся, смійся, смій!..</w:t>
      </w:r>
    </w:p>
    <w:p>
      <w:r>
        <w:br/>
        <w:t>Навіщо біль в глухім топити стоні?&lt;br /&gt;</w:t>
        <w:br/>
        <w:t>Усе в життю судьба несе сліпа,&lt;br /&gt;</w:t>
        <w:br/>
        <w:t>Вбери дзвінки і сплесни у долоні,&lt;br /&gt;</w:t>
        <w:br/>
        <w:t>La gente paga. Бачиш: жде товпа…</w:t>
      </w:r>
    </w:p>
    <w:p>
      <w:r>
        <w:br/>
        <w:t>А Недду другий стане пригортати,&lt;br /&gt;</w:t>
        <w:br/>
        <w:t>Другий їй буде партнером на хвилю —&lt;br /&gt;</w:t>
        <w:br/>
        <w:t>Та вір, що грають одну з кращих дій…</w:t>
      </w:r>
    </w:p>
    <w:p>
      <w:r>
        <w:br/>
        <w:t>Гей, вперве ось пришилось тобі пізнати&lt;br /&gt;</w:t>
        <w:br/>
        <w:t>Життя без злуд, а ти падеш в безсиллю,&lt;br /&gt;</w:t>
        <w:br/>
        <w:t>Спектакль зриваєш… Бідний… Смійся, смійся, смій…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Pagliazzo...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