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Отруйна квітка</w:t>
      </w:r>
    </w:p>
    <w:p>
      <w:r>
        <w:br/>
        <w:t xml:space="preserve"> &lt;p&gt;(Сторінка із життя одного полку)</w:t>
      </w:r>
    </w:p>
    <w:p>
      <w:r>
        <w:br/>
        <w:t>Полк виходив уже за околиці, коли по церквах великого міста загули досвітні великодні дзвони. Колони за колонами ішли мовчки, і тільки було чути, як бриніли казанки та ляскали й полоскалися в болоті тисячі ніг. В сутінях хмарного досвітку сірі, невиспані обличчя солдатів визирали неживим камінням; здавалось, з города рушила велика процесія німих кам’яних фігур...</w:t>
      </w:r>
    </w:p>
    <w:p>
      <w:r>
        <w:br/>
        <w:t>Негадано розбиті були сподіванки на святковий спочивок у теплих кімнатах гарного й культурного міста. Ще не встигли загоїтись виразки на ногах у солдат, не висхли як слід їх онучі, як увечері перед самим святом було оповіщено полку — збиратись у поход далі.</w:t>
      </w:r>
    </w:p>
    <w:p>
      <w:r>
        <w:br/>
        <w:t>— Через що? Як? Куди? — скрізь по ротах і командах пішов обурений гомін.— Цього бути не може! Адже обіщали три дні спочивку! Це щось не так — треба розпитатись.</w:t>
      </w:r>
    </w:p>
    <w:p>
      <w:r>
        <w:br/>
        <w:t>Та розпитуватись було ніколи. З півночі заграли сурми і, погасивши огонь протесту, що полум’ям виривався з грудей, поставили в колони, рушили.</w:t>
      </w:r>
    </w:p>
    <w:p>
      <w:r>
        <w:br/>
        <w:t>Сіяв дрібний вогкий сніжок, білою наміткою оплітав геть-геть кругом зелене поле; тільки шлях, широкий та грязький, без краю мрів перед очима чорною рікою, в глибині якого без сліду танув весняний кволий сніг.</w:t>
      </w:r>
    </w:p>
    <w:p>
      <w:r>
        <w:br/>
        <w:t>Понивало стиха в грудях, було без міри жаль чогось — чи на тих людей, що залишились за спиною в розкішних чистих будинках зустрічати свято, чи жаль змарнованих в походах і боях років, свят, весняних днів, взагалі чогось жаль.</w:t>
      </w:r>
    </w:p>
    <w:p>
      <w:r>
        <w:br/>
        <w:t>А як тільки лишився город геть-геть за спиною, як тільки зовсім затихли далекі дзвони,— святкові згадки розвіялись у полі, прийшов звичайний будень. Забулося все — і люди, й городи, і свята, навіть вийшло з голови, який сьогодні день. День як день, хмурий, непогожий, яких багато проминуло вже в поході і невідомо скільки стояло ще напереді. Сонливі походні думи та мрії, невиразні і мінливі, як у небі хмари, потягнулися в голові довгою нудотною чередою.</w:t>
      </w:r>
    </w:p>
    <w:p>
      <w:r>
        <w:br/>
        <w:t>Ідуть та ідуть по боках широкого шляху, плинуть потоками сірої води, рівно й одноманітно: у голові кружиться, і в очах рябіє... Далі і далі.</w:t>
      </w:r>
    </w:p>
    <w:p>
      <w:r>
        <w:br/>
        <w:t>Було загомоніли, потім замовкли знову. Погнули спини, важко дихають, мов пливуть довгу плинь. Стане на шляху, глибоко в болоті, перекладе рушницю з плеча на плече, підтягне мішок вище на спині, не розгинаючись підведе вгору голову, кілька разів дихне глибоко-глибоко і знову — голову в плечі, напружить шию, мов витягаючи з болота кладь, пливе далі. Скрізь по шляху — немає місця сухого. На привалах деякі валились прямо в грязь, деякі спинялись коло шляхових верб, упершись головою в стовбур, а більшість гуртом, як вівці, становились на шляху, все глибше грузнучи в болоті, з рушницею за спиною і з піднятими полами шинелів у руках. Постоять, оддишуть — та й знову тяжко рушають далі. В рядах густо почали волочитись устілки за чобітьми, видно мотузками позв’язувані передки; а дехто човгає вже зовсім без чобіт, обмотавши щільно ноги онучами. Вже з другого привалу почали розгублюватися люди; дедалі все більше й більше. Попід вербами і так понад шляхом скрізь густо падають вони снопами, деякі перезуваються, перев’язують виразки, інші сидять нерухомо — бліді й мовчазні, як статуї; суворо стискають губи, смутно закривають очі, глибоко запалі, немов їм обридло дивитись на світ. Мовчки проходять мимо них офіцери, забрьохані по пояс, бліді, очі сонні, лице густо покроплене болотом.</w:t>
      </w:r>
    </w:p>
    <w:p>
      <w:r>
        <w:br/>
        <w:t>Сніг перестав, посіявся дрібний імлистий дощ, потім знову пухкий лапатий сніг.</w:t>
      </w:r>
    </w:p>
    <w:p>
      <w:r>
        <w:br/>
        <w:t>Пливуть помалу-малу, мов тягнуть якісь велетенські сіті.</w:t>
      </w:r>
    </w:p>
    <w:p>
      <w:r>
        <w:br/>
        <w:t>Надвечір скупо осміхнулось сонце.</w:t>
      </w:r>
    </w:p>
    <w:p>
      <w:r>
        <w:br/>
        <w:t>Стелеться чорний шлях на гору — довгу та високу, що шпиля її не видно.</w:t>
      </w:r>
    </w:p>
    <w:p>
      <w:r>
        <w:br/>
        <w:t>"Гей, хлопці, підтягнися — тридцять верстів осталось позаду — швидко спочивок!"</w:t>
      </w:r>
    </w:p>
    <w:p>
      <w:r>
        <w:br/>
        <w:t>На хвилину колони спинились під горою; солдати тісніше підв’язали пояси, передихнули, ордою розсипались по схилу гори. Всіх відразу зігнуло, мов бурею лози, і якась сила, як сухий лист вітер, погнала всю орду вгору...</w:t>
      </w:r>
    </w:p>
    <w:p>
      <w:r>
        <w:br/>
        <w:t>Ген-ген видніється шпиль, а на шпилі, мов маківка, червоніє якась квітка.</w:t>
      </w:r>
    </w:p>
    <w:p>
      <w:r>
        <w:br/>
        <w:t>Чим ближче до неї — все вона росте, стає більша й більша, сяє вже, як калина.</w:t>
      </w:r>
    </w:p>
    <w:p>
      <w:r>
        <w:br/>
        <w:t>В передніх рядах один спинився, підняв голову:</w:t>
      </w:r>
    </w:p>
    <w:p>
      <w:r>
        <w:br/>
        <w:t>— Христос воскрес, баришня!</w:t>
      </w:r>
    </w:p>
    <w:p>
      <w:r>
        <w:br/>
        <w:t>— Воістину воскрес! — задзвенів згори привітний жар-товливий голос.</w:t>
      </w:r>
    </w:p>
    <w:p>
      <w:r>
        <w:br/>
        <w:t>— А чи далеко ще до міста?</w:t>
      </w:r>
    </w:p>
    <w:p>
      <w:r>
        <w:br/>
        <w:t>— Близько — не більше верстів чотири! — охоче й швидко одповіла дівчина.</w:t>
      </w:r>
    </w:p>
    <w:p>
      <w:r>
        <w:br/>
        <w:t>Стоїть, як справдішня квітка,— рожева, чорноока, на голові хитро вив’язана шовкова хустина, на ногах — нові черевички; сяє в святковому вбранні.</w:t>
      </w:r>
    </w:p>
    <w:p>
      <w:r>
        <w:br/>
        <w:t>— Похристосуйся, баришня, з солдатиком!</w:t>
      </w:r>
    </w:p>
    <w:p>
      <w:r>
        <w:br/>
        <w:t>— Не маю з чим — писанки дома забула! — кокетує дівчина.</w:t>
      </w:r>
    </w:p>
    <w:p>
      <w:r>
        <w:br/>
        <w:t>— Нічого, ми й без писанки! — Солдатик, порівнявшись з дівчиною, спинився, торгується.</w:t>
      </w:r>
    </w:p>
    <w:p>
      <w:r>
        <w:br/>
        <w:t>— Ану швидше там, та й другому давай місце! — підбадьорює його хтось за спиною.</w:t>
      </w:r>
    </w:p>
    <w:p>
      <w:r>
        <w:br/>
        <w:t>Спинившись на півслові, обхопив за шию вільною рукою дівчину й тричі поцілував дзвінко й щиро. Крутнув головою, осміхнувся.</w:t>
      </w:r>
    </w:p>
    <w:p>
      <w:r>
        <w:br/>
        <w:t>— Ех! — пішов.</w:t>
      </w:r>
    </w:p>
    <w:p>
      <w:r>
        <w:br/>
        <w:t>— Христос воскрес, чорнобрива! — вирівнявся перед нею другий.</w:t>
      </w:r>
    </w:p>
    <w:p>
      <w:r>
        <w:br/>
        <w:t>— Еге! Вас багато буде таких,— грає очима красуня і одступає.</w:t>
      </w:r>
    </w:p>
    <w:p>
      <w:r>
        <w:br/>
        <w:t>— Тільки зо мною!</w:t>
      </w:r>
    </w:p>
    <w:p>
      <w:r>
        <w:br/>
        <w:t>— І зо мною! І зо мною! — підходили солдати. Дівчина весело регоче, й в блискучих її очах світить легенький жаль, що не можна усіх похристосувати.</w:t>
      </w:r>
    </w:p>
    <w:p>
      <w:r>
        <w:br/>
        <w:t>— З усіми як цілуватись, то й до вечора не перецілуєш!</w:t>
      </w:r>
    </w:p>
    <w:p>
      <w:r>
        <w:br/>
        <w:t>Глянула униз, звідки сунули вже не поодиноко, а цілими гуртами. Глянула і замовкла. Очі широко одкрились, як у дитини, осуровіли, стали здивовані й пильні: здавалось, всі солдати понадівали білі брудні машкари на обличчя. Один, два, три... всі — на якого не глянь. Де старіший, де молодший — не можна було розпізнати: у всіх по виду — патьоками грязь, всі задрипані, обірвані, брудні.</w:t>
      </w:r>
    </w:p>
    <w:p>
      <w:r>
        <w:br/>
        <w:t>Немов вітер сипнув піском дівчині у вічі — вона швидко закрилась рукавом і затремтіла од плачу.</w:t>
      </w:r>
    </w:p>
    <w:p>
      <w:r>
        <w:br/>
        <w:t>— От тобі й раз! Чого це вона? — не зразу догадалися солдати.</w:t>
      </w:r>
    </w:p>
    <w:p>
      <w:r>
        <w:br/>
        <w:t>— Чого це ти, чорноброва, плачеш?</w:t>
      </w:r>
    </w:p>
    <w:p>
      <w:r>
        <w:br/>
        <w:t>— Глянь-глянь! — спинився коло неї хлопчик останнього набору.— Такі милі, такі малюсенькі черевички, а воно ще й плаче? — Одхиляє її руку од очей.</w:t>
      </w:r>
    </w:p>
    <w:p>
      <w:r>
        <w:br/>
        <w:t>Крізь біль і сльози у неї виринув в очах на мить знову кришталевий сміх, та глянувши на близько схилене до неї безвусе змарніле лице з глибокими, сумовитими очима, брудне й нещадно вітрами запалене, вона рішуче мотнула головою, вирвала руку й зайшлася невтриманим плачем.</w:t>
      </w:r>
    </w:p>
    <w:p>
      <w:r>
        <w:br/>
        <w:t>Мимо неї проходили все нові й нові валки не людей — якихось потвор з людськими очима.</w:t>
      </w:r>
    </w:p>
    <w:p>
      <w:r>
        <w:br/>
        <w:t>Ішли, кульгаючи на ноги, задихані, забрьохані.</w:t>
      </w:r>
    </w:p>
    <w:p>
      <w:r>
        <w:br/>
        <w:t>Підходили із заплющеними очима, із одкритими, згагою опеченими губами.</w:t>
      </w:r>
    </w:p>
    <w:p>
      <w:r>
        <w:br/>
        <w:t>— Ой води... водиці, красуня, а то умру!</w:t>
      </w:r>
    </w:p>
    <w:p>
      <w:r>
        <w:br/>
        <w:t>Простягає руку.</w:t>
      </w:r>
    </w:p>
    <w:p>
      <w:r>
        <w:br/>
        <w:t>— Дай, баришня, білу ручку, а то не дійду.</w:t>
      </w:r>
    </w:p>
    <w:p>
      <w:r>
        <w:br/>
        <w:t>— Сестриця...</w:t>
      </w:r>
    </w:p>
    <w:p>
      <w:r>
        <w:br/>
        <w:t>Босі, з підкоченими штанами, з чорними ногами, волокли рушниці за багнет по землі, хитали немов прив’язаними головами.</w:t>
      </w:r>
    </w:p>
    <w:p>
      <w:r>
        <w:br/>
        <w:t>Дівчина, стояла на шпилі як укопана, пропускала перед себе сумний парад.</w:t>
      </w:r>
    </w:p>
    <w:p>
      <w:r>
        <w:br/>
        <w:t>Без осмішки, без тіні кокетування, розкривши некрасиво губи, раз по раз сякаючись у хусточку, з набряклими, червоними од сліз очима, вона тремтіла й хиталась од жалю і сліз.</w:t>
      </w:r>
    </w:p>
    <w:p>
      <w:r>
        <w:br/>
        <w:t>Притихли ряди, мовчки, як перед командиром, проходили мимо дівчини, ніби почуваючи перед нею якусь провину.</w:t>
      </w:r>
    </w:p>
    <w:p>
      <w:r>
        <w:br/>
        <w:t>А далі за нею вставав гострий, пекучий гомін. Сльози дівчини падали на серце, як на вапну, випирали з нього пал і дим і скажено рвали груди. Червоніли вуха, блищали очі, немов у потруєних блекотою.</w:t>
      </w:r>
    </w:p>
    <w:p>
      <w:r>
        <w:br/>
        <w:t>— Кому це було треба, нащо погнали нас з города? — виривалися голоси.— Через два дні будуть вільні вагони, і нас могли скоріше ними одвезти на місце.</w:t>
      </w:r>
    </w:p>
    <w:p>
      <w:r>
        <w:br/>
        <w:t>— Нас не жаліють, хоч би чобіт пожаліли, поки тих триста верстів увійдем — ні одного в полку чобота не буде цілого!</w:t>
      </w:r>
    </w:p>
    <w:p>
      <w:r>
        <w:br/>
        <w:t>— Як же: солдат нужі напустить, солдат в хаті чобітьми наслідить — випровадить його з города на свята!</w:t>
      </w:r>
    </w:p>
    <w:p>
      <w:r>
        <w:br/>
        <w:t>— То так воно й є: у нас офіцери говорили, що нас город випровадив, щоб на свята мороки з нами не мати. Нас мали вирядити через три дні, та й не пішими, а машиною!</w:t>
      </w:r>
    </w:p>
    <w:p>
      <w:r>
        <w:br/>
        <w:t>— Святами з візитою їм треба їздити, а не з солдатом клопотаться!</w:t>
      </w:r>
    </w:p>
    <w:p>
      <w:r>
        <w:br/>
        <w:t>— То в театри, то на бали! — підшпигували один одного, як голками.</w:t>
      </w:r>
    </w:p>
    <w:p>
      <w:r>
        <w:br/>
        <w:t>— От тобі й герої! Оце так пригостили, що два роки людей не бачили!</w:t>
      </w:r>
    </w:p>
    <w:p>
      <w:r>
        <w:br/>
        <w:t>А тут — знову новина.</w:t>
      </w:r>
    </w:p>
    <w:p>
      <w:r>
        <w:br/>
        <w:t>Із невеликого міста, де мали ночувати, вернулись квартир’єри стурбовані, з винуватими, заклопотаними очима: город не дає на ніч у себе квартир. Десь верстів п’ять за городом стоять якісь бараки — туди справляють!</w:t>
      </w:r>
    </w:p>
    <w:p>
      <w:r>
        <w:br/>
        <w:t>Стихло на мить між солдатами.</w:t>
      </w:r>
    </w:p>
    <w:p>
      <w:r>
        <w:br/>
        <w:t>Звістка полетіла по колонах, як запалений віхоть на сухий, добре вигрітий хворост...</w:t>
      </w:r>
    </w:p>
    <w:p>
      <w:r>
        <w:br/>
        <w:t>* * *</w:t>
      </w:r>
    </w:p>
    <w:p>
      <w:r>
        <w:br/>
        <w:t>Увечері, скоро увійшли туди солдати, город заторохтів од стрільби.</w:t>
      </w:r>
    </w:p>
    <w:p>
      <w:r>
        <w:br/>
        <w:t>З города тікали перелякані люди й розказували усім по дорозі, що там збунтувався полк: розбивають, грабують, п’янствують. Далеко, на десятки верстів навкруги, видно було зарево пожежі. Город палав на півнеба, ішов димом, димом густим і чорним, як чорна людська кривда та глум.</w:t>
      </w:r>
    </w:p>
    <w:p>
      <w:r>
        <w:br/>
        <w:t>— Що то буде? Суд, розформування полку, кайдани й розстріли?..</w:t>
      </w:r>
    </w:p>
    <w:p>
      <w:r>
        <w:br/>
        <w:t>Город далеко лишився позаду, обурений, збентежений, посилаючи услід полку гарячу ненависть, прокльони й погрози.</w:t>
      </w:r>
    </w:p>
    <w:p>
      <w:r>
        <w:br/>
        <w:t>Стояло на годині, світило сонце, помалу продував запашний степовий вітрець, і офіцери, й солдати йшли пригнічені й смутні.</w:t>
      </w:r>
    </w:p>
    <w:p>
      <w:r>
        <w:br/>
        <w:t>Не каяття й не свідомість провини давили душу, ні! Город як був, так і лишився в пам’ятку лютим їх ворогом, серце їх, як і перше, клекотіло од гніву й ненависті до тих випещених, ситих і здорових хижаків, що, прикрившись мирною шкурою скаржливої й плаксивої обивательщини, по якомусь праву гонили од життя зморених і знівечених, як од столу зголоднілу приблуду собаку.</w:t>
      </w:r>
    </w:p>
    <w:p>
      <w:r>
        <w:br/>
        <w:t>Було невимовно жаль тії смутної й гіркої слави полка, добутої кров’ю й стражданнями, того страдницького вінка, який тільки й був в найтяжчі часи єдиною нагородою і втіхою знедоленим вигнанцям, слави і честі, на яку тепер падала чорна пляма.</w:t>
      </w:r>
    </w:p>
    <w:p>
      <w:r>
        <w:br/>
        <w:t>Швидко поспішав полк все далі й далі, але ще швидше летіли з города нерадісні чутки й вісті: переказували, що на командира полку вже наділи кайдани, що заочно одбувається суд, що на провинний полк чекає десь спереду дивізія, яка має арештувати його і виконати присуд.</w:t>
      </w:r>
    </w:p>
    <w:p>
      <w:r>
        <w:br/>
        <w:t>Проте днів через п’ять на одному із привалів полк наздогнав залишений в городі командир; був він змарнілий, як земля, не голений і не стрижений, і в глибоко запалих очах у нього стояв тихий смутний спокій. Його зразу оточили тісним колом змучені думками й догадками офіцери й солдати, обступили з жагуче-цікавими очима.</w:t>
      </w:r>
    </w:p>
    <w:p>
      <w:r>
        <w:br/>
        <w:t>— Перш за все, панове,— звернувся він до них,— раджу вам викинути з голови все зайве й покликати на серця свої мир і спокій; тепер нам треба мати свіжу голову і чисте серце, бо поки збереться на нас людський суд, нас буде судити суд божий. Перед нами загорілись жорстокі бої, і командир корпусу, зважаючи на славну історію нашого полку, дає нам перед судом останню честь — посилає нас на зміну нашому бойовому товаришу, вже доблесно загинувшому там в лютому бою Н-ському полку. Завтра надвечір ми підемо в бій.</w:t>
      </w:r>
    </w:p>
    <w:p>
      <w:r>
        <w:br/>
        <w:t>Шелест тихий і ніжний пішов у гурті, засяяли очі, почулись полегшені зітхання, мов з плечей скинуто було тягар. Подуло новим вітром по полку, і новий огонь засвітився в очах. Жалі, образа, ненависть, непривітні города, жорстокі люди — все погасло, здалося зразу неважним, нецікавим перед тим великим і смутним, що чекало на полк.</w:t>
      </w:r>
    </w:p>
    <w:p>
      <w:r>
        <w:br/>
        <w:t>Смуток незлобивий, чистий, як степове небо, загорівся в усіх у грудях ясним, жарким полум’ям і ще дужче роздував його бархотинний запашний вітрець, тихо подуваючи на запалені обличчя; ніби наміткою зав’язував їм хтось світ, і, здавалось, вже не бачили очима ні синього неба, ні ясного сонця, ні зелено-мрійних степових далів, і тільки серцем одчували їх привіт і ласку.</w:t>
      </w:r>
    </w:p>
    <w:p>
      <w:r>
        <w:br/>
        <w:t>Легко становились в ряди, мов сп’янілі од смутку, рушали далі, геть забувши про біль і втому.</w:t>
      </w:r>
    </w:p>
    <w:p>
      <w:r>
        <w:br/>
        <w:t>"Траам-та, трам-та, тру-ру-ру-ра-рам!.." — несподівано ударила в безлюдні далі, у синє небо могучими згуками походного маршу дзвінка, ридаюча мідь. Здригнулись колони, вдавалось, згуки виривались із їх грудей, ряди вітром вирівнялись під шнур, підняли голови — всі, як одна нога, разом ударили в землю і швидко зрослися в один суцільний організм, в один живий ланцюг, який рівно поплинув між зелених берегів, самітний і одірваний, кудись в невідому далину чужих степів.</w:t>
      </w:r>
    </w:p>
    <w:p>
      <w:r>
        <w:br/>
        <w:t>Стогнала земля під ритмічними ударами тисячоногого велетня, влад бриніло безліч казанків.</w:t>
      </w:r>
    </w:p>
    <w:p>
      <w:r>
        <w:br/>
        <w:t>Металевим криком рвали повітря мідні труби, далеко в безлюдних просторах розкидали тужними згуками, гарячою тоскою німого могучого звіра, що почув на себе рани і смерть.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Отруйна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