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полудень. Страшна спекота...</w:t>
      </w:r>
    </w:p>
    <w:p>
      <w:r>
        <w:br/>
        <w:t xml:space="preserve"> От полудень. Страшна спекота.&lt;br /&gt;</w:t>
        <w:br/>
        <w:t>Чоло втираючи від поту,&lt;br /&gt;</w:t>
        <w:br/>
        <w:t>женці стурбовані звелись,&lt;br /&gt;</w:t>
        <w:br/>
        <w:t>втупивши зір в небесну вись.&lt;br /&gt;</w:t>
        <w:br/>
        <w:t>А там імла і млява сива,&lt;br /&gt;</w:t>
        <w:br/>
        <w:t>і сонце жовкне, повне гніву,-&lt;br /&gt;</w:t>
        <w:br/>
        <w:t>із півдня хмара грозова&lt;br /&gt;</w:t>
        <w:br/>
        <w:t>повзе і сонце вже вкрива.&lt;br /&gt;</w:t>
        <w:br/>
        <w:t>Вдивились лячно в небо очі.&lt;br /&gt;</w:t>
        <w:br/>
        <w:t>Співають півні — знак пророчий!&lt;br /&gt;</w:t>
        <w:br/>
        <w:t>І гуси на ріці озвались,&lt;br /&gt;</w:t>
        <w:br/>
        <w:t>чомусь аж крильми розмахались,&lt;br /&gt;</w:t>
        <w:br/>
        <w:t>неначе то дурні вони&lt;br /&gt;</w:t>
        <w:br/>
        <w:t>оці засіяли лани.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полудень. Страшна спекота...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