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строви в океані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трови в океа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