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Останній листопад!..</w:t>
      </w:r>
    </w:p>
    <w:p>
      <w:r>
        <w:br/>
        <w:t xml:space="preserve"> Останній листопад!&lt;br /&gt;</w:t>
        <w:br/>
        <w:t>I кожен крок&lt;br /&gt;</w:t>
        <w:br/>
        <w:t>В глиб осені безжалісно веде мене...&lt;br /&gt;</w:t>
        <w:br/>
        <w:t>I знову серце&lt;br /&gt;</w:t>
        <w:br/>
        <w:t>Рветься до зірок —&lt;br /&gt;</w:t>
        <w:br/>
        <w:t>З'єднатися з далекими едемами.</w:t>
      </w:r>
    </w:p>
    <w:p>
      <w:r>
        <w:br/>
        <w:t>Поволі йду вздовж огорожі,&lt;br /&gt;</w:t>
        <w:br/>
        <w:t>I кожен прут,&lt;br /&gt;</w:t>
        <w:br/>
        <w:t>I кожен пруг&lt;br /&gt;</w:t>
        <w:br/>
        <w:t>Теплу моїх чутливих рук&lt;br /&gt;</w:t>
        <w:br/>
        <w:t>Говорить приторком колючим і ворожим,&lt;br /&gt;</w:t>
        <w:br/>
        <w:t>Що десь за тим принишклим видноколом,&lt;br /&gt;</w:t>
        <w:br/>
        <w:t>В великім світі&lt;br /&gt;</w:t>
        <w:br/>
        <w:t>Збратаних стихій,&lt;br /&gt;</w:t>
        <w:br/>
        <w:t>Крицевими крильми&lt;br /&gt;</w:t>
        <w:br/>
        <w:t>Уже ширяє холод —&lt;br /&gt;</w:t>
        <w:br/>
        <w:t>Незрозуміло лютий, незбагнено лихий.</w:t>
      </w:r>
    </w:p>
    <w:p>
      <w:r>
        <w:br/>
        <w:t>Та тут,&lt;br /&gt;</w:t>
        <w:br/>
        <w:t>У тихому осінньому осонні,&lt;br /&gt;</w:t>
        <w:br/>
        <w:t>Так легко приховати до весни&lt;br /&gt;</w:t>
        <w:br/>
        <w:t>Бажання, ледве втишені,&lt;br /&gt;</w:t>
        <w:br/>
        <w:t>Хотіння напівсонні...</w:t>
      </w:r>
    </w:p>
    <w:p>
      <w:r>
        <w:br/>
        <w:t>Душа вже жде&lt;br /&gt;</w:t>
        <w:br/>
        <w:t>Нових, іще не звіданих&lt;br /&gt;</w:t>
        <w:br/>
        <w:t>I первісно розвихрених утіх...&lt;br /&gt;</w:t>
        <w:br/>
        <w:t>О, де ж ви, де,&lt;br /&gt;</w:t>
        <w:br/>
        <w:t>Нові джерела,&lt;br /&gt;</w:t>
        <w:br/>
        <w:t>Що спрагу вгасите жадань моїх нових?&lt;br /&gt;</w:t>
        <w:br/>
        <w:t>. . . . . . . . . . . . . . . . .&lt;br /&gt;</w:t>
        <w:br/>
        <w:t>Гіллям осокорів безлистим&lt;br /&gt;</w:t>
        <w:br/>
        <w:t>I льотом ластівки стрілистим&lt;br /&gt;</w:t>
        <w:br/>
        <w:t>Благословляю&lt;br /&gt;</w:t>
        <w:br/>
        <w:t>I вітаю їх!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Останній листопад!..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