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ніч чаклуна</w:t>
      </w:r>
    </w:p>
    <w:p>
      <w:r>
        <w:br/>
        <w:t xml:space="preserve"> &lt;p&gt;СЕРГІЙ ЛУК'ЯНЕНКО</w:t>
      </w:r>
    </w:p>
    <w:p>
      <w:r>
        <w:br/>
        <w:t>ОСТАННЯ НІЧ ЧАКЛУНА</w:t>
      </w:r>
    </w:p>
    <w:p>
      <w:r>
        <w:br/>
        <w:t>Переклад: roller</w:t>
      </w:r>
    </w:p>
    <w:p>
      <w:r>
        <w:br/>
        <w:t>Дощової осінньої ночі, коли хмари приховували Місяць і зірки, холодні краплі гупали по дахах, а вітер плакав і стогнав за вікнами, в своїй маленькій квартирі на останньому поверсі висотного будинку помирав старий чаклун.</w:t>
      </w:r>
    </w:p>
    <w:p>
      <w:r>
        <w:br/>
        <w:t>Чаклуни ніколи не помирають вдень або в гарну погоду, о ні! Вони завжди помирають в грозу, бурю, сніжний буран, в ніч коли спалахують вулкани або трапляється землетрус. Отже цьому чаклунові ще пощастило – йшов всього на всього сильний дощ.</w:t>
      </w:r>
    </w:p>
    <w:p>
      <w:r>
        <w:br/>
        <w:t>А під час дощу помирати легко.</w:t>
      </w:r>
    </w:p>
    <w:p>
      <w:r>
        <w:br/>
        <w:t>Чаклун лежав на ліжку, застеленому чорними шовковими простирадлами і дивився на свій чаклунський стіл. Там переливалися різнокольоровими вогниками пробірки і реторти, накрапали зі змійовиків тягучі каламутні рідини, в скляних мисках формувалися кристали, що світяться.</w:t>
      </w:r>
    </w:p>
    <w:p>
      <w:r>
        <w:br/>
        <w:t>Чаклун скривився і покликав:</w:t>
      </w:r>
    </w:p>
    <w:p>
      <w:r>
        <w:br/>
        <w:t>— Фрог!</w:t>
      </w:r>
    </w:p>
    <w:p>
      <w:r>
        <w:br/>
        <w:t>Зі старої шафи, забитої стародавніми книжками в шкіряних палітурках, ліниво зістрибнув товстий чорний кіт. Підійшов до ліжка, вистрибнув чаклунові на груди. Той захрипів і махнув рукою, зганяючи кота.</w:t>
      </w:r>
    </w:p>
    <w:p>
      <w:r>
        <w:br/>
        <w:t>— Кликав? – влаштовуюсь в ногах, запитав кіт.</w:t>
      </w:r>
    </w:p>
    <w:p>
      <w:r>
        <w:br/>
        <w:t>Говорити вміють майже всі коти на світі. Та мало хто їх розуміє. Чаклун – розумів.</w:t>
      </w:r>
    </w:p>
    <w:p>
      <w:r>
        <w:br/>
        <w:t>— Я помираю, — сказав чаклун.</w:t>
      </w:r>
    </w:p>
    <w:p>
      <w:r>
        <w:br/>
        <w:t>— Знаю, — відповів кіт байдуже. – І через це ти кликав мене?</w:t>
      </w:r>
    </w:p>
    <w:p>
      <w:r>
        <w:br/>
        <w:t>— Скажи, що зі мною буде?</w:t>
      </w:r>
    </w:p>
    <w:p>
      <w:r>
        <w:br/>
        <w:t>Фрог примружився і подивився кудись над головою чаклуна. Як відомо, всі коти вміють бачити майбутнє.</w:t>
      </w:r>
    </w:p>
    <w:p>
      <w:r>
        <w:br/>
        <w:t>— Ти помреш на світанку, коли далеко за хмарами зійде сонце. Тобі буде так само боляче, як тій жінці, яку ти прокляв. І так же страшно, як тому чоловікові, на якого ти навів порчу. Коли ти почнеш задихатися, я сяду тобі на горло, погладжу твої пересохлі губи своєю оксамитовою лапкою, зловлю твій останній подих – і віднесу своєму господареві. Так було задумано, так є і так буде.</w:t>
      </w:r>
    </w:p>
    <w:p>
      <w:r>
        <w:br/>
        <w:t>Чаклун похитав головою:</w:t>
      </w:r>
    </w:p>
    <w:p>
      <w:r>
        <w:br/>
        <w:t>— Я прокляв жінку, яка втопила свою дитину. Я навів порчу на чоловіка, через якого вона це зробила.</w:t>
      </w:r>
    </w:p>
    <w:p>
      <w:r>
        <w:br/>
        <w:t>— Яка різниця? – відповів кіт. – Ти чаклун. Ти уклав договір з тим, кому я служу. О, ні, ні, не хочу мати з ним нічого спільного! Але дев'ять життів – це дев'ять життів, чаклун. Їх доводиться відпрацьовувати.</w:t>
      </w:r>
    </w:p>
    <w:p>
      <w:r>
        <w:br/>
        <w:t>Червоний язичок промайнув між гострими зубками – Фрог на м'яких лапках підійшов до голови чаклуна.</w:t>
      </w:r>
    </w:p>
    <w:p>
      <w:r>
        <w:br/>
        <w:t>— Хочеш, чаклун, я допоможу тобі? Мої лапки можуть бути дуже сильними, а твоє дихання таке слабке.</w:t>
      </w:r>
    </w:p>
    <w:p>
      <w:r>
        <w:br/>
        <w:t>Чаклун підняв праву руку – з пальця вилетів злий синій вогник і вдарив кота в носа. Той з обуреним нявчанням злетів з ліжка і застрибнув на шафу.</w:t>
      </w:r>
    </w:p>
    <w:p>
      <w:r>
        <w:br/>
        <w:t>— Не поспішай, — важко відповів чаклун. – У мене є ще час. до сходу сонця. І в мене є остання ніч чаклуна.</w:t>
      </w:r>
    </w:p>
    <w:p>
      <w:r>
        <w:br/>
        <w:t>— Дурні, наївні, ганебні надії, — фиркнув з шафи кіт, виблискуючи очима. – "Якщо в ніч своєї смерті чаклун знайде безневинну душу, яку мучить горе, і зможе усунути це горе без залишку – він буде пробачений".</w:t>
      </w:r>
    </w:p>
    <w:p>
      <w:r>
        <w:br/>
        <w:t>— Так, — сказав чаклун, сідаючи на ліжку. – Ти кіт чаклуна, ти знаєш.</w:t>
      </w:r>
    </w:p>
    <w:p>
      <w:r>
        <w:br/>
        <w:t>— Де ти знайдеш в цьому місті безневинну душу? – запитав кіт. – А чи знаєш ти, що ти повинен розвіяти горе, не заподіявши нікому шкоди і зла.</w:t>
      </w:r>
    </w:p>
    <w:p>
      <w:r>
        <w:br/>
        <w:t>— Знаю, — пробурмотів чаклун.</w:t>
      </w:r>
    </w:p>
    <w:p>
      <w:r>
        <w:br/>
        <w:t>— Нікому, лише самому собі, — закінчив кіт.</w:t>
      </w:r>
    </w:p>
    <w:p>
      <w:r>
        <w:br/>
        <w:t>Очі чаклуна потемнішали:</w:t>
      </w:r>
    </w:p>
    <w:p>
      <w:r>
        <w:br/>
        <w:t>— Гей, кіт! Ще вчора цієї умови не було!</w:t>
      </w:r>
    </w:p>
    <w:p>
      <w:r>
        <w:br/>
        <w:t>— Але я кіт чаклуна – і я вимовив ці слова, — сказав Фрог. – Вибач. Нічого особистого. Але дев'ять життів – це, все-таки, дев'ять життів.</w:t>
      </w:r>
    </w:p>
    <w:p>
      <w:r>
        <w:br/>
        <w:t>Чаклун нічого не відповів. Важко піднявся і пішов до свого столу, де над спиртівкою, в колбі з товстого каламутного скла кипіла і пінилася чорна в'язка гидота. Хвилинку чаклун дивився на неї, а потім зняв колбу з вогню і одним ковтком випив останню в світі кров дракона. В його очах затанцювало полум'я, плечі розпрямилися, він вдихнув на повні легені і перестав спиратися на стіл. Навіть кров дракона не могла запобігти його смерті – але, все-таки, він помре не безпорадним.</w:t>
      </w:r>
    </w:p>
    <w:p>
      <w:r>
        <w:br/>
        <w:t>— Гей, кіт. де кристал?</w:t>
      </w:r>
    </w:p>
    <w:p>
      <w:r>
        <w:br/>
        <w:t>Кіт стежив за ним з шафи і мовчав.</w:t>
      </w:r>
    </w:p>
    <w:p>
      <w:r>
        <w:br/>
        <w:t>Чаклун сам знайшов магічний кристал – на кухні, захований серед коробок з вівсяною кашею і банок з рибними консервами. Повернувся до кімнати, освітленої звичним світлом ламп в криваво-червоних абажурах. Поставив кристал на стіл – і вгледівся в нього.</w:t>
      </w:r>
    </w:p>
    <w:p>
      <w:r>
        <w:br/>
        <w:t>У злих чаклунів магічний кристал чорний або червоний. У тих, які вважають себе за добрих – прозорий або білий.</w:t>
      </w:r>
    </w:p>
    <w:p>
      <w:r>
        <w:br/>
        <w:t>А цей кристал був брудно-сірий. Під поглядом чаклуна він засвітився, зсередини проступили картинки – каламутні, нечіткі.</w:t>
      </w:r>
    </w:p>
    <w:p>
      <w:r>
        <w:br/>
        <w:t>Чаклун дивився в кристал. І бачив, як мучаться без сну в своїх ліжках люди – скривджені і готові образити, віддані і такі, що збираються зрадити, принижені і плануючі принижувати. Горе було у багатьох, але щоб розвіяти це горе – чаклунові довелося б заподіяти ще більше зло.</w:t>
      </w:r>
    </w:p>
    <w:p>
      <w:r>
        <w:br/>
        <w:t>— Навіщо ти витрачаєш останню ніч свого життя на дурощі? – запитав кіт. – Коли настане моя остання ніч, я піду до найкрасивішої киці.</w:t>
      </w:r>
    </w:p>
    <w:p>
      <w:r>
        <w:br/>
        <w:t>Чаклун засміявся і прикрив кристал рукою – ніби побоювався, що кіт зуміє там що-небудь роздивитися. Зі своєї криваво-червоної мантії він висмикнув довгу нитку, від присохлого помаранча, що валявся на столі, відірвав шматочок помаранчевої шкірки. Жовтий аркуш паперу, зелений листочок від зростаючої в горщику квітки, блакитна скляна пробка, що закривала пробірку, крапля синьої рідині з пробірки, фіолетовий порошок зі склянки. Чаклун змішав все це в своїй долоні – і, не вагаючись, підніс долоню до вогню. Дуже багато чар вимагають болю.</w:t>
      </w:r>
    </w:p>
    <w:p>
      <w:r>
        <w:br/>
        <w:t>Чаклун давно вже не боявся болю . Ні свого, ні чужого. Він стояв біля столу, тримав руку над вогнем – поки семиколірне сяйво не запалало в долоні. А потім кинув сяйво через всю кімнату, через скло, через ніч – кудись далеко-далеко і високо-високо.</w:t>
      </w:r>
    </w:p>
    <w:p>
      <w:r>
        <w:br/>
        <w:t>— Ну-ну, — скептично сказав кіт. – Ти хороший чаклун. Але туди тобі не увійти – навіть по веселці.</w:t>
      </w:r>
    </w:p>
    <w:p>
      <w:r>
        <w:br/>
        <w:t>Чаклун помацав веселковий місток. Той пружинив і пах медом. Тоді чаклун обережно заліз на веселку і пішов вгору, крізь стіну, ніч і дощ.</w:t>
      </w:r>
    </w:p>
    <w:p>
      <w:r>
        <w:br/>
        <w:t>— Ну-ну, — повторив кіт. Згорнувся клубочком, так, щоб назовні дивилося одне око, і почав чекати.</w:t>
      </w:r>
    </w:p>
    <w:p>
      <w:r>
        <w:br/>
        <w:t>А чаклун йшов по веселковому мосту. Йти було важко, він швидко промок. Далеко внизу горіли рідкісні вогники в міських вікнах, але незабаром їх приховали хмари. Блискавки били навколо чаклуна, страхітливо гуркотів грім. Веселковий міст тремтів і згинався, ніби хотів скинути чаклуна вниз.</w:t>
      </w:r>
    </w:p>
    <w:p>
      <w:r>
        <w:br/>
        <w:t>Він йшов.</w:t>
      </w:r>
    </w:p>
    <w:p>
      <w:r>
        <w:br/>
        <w:t>Потім грім став гуркотіти все тихіше і тихіше, залишаючись позаду. Блискавки слабкими іскрами миготіли внизу. Звідкись зверху полилося сонячне світло – і чаклун опустив обличчя.</w:t>
      </w:r>
    </w:p>
    <w:p>
      <w:r>
        <w:br/>
        <w:t>А веселковий міст досяг Веселки – і розчинився в ній.</w:t>
      </w:r>
    </w:p>
    <w:p>
      <w:r>
        <w:br/>
        <w:t>Чаклун обережно вибрався на Веселку. Здавалося, вона займала небо від краю і до краю. Тільки вище було ще щось, але чаклун завбачливо не піднімав очей. Він озирнувся – дуже, дуже обережно.</w:t>
      </w:r>
    </w:p>
    <w:p>
      <w:r>
        <w:br/>
        <w:t>Коли б не Веселка під ногами, він би подумав, що стоїть в лісі. Висока зелена трава, тінисті дерева, дзюркотливі струмки. Пахло медом і свіжою водою. Чаклун сів під деревом і почав чекати.</w:t>
      </w:r>
    </w:p>
    <w:p>
      <w:r>
        <w:br/>
        <w:t>Звідкись з кущів вибіг великий чорний пес. Завмер, здивований. Підійшов до чаклуна, лизнув його в руку. Чаклун пошарпав пса за вухом. Пес ще раз лизнув його – і втік.</w:t>
      </w:r>
    </w:p>
    <w:p>
      <w:r>
        <w:br/>
        <w:t>Чаклун чекав.</w:t>
      </w:r>
    </w:p>
    <w:p>
      <w:r>
        <w:br/>
        <w:t>Пройшла, можливо, ціла година Почувся шум, хрипке дихання – і до чаклуна кинувся маленький рудий пес.</w:t>
      </w:r>
    </w:p>
    <w:p>
      <w:r>
        <w:br/>
        <w:t>— Господарю! – прогавкав пес, ткнувшись в його руки. – Господарю, ти прийшов!</w:t>
      </w:r>
    </w:p>
    <w:p>
      <w:r>
        <w:br/>
        <w:t>Чаклун обійняв собаку, який був у нього давним-давно, – в дитинстві, яке буває навіть у чаклунів. Ткнувся обличчям в собачу морду і з його очей полилися сльози.</w:t>
      </w:r>
    </w:p>
    <w:p>
      <w:r>
        <w:br/>
        <w:t>— Так, — сказав він. – Я прийшов.</w:t>
      </w:r>
    </w:p>
    <w:p>
      <w:r>
        <w:br/>
        <w:t>— Чому ти не йшов так довго? – запитав пес. – адже Ти став таким розумним, ти навіть можеш піднятися на Веселку, я знаю! А чому ти більше ніколи не тримав собак? Невже ти нас більше не любиш?</w:t>
      </w:r>
    </w:p>
    <w:p>
      <w:r>
        <w:br/>
        <w:t>— Я став чаклуном, — відповів чаклун, гладячи пса. – Чаклун не повинен тримати собаку. Пробач. До того ж я знав, що на Веселку мене пустять лише один раз. А я знав, що одного разу мені треба буде прийти. туди, куди йдуть всі собаки. Чи бачиш. я розумний чаклун.</w:t>
      </w:r>
    </w:p>
    <w:p>
      <w:r>
        <w:br/>
        <w:t>— Ти найрозумніший, господарю, — собака злизував сльози з його щік. – адже Ти прийшов за мною?</w:t>
      </w:r>
    </w:p>
    <w:p>
      <w:r>
        <w:br/>
        <w:t>— Сьогодні вночі я помру, — сказав чаклун. – Ніхто і ніщо на цілому світі цього не відмінить.</w:t>
      </w:r>
    </w:p>
    <w:p>
      <w:r>
        <w:br/>
        <w:t>— Ти прийдеш до мене. на Веселку? – боязко запитав пес.</w:t>
      </w:r>
    </w:p>
    <w:p>
      <w:r>
        <w:br/>
        <w:t>Чаклун мовчав.</w:t>
      </w:r>
    </w:p>
    <w:p>
      <w:r>
        <w:br/>
        <w:t>— Або мені можна буде піти до тебе?</w:t>
      </w:r>
    </w:p>
    <w:p>
      <w:r>
        <w:br/>
        <w:t>— О, — чаклун засміявся, — не варто. Я впевнений, тобі не сподобається. Там має бути дуже жарко.</w:t>
      </w:r>
    </w:p>
    <w:p>
      <w:r>
        <w:br/>
        <w:t>— Господарю.</w:t>
      </w:r>
    </w:p>
    <w:p>
      <w:r>
        <w:br/>
        <w:t>— Цього вечора у маленького хлопчика з нашого міста помер собака, — сказав чаклун. – Його збила машина. Знайди її. я відведу її назад.</w:t>
      </w:r>
    </w:p>
    <w:p>
      <w:r>
        <w:br/>
        <w:t>— І вона буде з господарем?</w:t>
      </w:r>
    </w:p>
    <w:p>
      <w:r>
        <w:br/>
        <w:t>Чаклун кивнув.</w:t>
      </w:r>
    </w:p>
    <w:p>
      <w:r>
        <w:br/>
        <w:t>— Я знайду, — сказав маленький рудий пес. – Зараз. Тільки погладь мене ще раз.</w:t>
      </w:r>
    </w:p>
    <w:p>
      <w:r>
        <w:br/>
        <w:t>Чаклун погладив свого пса.</w:t>
      </w:r>
    </w:p>
    <w:p>
      <w:r>
        <w:br/>
        <w:t>— А мені можна буде піти за вами слідом? – запитав пес.</w:t>
      </w:r>
    </w:p>
    <w:p>
      <w:r>
        <w:br/>
        <w:t>— Мені не понести вас обох, — сказав чаклун. – А ми підемо крізь грозу. Ти ж завжди боявся грому, пам'ятаєш? Йди. будь хорошим собакою. Йди! У мене зовсім мало часу.</w:t>
      </w:r>
    </w:p>
    <w:p>
      <w:r>
        <w:br/>
        <w:t>Через дві години маленький хлопчик, що проплакав всю цю ніч, задрімав – і тут же прокинувся. Холодний мокрий ніс ткнувся в його обличчя. Хлопчик обійняв свого собаку, що пахнув грозою і, чомусь, медом. Вікно було відкрите, гуркотіла гроза і струмені дощу летіли в кімнату. Дивна туманна веселка мерехтіла за вікном.</w:t>
      </w:r>
    </w:p>
    <w:p>
      <w:r>
        <w:br/>
        <w:t>— Твого собаку тільки контузило ударом, — сказав хтось, хто стояв біля ліжка хлопчика. – Вона відлежалася і прибігла додому. Розумієш?</w:t>
      </w:r>
    </w:p>
    <w:p>
      <w:r>
        <w:br/>
        <w:t>Хлопчик закивав. Хай так.</w:t>
      </w:r>
    </w:p>
    <w:p>
      <w:r>
        <w:br/>
        <w:t>— Твої батьки. не турбуйся. Вони теж з цим погодяться, — сказав чаклун. Підійшов до вікна і зробив крок на залишки веселкового мосту – вицвілі, тонкі. Зникли червоний і помаранчевий, синій і фіолетовий кольори. Але міст ще тримався. Чаклун втомлено пішов по повітрю далі.</w:t>
      </w:r>
    </w:p>
    <w:p>
      <w:r>
        <w:br/>
        <w:t>Хлопчик за його спиною міцніше обійняв свого собаку і заснув.</w:t>
      </w:r>
    </w:p>
    <w:p>
      <w:r>
        <w:br/>
        <w:t>Чаклун поволі добрів до свого будинку. Пройшов крізь закрите вікно. Десь за горизонтом готувалося зійти сонце.</w:t>
      </w:r>
    </w:p>
    <w:p>
      <w:r>
        <w:br/>
        <w:t>— Хитрий? – запитав Фрог. Кіт сидів біля магічного кристала, гойдаючи його лапою. – Підготувався заздалегідь? Безневинна душа – дитина, горе – померлий пес? Хитрий! А яке ж горе ти заподіяв собі?</w:t>
      </w:r>
    </w:p>
    <w:p>
      <w:r>
        <w:br/>
        <w:t>Чаклун подивився в очі кота – і той осікся, замовк.</w:t>
      </w:r>
    </w:p>
    <w:p>
      <w:r>
        <w:br/>
        <w:t>— Я виконав умову, — сказав чаклун. – Передаси тому, кому служиш. моя душа вільна.</w:t>
      </w:r>
    </w:p>
    <w:p>
      <w:r>
        <w:br/>
        <w:t>Він ліг на чорні простирадла і закрив очі. Останні краплі драконової крові вицвітали в його очах. Далеко за хмарами спалахнула жовта корона Сонця, яке сходить.</w:t>
      </w:r>
    </w:p>
    <w:p>
      <w:r>
        <w:br/>
        <w:t>— Няв! – заволав кіт обурено. Стрибнув на ліжко чаклуна. – Обдурив. обдурив? Думаєш, обдурив? Нічого особистого. але, чи розумієш. дев'ять життів. треба відпрацьовувати.</w:t>
      </w:r>
    </w:p>
    <w:p>
      <w:r>
        <w:br/>
        <w:t>На м'яких лапках кіт підійшов до обличчя чаклуна і улігся йому на шию. Чаклун захрипів. Кіт збентежено посміхнувся і протягнув лапку до його рота. З оксамитових подушечок вислизнули криві жовті кігті.</w:t>
      </w:r>
    </w:p>
    <w:p>
      <w:r>
        <w:br/>
        <w:t>— Нічого особистого, — винувато повторив кіт. – Але. дев'ять життів.</w:t>
      </w:r>
    </w:p>
    <w:p>
      <w:r>
        <w:br/>
        <w:t>У цю мить останні залишки веселкового моста – зелені, ніби луги Веселки, спалахнули і розтанули в повітрі. І одночасно, розбивши скло, в кімнату стрімголов увірвався маленький рудий песик – мокрий, тремтячий і дуже, дуже зосереджений.</w:t>
      </w:r>
    </w:p>
    <w:p>
      <w:r>
        <w:br/>
        <w:t>— Няв! – розгублено сказала чорна тварюка на шиї чаклуна. У наступну секунду собачі щелепи стиснулися на її шиї, трусонули – і відкинули геть.</w:t>
      </w:r>
    </w:p>
    <w:p>
      <w:r>
        <w:br/>
        <w:t>— Нічого особистого, — сказав пес. – Але у мене одне життя.</w:t>
      </w:r>
    </w:p>
    <w:p>
      <w:r>
        <w:br/>
        <w:t>Він витягувався на ліжку і лизнув солоне від сліз обличчя чаклуна.</w:t>
      </w:r>
    </w:p>
    <w:p>
      <w:r>
        <w:br/>
        <w:t>Десь за вікном хмари на мить розбіглися, в очі чаклунові вдарив сонячний промінь. Чаклун примружився і пальці його з усіх сил вчепилися в чорні простирадла.</w:t>
      </w:r>
    </w:p>
    <w:p>
      <w:r>
        <w:br/>
        <w:t>Але світло все било і било чаклунові в очі. Тоді він розплющив очі.</w:t>
      </w:r>
    </w:p>
    <w:p>
      <w:r>
        <w:br/>
        <w:t>Пес щось прогавкав – і чаклун зрозумів, що більше не розрізняє в гавканні слів.</w:t>
      </w:r>
    </w:p>
    <w:p>
      <w:r>
        <w:br/>
        <w:t>Але оскільки він був розумною людиною, то встав і пішов на кухню – готувати вівсяну кашу з сосисками. А маленький рудий пес в очікуванні сніданку залишився лежати на теплому ліжку – як і повинен робити розумний пес.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ніч чаклуна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