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Остання ніч</w:t>
      </w:r>
    </w:p>
    <w:p>
      <w:r>
        <w:br/>
        <w:t xml:space="preserve"> ДІЙОВІ ЛЮДЕ:&lt;br /&gt;</w:t>
        <w:br/>
        <w:t>Степан Братковський — підчаший львівський; молодий ще,&lt;br /&gt;</w:t>
        <w:br/>
        <w:t>але жовтий, худий і знеможенпй; оброслий бородою, посивів-&lt;br /&gt;</w:t>
        <w:br/>
        <w:t>шою строха. В арештанськім халаті; в'язень.&lt;br /&gt;</w:t>
        <w:br/>
        <w:t>Інстигатор — тодішній осудник; остаркуватий, сивенький;&lt;br /&gt;</w:t>
        <w:br/>
        <w:t>жовчна і злобна фігура. Поляк.&lt;br /&gt;</w:t>
        <w:br/>
        <w:t>Сторож — добрячий, сердешний дід, з сивими навислими бро-&lt;br /&gt;</w:t>
        <w:br/>
        <w:t>вами, а від того й з суворим виразом.&lt;br /&gt;</w:t>
        <w:br/>
        <w:t>Бурграбя — замковий і тюремний комендант, середніх літ;&lt;br /&gt;</w:t>
        <w:br/>
        <w:t>поляк.&lt;br /&gt;</w:t>
        <w:br/>
        <w:t>Ксьондз — худий і блідий.&lt;br /&gt;</w:t>
        <w:br/>
        <w:t>Остап — товариш Степана; молодий.&lt;br /&gt;</w:t>
        <w:br/>
        <w:t>Та ся Братковська — жінка Степанова; у сні вона удав і&lt;br /&gt;</w:t>
        <w:br/>
        <w:t>панну, і молодичку. У сні тільки вона жива, рум'яна, а так —&lt;br /&gt;</w:t>
        <w:br/>
        <w:t>змарніла, бліда.&lt;br /&gt;</w:t>
        <w:br/>
        <w:t>МатиСтепана — тінь старої покійниці.&lt;br /&gt;</w:t>
        <w:br/>
        <w:t>Голоси хлоп'ячі, чоловічі і жіночі.&lt;br /&gt;</w:t>
        <w:br/>
        <w:t>Вартові.&lt;br /&gt;</w:t>
        <w:br/>
        <w:t>Діється в місці Луцьку в 1702 році; за панування Польщі,&lt;br /&gt;</w:t>
        <w:br/>
        <w:t>Картина 1&lt;br /&gt;</w:t>
        <w:br/>
        <w:t>Середина тюремного покою. Направо від актора ліжко, соломою&lt;br /&gt;</w:t>
        <w:br/>
        <w:t>вкрите; наліво — широке і високе вікно з дрібними ґратами, які 8&lt;br /&gt;</w:t>
        <w:br/>
        <w:t>тилу, а самі шибки вікна чимсь замазані — прозорі лиш верхні;&lt;br /&gt;</w:t>
        <w:br/>
        <w:t>просто — залізні двері а кругленьким вікном посередині. Стіни в&lt;br /&gt;</w:t>
        <w:br/>
        <w:t>покої чорні, облупані; павутиння торочками висить по стелі,&lt;br /&gt;</w:t>
        <w:br/>
        <w:t>З меблів — стіл за ліжком і табурет під вікном. На столі — кухоль&lt;br /&gt;</w:t>
        <w:br/>
        <w:t>ВІГІ и і окраєць хліба. Вечір. Сонце грав ще на верхніх шибках у&lt;br /&gt;</w:t>
        <w:br/>
        <w:t>вікні і по стелі; внизу сутінь.</w:t>
      </w:r>
    </w:p>
    <w:p>
      <w:r>
        <w:br/>
        <w:t>ЯВА І&lt;br /&gt;</w:t>
        <w:br/>
        <w:t>В'язень сам.&lt;br /&gt;</w:t>
        <w:br/>
        <w:t>Степан Братковський (сидить на ліжку; ліва&lt;br /&gt;</w:t>
        <w:br/>
        <w:t>рука прикута йому до стіни ланцюгом; у правій він дер-&lt;br /&gt;</w:t>
        <w:br/>
        <w:t>жить якийсь аркуш. Читав поволі).&lt;br /&gt;</w:t>
        <w:br/>
        <w:t>"Належить він, ув'язаний при зброї,&lt;br /&gt;</w:t>
        <w:br/>
        <w:t>Як зрадник злий, як бунтарів ватаг,&lt;br /&gt;</w:t>
        <w:br/>
        <w:t>Тяжкій вині, а ще найтяжчій карі..."&lt;br /&gt;</w:t>
        <w:br/>
        <w:t>(Говорить).&lt;br /&gt;</w:t>
        <w:br/>
        <w:t>Обрехи й лжаї Не бунтарі ми, ні,&lt;br /&gt;</w:t>
        <w:br/>
        <w:t>А вірні лиш сини свого народу!&lt;br /&gt;</w:t>
        <w:br/>
        <w:t>Напасник — ти, наш вороже лихий!&lt;br /&gt;</w:t>
        <w:br/>
        <w:t>Ти ґвалтом край осуджуєш в неволю&lt;br /&gt;</w:t>
        <w:br/>
        <w:t>І нападом катуєш рідний люд,&lt;br /&gt;</w:t>
        <w:br/>
        <w:t>Ламаючи і право наше, й волю...&lt;br /&gt;</w:t>
        <w:br/>
        <w:t>"При зброї був"! Та сонного взяли,&lt;br /&gt;</w:t>
        <w:br/>
        <w:t>А Тасю ще... мою дружину любу...&lt;br /&gt;</w:t>
        <w:br/>
        <w:t>Ох, і згадать... холоне в жилах кров...&lt;br /&gt;</w:t>
        <w:br/>
        <w:t>Де ж, де вона? Невже закатували?&lt;br /&gt;</w:t>
        <w:br/>
        <w:t>(Пауза).&lt;br /&gt;</w:t>
        <w:br/>
        <w:t>І хижий ґвалт зовуть іще судом?!&lt;br /&gt;</w:t>
        <w:br/>
        <w:t>О моцарі, о двоязичні змії,&lt;br /&gt;</w:t>
        <w:br/>
        <w:t>Вв мир кільцем гадючим обвили...&lt;br /&gt;</w:t>
        <w:br/>
        <w:t>Де ж правда, де?!&lt;br /&gt;</w:t>
        <w:br/>
        <w:t>(Сіпає рукою; залізо в'їдається ще більше, до крові).&lt;br /&gt;</w:t>
        <w:br/>
        <w:t>Залізо в'їлось в рану,—&lt;br /&gt;</w:t>
        <w:br/>
        <w:t>Так рви ж, шматуй нездатну руку сю,&lt;br /&gt;</w:t>
        <w:br/>
        <w:t>Що й відплатить не зважилась катюзії&lt;br /&gt;</w:t>
        <w:br/>
        <w:t>Ай! А!!&lt;br /&gt;</w:t>
        <w:br/>
        <w:t>(Пауза).&lt;br /&gt;</w:t>
        <w:br/>
        <w:t>Ну, й кров... Коли ж останній час,&lt;br /&gt;</w:t>
        <w:br/>
        <w:t>Коли кінець? Коли б вже швидше кара!&lt;br /&gt;</w:t>
        <w:br/>
        <w:t>"Найтяжча"? Ха! Тортури приганя,&lt;br /&gt;</w:t>
        <w:br/>
        <w:t>Щоб чули ми і смакували смертю!&lt;br /&gt;</w:t>
        <w:br/>
        <w:t>(Пауза).&lt;br /&gt;</w:t>
        <w:br/>
        <w:t>Все в голові змішалось, і думки&lt;br /&gt;</w:t>
        <w:br/>
        <w:t>У цім льоху вільготнім розлетілись,&lt;br /&gt;</w:t>
        <w:br/>
        <w:t>А серце — геть одубло... Тіло все&lt;br /&gt;</w:t>
        <w:br/>
        <w:t>Скандзюбилось і нечуственним стало...&lt;br /&gt;</w:t>
        <w:br/>
        <w:t>Минають дні і ночі у пітьмі,&lt;br /&gt;</w:t>
        <w:br/>
        <w:t>І скільки їх пірнуло у безодню —&lt;br /&gt;</w:t>
        <w:br/>
        <w:t>Не розберу: лист жовк, зривався з віт,&lt;br /&gt;</w:t>
        <w:br/>
        <w:t>їх паморозь вбирала в срібні шати,&lt;br /&gt;</w:t>
        <w:br/>
        <w:t>І знов на них пишав розкішний цвіт...&lt;br /&gt;</w:t>
        <w:br/>
        <w:t>А я сиджу... прикутий, стражду тілом...&lt;br /&gt;</w:t>
        <w:br/>
        <w:t>А в серці — гад... і душу рве нудьга...&lt;br /&gt;</w:t>
        <w:br/>
        <w:t>Хоч би зирнуть на жінку, на дитину!&lt;br /&gt;</w:t>
        <w:br/>
        <w:t>Що з ними там? Де друзі, де брати?&lt;br /&gt;</w:t>
        <w:br/>
        <w:t>(Пауза).&lt;br /&gt;</w:t>
        <w:br/>
        <w:t>Але над все — людське поспільне горе,—&lt;br /&gt;</w:t>
        <w:br/>
        <w:t>Ярмо і бич голоти!.. Тяжко! Ох,&lt;br /&gt;</w:t>
        <w:br/>
        <w:t>Як боляче! Як душу шарпа туга!&lt;br /&gt;</w:t>
        <w:br/>
        <w:t>Знать, відати, що море сліз, крові&lt;br /&gt;</w:t>
        <w:br/>
        <w:t>Геть поняло наш гордий дух і волю,&lt;br /&gt;</w:t>
        <w:br/>
        <w:t>Принижену до рабства,— й но здолать&lt;br /&gt;</w:t>
        <w:br/>
        <w:t>Відпомстпти, а гнить на ланцюзі тут!&lt;br /&gt;</w:t>
        <w:br/>
        <w:t>(Сіпав).&lt;br /&gt;</w:t>
        <w:br/>
        <w:t>Шматуй, кривав!.. Коли б вже правий суд...&lt;br /&gt;</w:t>
        <w:br/>
        <w:t>Ха-ха-ха-ха!&lt;br /&gt;</w:t>
        <w:br/>
        <w:t>Брязкіт.&lt;br /&gt;</w:t>
        <w:br/>
        <w:t>Ідуть?.. Сюди... До мене?!&lt;br /&gt;</w:t>
        <w:br/>
        <w:t>ЯВА II&lt;br /&gt;</w:t>
        <w:br/>
        <w:t>Ті ж, таінстигатор, комендант замковий, та сто-&lt;br /&gt;</w:t>
        <w:br/>
        <w:t>рож, та ще одна людина, яка ховається поза плечі.&lt;br /&gt;</w:t>
        <w:br/>
        <w:t>Сторож відсовує насередину столик, подав інстигатору табурет 1&lt;br /&gt;</w:t>
        <w:br/>
        <w:t>відходить до дверей; в руках у його ключі.&lt;br /&gt;</w:t>
        <w:br/>
        <w:t>Іестигатор (озирає в'язня, що встав; розкладав на&lt;br /&gt;</w:t>
        <w:br/>
        <w:t>столі папери; по паузі).&lt;br /&gt;</w:t>
        <w:br/>
        <w:t>Пан одібрав осудний лист?&lt;br /&gt;</w:t>
        <w:br/>
        <w:t>Братковський (поглядав спокійно, трохи згорда).&lt;br /&gt;</w:t>
        <w:br/>
        <w:t>Давно.&lt;br /&gt;</w:t>
        <w:br/>
        <w:t>Інстигатор&lt;br /&gt;</w:t>
        <w:br/>
        <w:t>У в'язня кров... Для чого ця жорстокість?&lt;br /&gt;</w:t>
        <w:br/>
        <w:t>(До коменданта).&lt;br /&gt;</w:t>
        <w:br/>
        <w:t>Знять кайдани!&lt;br /&gt;</w:t>
        <w:br/>
        <w:t>Сторож кидається, здіймає.&lt;br /&gt;</w:t>
        <w:br/>
        <w:t>Братковський (мовби до себе).&lt;br /&gt;</w:t>
        <w:br/>
        <w:t>Як, знять? Що то за знак?&lt;br /&gt;</w:t>
        <w:br/>
        <w:t>Інстигатор&lt;br /&gt;</w:t>
        <w:br/>
        <w:t>Сподіванка на милосердя зверхнє.&lt;br /&gt;</w:t>
        <w:br/>
        <w:t>І я прийшов його оповістить:&lt;br /&gt;</w:t>
        <w:br/>
        <w:t>А коли пан по щирості відповідь&lt;br /&gt;</w:t>
        <w:br/>
        <w:t>На запніи мої подасть, то вмить&lt;br /&gt;</w:t>
        <w:br/>
        <w:t>З ції тюрми на світ він вийде вільним&lt;br /&gt;</w:t>
        <w:br/>
        <w:t>В обіймища коханої сім'ї,&lt;br /&gt;</w:t>
        <w:br/>
        <w:t>До вогнища...&lt;br /&gt;</w:t>
        <w:br/>
        <w:t>Братковський (зрушений).&lt;br /&gt;</w:t>
        <w:br/>
        <w:t>До кревних? Боже милий!&lt;br /&gt;</w:t>
        <w:br/>
        <w:t>А чи живі ж жона і немовля?&lt;br /&gt;</w:t>
        <w:br/>
        <w:t>Інстигатор&lt;br /&gt;</w:t>
        <w:br/>
        <w:t>Живі, живі! Я випустив на волю.&lt;br /&gt;</w:t>
        <w:br/>
        <w:t>Братковський&lt;br /&gt;</w:t>
        <w:br/>
        <w:t>Жона... дитя... і воля! Ах, яка&lt;br /&gt;</w:t>
        <w:br/>
        <w:t>Спокуса то!.. Мій пане... Бог відплате!&lt;br /&gt;</w:t>
        <w:br/>
        <w:t>Тобі я все... Не скривджу словом,..</w:t>
      </w:r>
    </w:p>
    <w:p>
      <w:r>
        <w:br/>
        <w:t>Інстигатор&lt;br /&gt;</w:t>
        <w:br/>
        <w:t>Так,&lt;br /&gt;</w:t>
        <w:br/>
        <w:t>Я віру йму; ми будемо друзями...&lt;br /&gt;</w:t>
        <w:br/>
        <w:t>Братковський&lt;br /&gt;</w:t>
        <w:br/>
        <w:t>Друзями? Ех!., що хоче пан?&lt;br /&gt;</w:t>
        <w:br/>
        <w:t>Інстигатор&lt;br /&gt;</w:t>
        <w:br/>
        <w:t>А ось:&lt;br /&gt;</w:t>
        <w:br/>
        <w:t>Учинки злі, на котрих пана взято,&lt;br /&gt;</w:t>
        <w:br/>
        <w:t>Ти визнаєш: несила їх зректись!&lt;br /&gt;</w:t>
        <w:br/>
        <w:t>Братковський&lt;br /&gt;</w:t>
        <w:br/>
        <w:t>І так, і ні! Помилки суть чималі.&lt;br /&gt;</w:t>
        <w:br/>
        <w:t>(Показує на папір).&lt;br /&gt;</w:t>
        <w:br/>
        <w:t>Тут зрадником зовусь я, бунтарем...&lt;br /&gt;</w:t>
        <w:br/>
        <w:t>Хіба ж любить отчизну свою — зрада?&lt;br /&gt;</w:t>
        <w:br/>
        <w:t>Хіба ж стоять за кревних — вчин лихий?&lt;br /&gt;</w:t>
        <w:br/>
        <w:t>Та все ж мене учили навіть в школі,&lt;br /&gt;</w:t>
        <w:br/>
        <w:t>Щоб не щадив за рідний люд життя!&lt;br /&gt;</w:t>
        <w:br/>
        <w:t>Та сам Христос, розіп'ятий катами,&lt;br /&gt;</w:t>
        <w:br/>
        <w:t>Прорік, що несть любові більш над ту,&lt;br /&gt;</w:t>
        <w:br/>
        <w:t>Яка віддасть за друзі свою душу...&lt;br /&gt;</w:t>
        <w:br/>
        <w:t>Інстигатор&lt;br /&gt;</w:t>
        <w:br/>
        <w:t>А друзі хто?&lt;br /&gt;</w:t>
        <w:br/>
        <w:t>Братковський (гордовито).&lt;br /&gt;</w:t>
        <w:br/>
        <w:t>Ті, що й були... Чого ж&lt;br /&gt;</w:t>
        <w:br/>
        <w:t>Любить своїх — тепера лиходійство?&lt;br /&gt;</w:t>
        <w:br/>
        <w:t>Інстигатор&lt;br /&gt;</w:t>
        <w:br/>
        <w:t>Де влада й міць — там мусить бути й рід.&lt;br /&gt;</w:t>
        <w:br/>
        <w:t>За нами міць, так ми тепера й друзі.&lt;br /&gt;</w:t>
        <w:br/>
        <w:t>(Дражливо).&lt;br /&gt;</w:t>
        <w:br/>
        <w:t>Наш стан і меч — отчизна вам!&lt;br /&gt;</w:t>
        <w:br/>
        <w:t>Братковський (усміхається гірко).&lt;br /&gt;</w:t>
        <w:br/>
        <w:t>Ха-ха!&lt;br /&gt;</w:t>
        <w:br/>
        <w:t>Так, знать, кулак — єдиний батько в світі,&lt;br /&gt;</w:t>
        <w:br/>
        <w:t>Тяжке ярмо — єдина благодать.&lt;br /&gt;</w:t>
        <w:br/>
        <w:t>(З більшим запалом).&lt;br /&gt;</w:t>
        <w:br/>
        <w:t>Різки й канчук — єдиная святиня?!&lt;br /&gt;</w:t>
        <w:br/>
        <w:t>І силі тій сліпій лишень молись?&lt;br /&gt;</w:t>
        <w:br/>
        <w:t>А люд, братів, отчизну, навіть бога&lt;br /&gt;</w:t>
        <w:br/>
        <w:t>Ваалу кинь під ноги?&lt;br /&gt;</w:t>
        <w:br/>
        <w:t>Інстигатор (розлютовано тупав ногою).&lt;br /&gt;</w:t>
        <w:br/>
        <w:t>Цить! Мовчи!!&lt;br /&gt;</w:t>
        <w:br/>
        <w:t>Ти гордий зух! Запеклий суповстанець!&lt;br /&gt;</w:t>
        <w:br/>
        <w:t>У! Я тебе!&lt;br /&gt;</w:t>
        <w:br/>
        <w:t>Сратковський (спокійно).&lt;br /&gt;</w:t>
        <w:br/>
        <w:t>Що ж, панська воля! Хтів&lt;br /&gt;</w:t>
        <w:br/>
        <w:t>По щирості, чого бажав добродій...&lt;br /&gt;</w:t>
        <w:br/>
        <w:t>Інстигатор&lt;br /&gt;</w:t>
        <w:br/>
        <w:t>По щирості? Ти був за ватажка?&lt;br /&gt;</w:t>
        <w:br/>
        <w:t>Братковський&lt;br /&gt;</w:t>
        <w:br/>
        <w:t>Велика честь; ще ми не шикувались...&lt;br /&gt;</w:t>
        <w:br/>
        <w:t>Інстигатор&lt;br /&gt;</w:t>
        <w:br/>
        <w:t>Ще ні? А хто ж там керував?&lt;br /&gt;</w:t>
        <w:br/>
        <w:t>Братковський&lt;br /&gt;</w:t>
        <w:br/>
        <w:t>Усі!&lt;br /&gt;</w:t>
        <w:br/>
        <w:t>Інстигатор (нетерпляче).&lt;br /&gt;</w:t>
        <w:br/>
        <w:t>Ну, хто ж та хто?&lt;br /&gt;</w:t>
        <w:br/>
        <w:t>Братковський&lt;br /&gt;</w:t>
        <w:br/>
        <w:t>Товаришів не видам.&lt;br /&gt;</w:t>
        <w:br/>
        <w:t>Інстигатор&lt;br /&gt;</w:t>
        <w:br/>
        <w:t>Але ж у тім рятунок твій!&lt;br /&gt;</w:t>
        <w:br/>
        <w:t>Братковський (гірко).&lt;br /&gt;</w:t>
        <w:br/>
        <w:t>Невже?&lt;br /&gt;</w:t>
        <w:br/>
        <w:t>В продайпості, у клятьболомстві, зраді?&lt;br /&gt;</w:t>
        <w:br/>
        <w:t>Як йогомосць мене не поважа!&lt;br /&gt;</w:t>
        <w:br/>
        <w:t>Іудою не був: за жодну ціну&lt;br /&gt;</w:t>
        <w:br/>
        <w:t>Ні вірності, ні честі не продам.&lt;br /&gt;</w:t>
        <w:br/>
        <w:t>Інстигатор&lt;br /&gt;</w:t>
        <w:br/>
        <w:t>Коли життя, і смерть, і всі тортури&lt;br /&gt;</w:t>
        <w:br/>
        <w:t>У тій ціні?&lt;br /&gt;</w:t>
        <w:br/>
        <w:t>Братковський&lt;br /&gt;</w:t>
        <w:br/>
        <w:t>Хоч пекло навіть все!&lt;br /&gt;</w:t>
        <w:br/>
        <w:t>Інстигатор&lt;br /&gt;</w:t>
        <w:br/>
        <w:t>Чого-чого, а пекла ти скуштуєш!&lt;br /&gt;</w:t>
        <w:br/>
        <w:t>Нам відомо, що в зв'язку єси був&lt;br /&gt;</w:t>
        <w:br/>
        <w:t>Із Іскрою, із Палієм-псявіром,&lt;br /&gt;</w:t>
        <w:br/>
        <w:t>З Мазепою, з Москвою злитись хтів,&lt;br /&gt;</w:t>
        <w:br/>
        <w:t>Підбурював все бидло...&lt;br /&gt;</w:t>
        <w:br/>
        <w:t>Братковськпй (усміхається).&lt;br /&gt;</w:t>
        <w:br/>
        <w:t>Коли звісно&lt;br /&gt;</w:t>
        <w:br/>
        <w:t>Усее вам, то нічого й питать.&lt;br /&gt;</w:t>
        <w:br/>
        <w:t>Інстигатор (скажено).&lt;br /&gt;</w:t>
        <w:br/>
        <w:t>Ну, почекай! На кутні засмієшся,&lt;br /&gt;</w:t>
        <w:br/>
        <w:t>Не те співать на дибі станеш ти&lt;br /&gt;</w:t>
        <w:br/>
        <w:t>Чи на жару...&lt;br /&gt;</w:t>
        <w:br/>
        <w:t>Братковський (а презирством).&lt;br /&gt;</w:t>
        <w:br/>
        <w:t>Вельможний пан осудник&lt;br /&gt;</w:t>
        <w:br/>
        <w:t>Шанує ж честь, і гонор, і повин...&lt;br /&gt;</w:t>
        <w:br/>
        <w:t>Інстигатор&lt;br /&gt;</w:t>
        <w:br/>
        <w:t>У шляхти-но!&lt;br /&gt;</w:t>
        <w:br/>
        <w:t>Братковськпй&lt;br /&gt;</w:t>
        <w:br/>
        <w:t>То нащо вам мерзота?&lt;br /&gt;</w:t>
        <w:br/>
        <w:t>Хто здатен пак своїх братів продать,&lt;br /&gt;</w:t>
        <w:br/>
        <w:t>То той і вас...&lt;br /&gt;</w:t>
        <w:br/>
        <w:t>Інстигатор&lt;br /&gt;</w:t>
        <w:br/>
        <w:t>О, певен я!.. Одначе&lt;br /&gt;</w:t>
        <w:br/>
        <w:t>Нам треба знать, хто наші вороги...&lt;br /&gt;</w:t>
        <w:br/>
        <w:t>(По паузі).&lt;br /&gt;</w:t>
        <w:br/>
        <w:t>Щоб примирить з новим їх берлом...&lt;br /&gt;</w:t>
        <w:br/>
        <w:t>Братковський&lt;br /&gt;</w:t>
        <w:br/>
        <w:t>ПанеІ&lt;br /&gt;</w:t>
        <w:br/>
        <w:t>І довгий час тих ран не заживить!&lt;br /&gt;</w:t>
        <w:br/>
        <w:t>Інстигатор&lt;br /&gt;</w:t>
        <w:br/>
        <w:t>Так думаєш?&lt;br /&gt;</w:t>
        <w:br/>
        <w:t>(Встав і пройшовся. Далі підійшов і щось тихо шепоче&lt;br /&gt;</w:t>
        <w:br/>
        <w:t>коменданту, одвівши його вбік).&lt;br /&gt;</w:t>
        <w:br/>
        <w:t>Упертий пес, ввірюка!&lt;br /&gt;</w:t>
        <w:br/>
        <w:t>Комендант&lt;br /&gt;</w:t>
        <w:br/>
        <w:t>Схиамат лихий.&lt;br /&gt;</w:t>
        <w:br/>
        <w:t>Інстигатор&lt;br /&gt;</w:t>
        <w:br/>
        <w:t>Хоч би в однім попавсьі&lt;br /&gt;</w:t>
        <w:br/>
        <w:t>(Хутко сідає; до в'язня).&lt;br /&gt;</w:t>
        <w:br/>
        <w:t>Нам хтілося б, щоб всяк підданець наш&lt;br /&gt;</w:t>
        <w:br/>
        <w:t>Припав чолом до стоп святого папи;&lt;br /&gt;</w:t>
        <w:br/>
        <w:t>Не для того, що кращий наш костьол,&lt;br /&gt;</w:t>
        <w:br/>
        <w:t>Бо бог един і віри всі хороші,&lt;br /&gt;</w:t>
        <w:br/>
        <w:t>А для того, що релігійна різнь&lt;br /&gt;</w:t>
        <w:br/>
        <w:t>Лиш появля злобу та свару в панстві,&lt;br /&gt;</w:t>
        <w:br/>
        <w:t>І певність єсть лиш в одновірцях...&lt;br /&gt;</w:t>
        <w:br/>
        <w:t>Братковський&lt;br /&gt;</w:t>
        <w:br/>
        <w:t>Ні,&lt;br /&gt;</w:t>
        <w:br/>
        <w:t>У ґвалті пак над вірою розрада...&lt;br /&gt;</w:t>
        <w:br/>
        <w:t>І я прошу про віру залишить:&lt;br /&gt;</w:t>
        <w:br/>
        <w:t>Коли братів, родини і отчизни&lt;br /&gt;</w:t>
        <w:br/>
        <w:t>Не зраджу я, то віри вже й повік 1&lt;br /&gt;</w:t>
        <w:br/>
        <w:t>1нстигатор&lt;br /&gt;</w:t>
        <w:br/>
        <w:t>Ну й овшем. (Тихо). Бт, тварюка безнадійна!&lt;br /&gt;</w:t>
        <w:br/>
        <w:t>Ти бунтував нарід, озбройпо бивсь,&lt;br /&gt;</w:t>
        <w:br/>
        <w:t>Коли взнли?&lt;br /&gt;</w:t>
        <w:br/>
        <w:t>Братковський&lt;br /&gt;</w:t>
        <w:br/>
        <w:t>Чи не в одній сорочці...&lt;br /&gt;</w:t>
        <w:br/>
        <w:t>Інстигатор&lt;br /&gt;</w:t>
        <w:br/>
        <w:t>Єсть свідок тут, що в'язневі ствердить.&lt;br /&gt;</w:t>
        <w:br/>
        <w:t>Братковський&lt;br /&gt;</w:t>
        <w:br/>
        <w:t>Запроданець?&lt;br /&gt;</w:t>
        <w:br/>
        <w:t>Інстигатор&lt;br /&gt;</w:t>
        <w:br/>
        <w:t>Ні, приятель найпершийі&lt;br /&gt;</w:t>
        <w:br/>
        <w:t>Братковський&lt;br /&gt;</w:t>
        <w:br/>
        <w:t>Не може буть!&lt;br /&gt;</w:t>
        <w:br/>
        <w:t>Іпстигатор&lt;br /&gt;</w:t>
        <w:br/>
        <w:t>Але напевно так!&lt;br /&gt;</w:t>
        <w:br/>
        <w:t>(До свідка).&lt;br /&gt;</w:t>
        <w:br/>
        <w:t>Одкрийся, пан, і вияви!&lt;br /&gt;</w:t>
        <w:br/>
        <w:t>Свідок виступив і зараз змішався.&lt;br /&gt;</w:t>
        <w:br/>
        <w:t>Братковський (сплеснув руками, глянувши).&lt;br /&gt;</w:t>
        <w:br/>
        <w:t>Мій боже!&lt;br /&gt;</w:t>
        <w:br/>
        <w:t>Остап? Мій друг? Надія наша вся?&lt;br /&gt;</w:t>
        <w:br/>
        <w:t>Орел-козак? Палке, завзяте серце,&lt;br /&gt;</w:t>
        <w:br/>
        <w:t>Величний ум... незрадлива душа...&lt;br /&gt;</w:t>
        <w:br/>
        <w:t>І ти, і ти запродався? Чи зрікся&lt;br /&gt;</w:t>
        <w:br/>
        <w:t>Святих думок?&lt;br /&gt;</w:t>
        <w:br/>
        <w:t>Свідок за кож цим словом проймається мукою.&lt;br /&gt;</w:t>
        <w:br/>
        <w:t>Інстигатор (б'є по столу кулаком).&lt;br /&gt;</w:t>
        <w:br/>
        <w:t>Ні слова!.. Ну, свідкуй!&lt;br /&gt;</w:t>
        <w:br/>
        <w:t>Братковський (з несамовитим палом; чути в го-&lt;br /&gt;</w:t>
        <w:br/>
        <w:t>лосі сльози).&lt;br /&gt;</w:t>
        <w:br/>
        <w:t>Свідкуй скоріш!.. Лобзай!.. А ви, катове,&lt;br /&gt;</w:t>
        <w:br/>
        <w:t>Рвіть серце се!.. О, муки ваші всі —&lt;br /&gt;</w:t>
        <w:br/>
        <w:t>Ніщо, ніщо перед таким стражданням!&lt;br /&gt;</w:t>
        <w:br/>
        <w:t>Для чого я дожив сього часу?&lt;br /&gt;</w:t>
        <w:br/>
        <w:t>Що станеться з тобою, Україно,&lt;br /&gt;</w:t>
        <w:br/>
        <w:t>Коли тебе найкращії сини —&lt;br /&gt;</w:t>
        <w:br/>
        <w:t>Ради страху, ради мамони — зрадять?&lt;br /&gt;</w:t>
        <w:br/>
        <w:t>Над всім святим то регіт, глум...&lt;br /&gt;</w:t>
        <w:br/>
        <w:t>Інстпгатор (аж посинів, затупав ногами).&lt;br /&gt;</w:t>
        <w:br/>
        <w:t>МовчиІ&lt;br /&gt;</w:t>
        <w:br/>
        <w:t>(До свідка).&lt;br /&gt;</w:t>
        <w:br/>
        <w:t>Чекаю я!&lt;br /&gt;</w:t>
        <w:br/>
        <w:t>Свідок (ламає руки).&lt;br /&gt;</w:t>
        <w:br/>
        <w:t>Не можу!.. Він безвппний!&lt;br /&gt;</w:t>
        <w:br/>
        <w:t>Карай мене!&lt;br /&gt;</w:t>
        <w:br/>
        <w:t>Інстигатор (скажено).&lt;br /&gt;</w:t>
        <w:br/>
        <w:t>В заліза взять!&lt;br /&gt;</w:t>
        <w:br/>
        <w:t>Сторож (бере свідка за руку).&lt;br /&gt;</w:t>
        <w:br/>
        <w:t>В ту ж мить!&lt;br /&gt;</w:t>
        <w:br/>
        <w:t>Разом виходять.&lt;br /&gt;</w:t>
        <w:br/>
        <w:t>ЯВА III&lt;br /&gt;</w:t>
        <w:br/>
        <w:t>Інстигатор, Братковський і комендант,&lt;br /&gt;</w:t>
        <w:br/>
        <w:t>Інстигатор&lt;br /&gt;</w:t>
        <w:br/>
        <w:t>Упертий ти!.. Завзятий, але щирий...&lt;br /&gt;</w:t>
        <w:br/>
        <w:t>Одно лиш жаль, що впертість навісна...&lt;br /&gt;</w:t>
        <w:br/>
        <w:t>(Пауза. Зміняв тон на м'який).&lt;br /&gt;</w:t>
        <w:br/>
        <w:t>Кує нам зло... Ну, може, милосердя&lt;br /&gt;</w:t>
        <w:br/>
        <w:t>Розтопить лід ворожої душі&lt;br /&gt;</w:t>
        <w:br/>
        <w:t>Й тепло її огріє нас. (Коменданту).&lt;br /&gt;</w:t>
        <w:br/>
        <w:t>Як в'язень&lt;br /&gt;</w:t>
        <w:br/>
        <w:t>Себе тримав? Не ґвалтував?&lt;br /&gt;</w:t>
        <w:br/>
        <w:t>Комендант&lt;br /&gt;</w:t>
        <w:br/>
        <w:t>Ні, ні!&lt;br /&gt;</w:t>
        <w:br/>
        <w:t>Був мовчазний та тихий...&lt;br /&gt;</w:t>
        <w:br/>
        <w:t>Інстигатор&lt;br /&gt;</w:t>
        <w:br/>
        <w:t>От і любо!&lt;br /&gt;</w:t>
        <w:br/>
        <w:t>(Двозначно).&lt;br /&gt;</w:t>
        <w:br/>
        <w:t>До завтрього лиш тут він... Певен я,&lt;br /&gt;</w:t>
        <w:br/>
        <w:t>Що ранком жде його широка воля.&lt;br /&gt;</w:t>
        <w:br/>
        <w:t>Як вільному — і страву, й все...&lt;br /&gt;</w:t>
        <w:br/>
        <w:t>Комендант (зітхає).&lt;br /&gt;</w:t>
        <w:br/>
        <w:t>Гаразд!&lt;br /&gt;</w:t>
        <w:br/>
        <w:t>Інстигатор&lt;br /&gt;</w:t>
        <w:br/>
        <w:t>За ласку цю, сподіюсь, пан оддячить?&lt;br /&gt;</w:t>
        <w:br/>
        <w:t>( Підкреслює ).&lt;br /&gt;</w:t>
        <w:br/>
        <w:t>Бажалося б нам другом пана мать,—&lt;br /&gt;</w:t>
        <w:br/>
        <w:t>То є ще час...&lt;br /&gt;</w:t>
        <w:br/>
        <w:t>Братковський (зрушено й радісно).&lt;br /&gt;</w:t>
        <w:br/>
        <w:t>Пан інстигатор бачить&lt;br /&gt;</w:t>
        <w:br/>
        <w:t>Всього мене: не криюсь я ні в чім&lt;br /&gt;</w:t>
        <w:br/>
        <w:t>І не мінюсь... а за добро я вдячен.&lt;br /&gt;</w:t>
        <w:br/>
        <w:t>Інстигатор&lt;br /&gt;</w:t>
        <w:br/>
        <w:t>Подумай ще! Зваж ро-зу-мом!&lt;br /&gt;</w:t>
        <w:br/>
        <w:t>Комендант (виразно, значно).&lt;br /&gt;</w:t>
        <w:br/>
        <w:t>Змір-куй!!&lt;br /&gt;</w:t>
        <w:br/>
        <w:t>Інстигатор з паперами, а комендант за ним виходять. Чути, як&lt;br /&gt;</w:t>
        <w:br/>
        <w:t>замикають засувом двері.&lt;br /&gt;</w:t>
        <w:br/>
        <w:t>ЯВА IV&lt;br /&gt;</w:t>
        <w:br/>
        <w:t>Братковський сам.&lt;br /&gt;</w:t>
        <w:br/>
        <w:t>Братковський&lt;br /&gt;</w:t>
        <w:br/>
        <w:t>Надію дав... Пророчить милосердя...&lt;br /&gt;</w:t>
        <w:br/>
        <w:t>Все обіця — і волю, й втіху, й рай,&lt;br /&gt;</w:t>
        <w:br/>
        <w:t>Щоб спокусить... Запроданців чимало...&lt;br /&gt;</w:t>
        <w:br/>
        <w:t>Всіх знаджує і золото, і страх!&lt;br /&gt;</w:t>
        <w:br/>
        <w:t>Напасник наш гнітить і душу, й розум,&lt;br /&gt;</w:t>
        <w:br/>
        <w:t>Зневагою отруює борців,&lt;br /&gt;</w:t>
        <w:br/>
        <w:t>І множаться перевертні... Що ж, дума&lt;br /&gt;</w:t>
        <w:br/>
        <w:t>Й мене купить?..&lt;br /&gt;</w:t>
        <w:br/>
        <w:t>(Пауза, Показує на двері).&lt;br /&gt;</w:t>
        <w:br/>
        <w:t>Не зложиш ти ціни,&lt;br /&gt;</w:t>
        <w:br/>
        <w:t>І всі твої спокуси розпадуться!&lt;br /&gt;</w:t>
        <w:br/>
        <w:t>(Пройшовся).&lt;br /&gt;</w:t>
        <w:br/>
        <w:t>Я їм на щось потрібен... і мене&lt;br /&gt;</w:t>
        <w:br/>
        <w:t>Хотять вони пустить на волю... Може,&lt;br /&gt;</w:t>
        <w:br/>
        <w:t>Щоб більш піймать зі мною? Байдуже!&lt;br /&gt;</w:t>
        <w:br/>
        <w:t>Поборемось, аби тільки свобода!&lt;br /&gt;</w:t>
        <w:br/>
        <w:t>Ох, солодко як слово це дзвенить!&lt;br /&gt;</w:t>
        <w:br/>
        <w:t>Знов вільний рух... окрилені надії...&lt;br /&gt;</w:t>
        <w:br/>
        <w:t>Сім'я моя... брати мої, народ...</w:t>
      </w:r>
    </w:p>
    <w:p>
      <w:r>
        <w:br/>
        <w:t>ЯВА V&lt;br /&gt;</w:t>
        <w:br/>
        <w:t>Братковський і сторож.&lt;br /&gt;</w:t>
        <w:br/>
        <w:t>Сторож (приносить страву і малу шклянку вина).&lt;br /&gt;</w:t>
        <w:br/>
        <w:t>Вечеря ось! (Відходить і журно погляда).&lt;br /&gt;</w:t>
        <w:br/>
        <w:t>Братковський (оглянувши).&lt;br /&gt;</w:t>
        <w:br/>
        <w:t>Ой-ой, які розкоші!&lt;br /&gt;</w:t>
        <w:br/>
        <w:t>І каша, й борщ, печеня і вино!&lt;br /&gt;</w:t>
        <w:br/>
        <w:t>Півроку був на хлібі та цибулі,&lt;br /&gt;</w:t>
        <w:br/>
        <w:t>То й боязко цю страву поживать...&lt;br /&gt;</w:t>
        <w:br/>
        <w:t>Що визнана ця ласка?&lt;br /&gt;</w:t>
        <w:br/>
        <w:t>Сторож (одвертається з зітханням).&lt;br /&gt;</w:t>
        <w:br/>
        <w:t>Милосердя...&lt;br /&gt;</w:t>
        <w:br/>
        <w:t>Тут звичай є: хто покида тюрму,—&lt;br /&gt;</w:t>
        <w:br/>
        <w:t>В останню ніч того вітають гойно...&lt;br /&gt;</w:t>
        <w:br/>
        <w:t>Братковський (хутко).&lt;br /&gt;</w:t>
        <w:br/>
        <w:t>Так в склепі цім моя остання ніч?&lt;br /&gt;</w:t>
        <w:br/>
        <w:t>Сторож&lt;br /&gt;</w:t>
        <w:br/>
        <w:t>Либонь, що так...&lt;br /&gt;</w:t>
        <w:br/>
        <w:t>(Змахує рукою щось а вій).&lt;br /&gt;</w:t>
        <w:br/>
        <w:t>Але я пану раджу,—&lt;br /&gt;</w:t>
        <w:br/>
        <w:t>Не гребати бажанням їх...&lt;br /&gt;</w:t>
        <w:br/>
        <w:t>Братковський (починав вечеряти).&lt;br /&gt;</w:t>
        <w:br/>
        <w:t>О ні!&lt;br /&gt;</w:t>
        <w:br/>
        <w:t>Бажання їх — шельмовство! Зроду-віку&lt;br /&gt;</w:t>
        <w:br/>
        <w:t>Не зраджу я України!.. Ти сам,&lt;br /&gt;</w:t>
        <w:br/>
        <w:t>Здається, наш по крові і по вірі?&lt;br /&gt;</w:t>
        <w:br/>
        <w:t>Сторож&lt;br /&gt;</w:t>
        <w:br/>
        <w:t>З Подолії.&lt;br /&gt;</w:t>
        <w:br/>
        <w:t>Братковський&lt;br /&gt;</w:t>
        <w:br/>
        <w:t>Я й думав, що земляк...&lt;br /&gt;</w:t>
        <w:br/>
        <w:t>А тут давно?&lt;br /&gt;</w:t>
        <w:br/>
        <w:t>Сторож&lt;br /&gt;</w:t>
        <w:br/>
        <w:t>Та, може, літ за двадцять.&lt;br /&gt;</w:t>
        <w:br/>
        <w:t>Приставили... несила...&lt;br /&gt;</w:t>
        <w:br/>
        <w:t>Братковський&lt;br /&gt;</w:t>
        <w:br/>
        <w:t>Але все ж&lt;br /&gt;</w:t>
        <w:br/>
        <w:t>Ти не забув пі мови, ні родини?&lt;br /&gt;</w:t>
        <w:br/>
        <w:t>І рідний край ти любиш?&lt;br /&gt;</w:t>
        <w:br/>
        <w:t>Сторож&lt;br /&gt;</w:t>
        <w:br/>
        <w:t>О, ще й як!&lt;br /&gt;</w:t>
        <w:br/>
        <w:t>Одно тільки мені і сниться, завжди:&lt;br /&gt;</w:t>
        <w:br/>
        <w:t>Веселий край — степи, гаї, садки,&lt;br /&gt;</w:t>
        <w:br/>
        <w:t>Білесенькі та чепурні хатини,&lt;br /&gt;</w:t>
        <w:br/>
        <w:t>Нив золотих хвилясті килими,&lt;br /&gt;</w:t>
        <w:br/>
        <w:t>Ясні річки, окутані лугами,&lt;br /&gt;</w:t>
        <w:br/>
        <w:t>Братерський люд, і мова голосна,&lt;br /&gt;</w:t>
        <w:br/>
        <w:t>І чарівча та чула наша пісня...&lt;br /&gt;</w:t>
        <w:br/>
        <w:t>Ох, любий край, дорожчий ти за все!&lt;br /&gt;</w:t>
        <w:br/>
        <w:t>Братковський&lt;br /&gt;</w:t>
        <w:br/>
        <w:t>Дідуню мій, коханий та хороший!&lt;br /&gt;</w:t>
        <w:br/>
        <w:t>(Обніма).&lt;br /&gt;</w:t>
        <w:br/>
        <w:t>Ох, цей віщуй (на серце) давно тебе пізнав,&lt;br /&gt;</w:t>
        <w:br/>
        <w:t>Бо душі в нас коханням і прихилом&lt;br /&gt;</w:t>
        <w:br/>
        <w:t>Одним горять... І як же радив ти —&lt;br /&gt;</w:t>
        <w:br/>
        <w:t>Продати рай, від неньки одцуратись?&lt;br /&gt;</w:t>
        <w:br/>
        <w:t>Сторож (замішаний).&lt;br /&gt;</w:t>
        <w:br/>
        <w:t>Ох, боляче... Але життя... Хто зна...&lt;br /&gt;</w:t>
        <w:br/>
        <w:t>Прикинутись... а потім... вже на волі&lt;br /&gt;</w:t>
        <w:br/>
        <w:t>їх одурить... Бо вірить тим катам&lt;br /&gt;</w:t>
        <w:br/>
        <w:t>Не можна, ні!&lt;br /&gt;</w:t>
        <w:br/>
        <w:t>Братковський&lt;br /&gt;</w:t>
        <w:br/>
        <w:t>Але ж оці всі пільги&lt;br /&gt;</w:t>
        <w:br/>
        <w:t>Віщують...&lt;br /&gt;</w:t>
        <w:br/>
        <w:t>Сторож&lt;br /&gt;</w:t>
        <w:br/>
        <w:t>Ех! Не можу... Так, добро;&lt;br /&gt;</w:t>
        <w:br/>
        <w:t>Але проте вірніше збутись ласки,&lt;br /&gt;</w:t>
        <w:br/>
        <w:t>Приспать злодюг і в Київ утекти...&lt;br /&gt;</w:t>
        <w:br/>
        <w:t>Я б сам поміг.&lt;br /&gt;</w:t>
        <w:br/>
        <w:t>Братковський (кидається, обніма).&lt;br /&gt;</w:t>
        <w:br/>
        <w:t>Мій голубе, спасибії&lt;br /&gt;</w:t>
        <w:br/>
        <w:t>Я й не гадав, щоб пильний вартовий&lt;br /&gt;</w:t>
        <w:br/>
        <w:t>Мав золоте, прихильне, щире серце:&lt;br /&gt;</w:t>
        <w:br/>
        <w:t>Ти все мовчав, на слово не вважав&lt;br /&gt;</w:t>
        <w:br/>
        <w:t>І лиш проймав з-під сивих брів очима.&lt;br /&gt;</w:t>
        <w:br/>
        <w:t>Сторож&lt;br /&gt;</w:t>
        <w:br/>
        <w:t>Хотів усіх злобою ошукать,&lt;br /&gt;</w:t>
        <w:br/>
        <w:t>Щоб виждать час, дать способи на втеки...&lt;br /&gt;</w:t>
        <w:br/>
        <w:t>Ще не пора... Ех, лихо навісне...&lt;br /&gt;</w:t>
        <w:br/>
        <w:t>Так зразу!.. Ох, як жалко тебе, панеї&lt;br /&gt;</w:t>
        <w:br/>
        <w:t>Прикипьсь, молю,— і визволю... О, дай&lt;br /&gt;</w:t>
        <w:br/>
        <w:t>Лиш час мені, відсунь пекельну хвилю...&lt;br /&gt;</w:t>
        <w:br/>
        <w:t>Прикиньсь, згодисьі&lt;br /&gt;</w:t>
        <w:br/>
        <w:t>Братковський&lt;br /&gt;</w:t>
        <w:br/>
        <w:t>Але того не варт...&lt;br /&gt;</w:t>
        <w:br/>
        <w:t>Паскудитись не хочеться і словом...&lt;br /&gt;</w:t>
        <w:br/>
        <w:t>Проте невже у них на думці смерть?&lt;br /&gt;</w:t>
        <w:br/>
        <w:t>Сторож&lt;br /&gt;</w:t>
        <w:br/>
        <w:t>Крий господи... може, й свобода,,.&lt;br /&gt;</w:t>
        <w:br/>
        <w:t>Братковський (кладе йому на плечі руку).&lt;br /&gt;</w:t>
        <w:br/>
        <w:t>Бачиш,&lt;br /&gt;</w:t>
        <w:br/>
        <w:t>Як випустять, то я їм натякну,&lt;br /&gt;</w:t>
        <w:br/>
        <w:t>Що їх думки зміркую на дозвіллі...&lt;br /&gt;</w:t>
        <w:br/>
        <w:t>(П'в вино).&lt;br /&gt;</w:t>
        <w:br/>
        <w:t>Ох, і вино ж! Аж стукнуло в чоло.&lt;br /&gt;</w:t>
        <w:br/>
        <w:t>Ну, та й обід! По голоду — се учта&lt;br /&gt;</w:t>
        <w:br/>
        <w:t>Крулевська,— ні, пишніша!&lt;br /&gt;</w:t>
        <w:br/>
        <w:t>Сторож (хита головою).&lt;br /&gt;</w:t>
        <w:br/>
        <w:t>Краще все ж...&lt;br /&gt;</w:t>
        <w:br/>
        <w:t>На свій талан покластись...&lt;br /&gt;</w:t>
        <w:br/>
        <w:t>Братковський&lt;br /&gt;</w:t>
        <w:br/>
        <w:t>Друже любий!&lt;br /&gt;</w:t>
        <w:br/>
        <w:t>Як визволюсь, і ти до нас спіши —&lt;br /&gt;</w:t>
        <w:br/>
        <w:t>До плес ясних, до зор яскраво-тихих...&lt;br /&gt;</w:t>
        <w:br/>
        <w:t>Моя сім'я тебе полюбить...&lt;br /&gt;</w:t>
        <w:br/>
        <w:t>Сторож&lt;br /&gt;</w:t>
        <w:br/>
        <w:t>Ох,&lt;br /&gt;</w:t>
        <w:br/>
        <w:t>Прикипьсь поки...&lt;br /&gt;</w:t>
        <w:br/>
        <w:t>Братковський (сміється).&lt;br /&gt;</w:t>
        <w:br/>
        <w:t>Ти все своє, мій діду?&lt;br /&gt;</w:t>
        <w:br/>
        <w:t>Сторож&lt;br /&gt;</w:t>
        <w:br/>
        <w:t>Як прийде хто, то ніби здайсь... А то&lt;br /&gt;</w:t>
        <w:br/>
        <w:t>Спочинь, засни й свою стражденну душу&lt;br /&gt;</w:t>
        <w:br/>
        <w:t>На божий звол, на милость його вваж...&lt;br /&gt;</w:t>
        <w:br/>
        <w:t>(Богобійно зложивши руки).&lt;br /&gt;</w:t>
        <w:br/>
        <w:t>Дай, господи, яви незмірну ласку,&lt;br /&gt;</w:t>
        <w:br/>
        <w:t>Ховай його від лиха!&lt;br /&gt;</w:t>
        <w:br/>
        <w:t>(Забира хутко І хапливо посуд, щоб заховать свою&lt;br /&gt;</w:t>
        <w:br/>
        <w:t>сльозу).&lt;br /&gt;</w:t>
        <w:br/>
        <w:t>Братковський (лишав собі шклянку a вином).&lt;br /&gt;</w:t>
        <w:br/>
        <w:t>Діду, стій!&lt;br /&gt;</w:t>
        <w:br/>
        <w:t>Вікно мені це відчини, благаю:&lt;br /&gt;</w:t>
        <w:br/>
        <w:t>Я ж ґрат отих зубами не вгризу,&lt;br /&gt;</w:t>
        <w:br/>
        <w:t>А лиш нап'юсь повітря...&lt;br /&gt;</w:t>
        <w:br/>
        <w:t>Сторож (одхиливши вид).&lt;br /&gt;</w:t>
        <w:br/>
        <w:t>Можна, заразі&lt;br /&gt;</w:t>
        <w:br/>
        <w:t>(Одсовує чи одчиняв вікно і хутко виходить).&lt;br /&gt;</w:t>
        <w:br/>
        <w:t>ЯВА VI&lt;br /&gt;</w:t>
        <w:br/>
        <w:t>Братковський сам.&lt;br /&gt;</w:t>
        <w:br/>
        <w:t>Братковськпй (приник до вікна, не надихається).&lt;br /&gt;</w:t>
        <w:br/>
        <w:t>Як хороше! М'яке повітря... дух...&lt;br /&gt;</w:t>
        <w:br/>
        <w:t>Життя струмком гарячим лине в перса,&lt;br /&gt;</w:t>
        <w:br/>
        <w:t>їх втіхою колишньою сповня.&lt;br /&gt;</w:t>
        <w:br/>
        <w:t>Ох, дихаю і не надхнусь... мов п'яний...&lt;br /&gt;</w:t>
        <w:br/>
        <w:t>Весна, весна! Як красен божий світ,&lt;br /&gt;</w:t>
        <w:br/>
        <w:t>Як сонечко відрадісно мигоче&lt;br /&gt;</w:t>
        <w:br/>
        <w:t>І променем надію окриля!&lt;br /&gt;</w:t>
        <w:br/>
        <w:t>Ген квіточка, і ластівка як жваво&lt;br /&gt;</w:t>
        <w:br/>
        <w:t>Купається в повітрі, то зника:&lt;br /&gt;</w:t>
        <w:br/>
        <w:t>Ох, вільно їй і весело в просторі!&lt;br /&gt;</w:t>
        <w:br/>
        <w:t>Життя і рух!.. А тут могильний склеп...&lt;br /&gt;</w:t>
        <w:br/>
        <w:t>Он — чорно як: яскраве пасмо світла&lt;br /&gt;</w:t>
        <w:br/>
        <w:t>Не подола тут мороку... Труна!&lt;br /&gt;</w:t>
        <w:br/>
        <w:t>Коли б на світ! Хоч би поглянуть зверху&lt;br /&gt;</w:t>
        <w:br/>
        <w:t>На вулицю, на бідолашний люд,&lt;br /&gt;</w:t>
        <w:br/>
        <w:t>Що від иужди, від праці аж зігнувся...&lt;br /&gt;</w:t>
        <w:br/>
        <w:t>А б'ється все ж за знищене життя...&lt;br /&gt;</w:t>
        <w:br/>
        <w:t>Хоче піднятись на ґратах вгору, але зривається — рука скаліче-&lt;br /&gt;</w:t>
        <w:br/>
        <w:t>на; пробув присунути стіл, але чув пісню і знов припадав до ґрат.&lt;br /&gt;</w:t>
        <w:br/>
        <w:t>Хор за лаштунками зближається, дужча і поволі стиха.&lt;br /&gt;</w:t>
        <w:br/>
        <w:t>Хор&lt;br /&gt;</w:t>
        <w:br/>
        <w:t>Ой у полі два явори,&lt;br /&gt;</w:t>
        <w:br/>
        <w:t>Третій зелененький;&lt;br /&gt;</w:t>
        <w:br/>
        <w:t>Занедужав у дорозі&lt;br /&gt;</w:t>
        <w:br/>
        <w:t>Козак молоденький.&lt;br /&gt;</w:t>
        <w:br/>
        <w:t>Лежить козак під явором,&lt;br /&gt;</w:t>
        <w:br/>
        <w:t>З СИЛОНЬКИ знемігся;&lt;br /&gt;</w:t>
        <w:br/>
        <w:t>Над ним КОНИК вороненький&lt;br /&gt;</w:t>
        <w:br/>
        <w:t>Тяжко засмутився...&lt;br /&gt;</w:t>
        <w:br/>
        <w:t>Один собі, без дружини,&lt;br /&gt;</w:t>
        <w:br/>
        <w:t>Без отця, без неньки...&lt;br /&gt;</w:t>
        <w:br/>
        <w:t>Тільки cien його вкриває&lt;br /&gt;</w:t>
        <w:br/>
        <w:t>Та крюки чорненькі.&lt;br /&gt;</w:t>
        <w:br/>
        <w:t>Братковський (схиля голову на грати і слуха).&lt;br /&gt;</w:t>
        <w:br/>
        <w:t>Натомлені, намучені з надсади,&lt;br /&gt;</w:t>
        <w:br/>
        <w:t>А все-таки співають: горе й скрут&lt;br /&gt;</w:t>
        <w:br/>
        <w:t>Дзвенять, гучать у звуках тих чудових...&lt;br /&gt;</w:t>
        <w:br/>
        <w:t>Ох, як давно вже чув я рідний спів,—&lt;br /&gt;</w:t>
        <w:br/>
        <w:t>Ще в матері покійної моєї...&lt;br /&gt;</w:t>
        <w:br/>
        <w:t>Всі спогади, всі болещі душі&lt;br /&gt;</w:t>
        <w:br/>
        <w:t>Прокинулись у серці і їдкбю&lt;br /&gt;</w:t>
        <w:br/>
        <w:t>Гризотою видавлюють сльозу...&lt;br /&gt;</w:t>
        <w:br/>
        <w:t>(Втирав очі. Пауза).&lt;br /&gt;</w:t>
        <w:br/>
        <w:t>Ріднесенька моя матусю! Сина&lt;br /&gt;</w:t>
        <w:br/>
        <w:t>Лишила ти нести тяженний хрест,—&lt;br /&gt;</w:t>
        <w:br/>
        <w:t>Сама ж давно спокоїлась в могилі...&lt;br /&gt;</w:t>
        <w:br/>
        <w:t>Устань, поглянь, на що він перевівсь!&lt;br /&gt;</w:t>
        <w:br/>
        <w:t>Чи схожий він на те хлоп'я веселе,&lt;br /&gt;</w:t>
        <w:br/>
        <w:t>Якому ги співала все пісень&lt;br /&gt;</w:t>
        <w:br/>
        <w:t>Палких, сумних? Якому ти змивала&lt;br /&gt;</w:t>
        <w:br/>
        <w:t>Не раз, пе два дрібними шовк волос,&lt;br /&gt;</w:t>
        <w:br/>
        <w:t>Якого ти учила мужньо битись&lt;br /&gt;</w:t>
        <w:br/>
        <w:t>З напасником, з гвалтовником лихим&lt;br /&gt;</w:t>
        <w:br/>
        <w:t>За рідний люд, за правду і за волю...&lt;br /&gt;</w:t>
        <w:br/>
        <w:t>Ну, от і бивсь, добився... (Гірко). Ха-ха-хаП&lt;br /&gt;</w:t>
        <w:br/>
        <w:t>Меткий борець у путах, у темниці,&lt;br /&gt;</w:t>
        <w:br/>
        <w:t>Знесилений, скалічений зовсім!&lt;br /&gt;</w:t>
        <w:br/>
        <w:t>(Підходить до столу, сіда і схиля голову на сперті на стіл&lt;br /&gt;</w:t>
        <w:br/>
        <w:t>руки. Пауза).&lt;br /&gt;</w:t>
        <w:br/>
        <w:t>Хор (співа pianissimo)&lt;br /&gt;</w:t>
        <w:br/>
        <w:t>Умер козак без дружини,&lt;br /&gt;</w:t>
        <w:br/>
        <w:t>Без сестри, без брата,&lt;br /&gt;</w:t>
        <w:br/>
        <w:t>Лиш зостались на поминки&lt;br /&gt;</w:t>
        <w:br/>
        <w:t>Степові орлята.&lt;br /&gt;</w:t>
        <w:br/>
        <w:t>А над трупом буйний вітер&lt;br /&gt;</w:t>
        <w:br/>
        <w:t>Застогнав помалу,&lt;br /&gt;</w:t>
        <w:br/>
        <w:t>Заплакав дощ, та хижий звір&lt;br /&gt;</w:t>
        <w:br/>
        <w:t>Збігся на поталу...&lt;br /&gt;</w:t>
        <w:br/>
        <w:t>Братковський (за першим куплетом підводе го-&lt;br /&gt;</w:t>
        <w:br/>
        <w:t>лову, а за другим знов підходить до вікна і приника до&lt;br /&gt;</w:t>
        <w:br/>
        <w:t>ерат).&lt;br /&gt;</w:t>
        <w:br/>
        <w:t>Умер... Один... без брата, без дружини;&lt;br /&gt;</w:t>
        <w:br/>
        <w:t>На похорон злетілися орли;&lt;br /&gt;</w:t>
        <w:br/>
        <w:t>Заголосив над трупом буйний вітер,&lt;br /&gt;</w:t>
        <w:br/>
        <w:t>Та дрібен дощ зросив його слізьми...&lt;br /&gt;</w:t>
        <w:br/>
        <w:t>І зникло все, чим трудне серце билось!&lt;br /&gt;</w:t>
        <w:br/>
        <w:t>Так і мені... якеєсь пречуття&lt;br /&gt;</w:t>
        <w:br/>
        <w:t>Гадюкою ворушиться у персах...&lt;br /&gt;</w:t>
        <w:br/>
        <w:t>І любий дід щось натяка, зітха...&lt;br /&gt;</w:t>
        <w:br/>
        <w:t>Ой, як би ще хотілося пожити!&lt;br /&gt;</w:t>
        <w:br/>
        <w:t>Я радощів лиш краплю скуштував...&lt;br /&gt;</w:t>
        <w:br/>
        <w:t>Прикинутись?.. Благає навіть сторож&lt;br /&gt;</w:t>
        <w:br/>
        <w:t>(починав ходити)&lt;br /&gt;</w:t>
        <w:br/>
        <w:t>Малйзною їм поступитись?.. Так —&lt;br /&gt;</w:t>
        <w:br/>
        <w:t>І одурить... Але це все ж шельмовство?&lt;br /&gt;</w:t>
        <w:br/>
        <w:t>(Стає).&lt;br /&gt;</w:t>
        <w:br/>
        <w:t>Ну, в боротьбі... (Вагається, знов іде).&lt;br /&gt;</w:t>
        <w:br/>
        <w:t>І розум дозволя...&lt;br /&gt;</w:t>
        <w:br/>
        <w:t>Без хитрощів і січі не буває...&lt;br /&gt;</w:t>
        <w:br/>
        <w:t>(Зупинивсь. Глянув у вікно).&lt;br /&gt;</w:t>
        <w:br/>
        <w:t>Як пишно там: радіє всяка твар,&lt;br /&gt;</w:t>
        <w:br/>
        <w:t>Все радістю втішається... Ой, знада!&lt;br /&gt;</w:t>
        <w:br/>
        <w:t>Ну що ж? Піддайсь?.. Жона і син живі,—&lt;br /&gt;</w:t>
        <w:br/>
        <w:t>Для них я теж потрібен... Мамо, мамо!&lt;br /&gt;</w:t>
        <w:br/>
        <w:t>З'ясуй мені, чи не збрудню я стяг,&lt;br /&gt;</w:t>
        <w:br/>
        <w:t>Чи не куплю утіхи я за зраду?&lt;br /&gt;</w:t>
        <w:br/>
        <w:t>А ти, а їй що скажеш, сину мій?&lt;br /&gt;</w:t>
        <w:br/>
        <w:t>Що ти мені порадиш, зірко Тасю?&lt;br /&gt;</w:t>
        <w:br/>
        <w:t>Ох, тяжко як! Та я б же хтів пожить&lt;br /&gt;</w:t>
        <w:br/>
        <w:t>Не для своїх потіх, а задля миру:&lt;br /&gt;</w:t>
        <w:br/>
        <w:t>Хоч труд який лишити для сліпих,&lt;br /&gt;</w:t>
        <w:br/>
        <w:t>Чи їм віддать життя мізерне в січі,&lt;br /&gt;</w:t>
        <w:br/>
        <w:t>Стинаючи гартовані мечі,&lt;br /&gt;</w:t>
        <w:br/>
        <w:t>А не в льоху, як тут... Ой боже правий,&lt;br /&gt;</w:t>
        <w:br/>
        <w:t>Як я ослаб, знемігся і зомлів!&lt;br /&gt;</w:t>
        <w:br/>
        <w:t>(Припадає головою на стіл; видко, що ридає).</w:t>
      </w:r>
    </w:p>
    <w:p>
      <w:r>
        <w:br/>
        <w:t>ЯВА VII&lt;br /&gt;</w:t>
        <w:br/>
        <w:t>Голоси за вікном і на дворищі&lt;br /&gt;</w:t>
        <w:br/>
        <w:t>Голос перший (віддаля). Гей! Кликніть там хто&lt;br /&gt;</w:t>
        <w:br/>
        <w:t>пана коменданта!&lt;br /&gt;</w:t>
        <w:br/>
        <w:t>Голос другий (під вікном). А нащо?&lt;br /&gt;</w:t>
        <w:br/>
        <w:t>Голос перший. Поклич, коли кажуть, та й цить!&lt;br /&gt;</w:t>
        <w:br/>
        <w:t>Голос другий. Чи ба! Парсона! Пан комендант&lt;br /&gt;</w:t>
        <w:br/>
        <w:t>спочива, не велів турбувати.&lt;br /&gt;</w:t>
        <w:br/>
        <w:t>Голос перший. А ти потурбуй, бо прибула якась&lt;br /&gt;</w:t>
        <w:br/>
        <w:t>пані з пропускним листом від пана старости.&lt;br /&gt;</w:t>
        <w:br/>
        <w:t>Голос другий. Ось ця мені скаже, де пан? Гапко,&lt;br /&gt;</w:t>
        <w:br/>
        <w:t>куди-бо ти?&lt;br /&gt;</w:t>
        <w:br/>
        <w:t>Голос жіночий. Геть к бісуі&lt;br /&gt;</w:t>
        <w:br/>
        <w:t>Голос п ерший. Держи її І&lt;br /&gt;</w:t>
        <w:br/>
        <w:t>Голос жіночий. Отже ляпаса дамі&lt;br /&gt;</w:t>
        <w:br/>
        <w:t>Голос другий. Та не пручайся!&lt;br /&gt;</w:t>
        <w:br/>
        <w:t>Голос жіночий. На ж тобі!&lt;br /&gt;</w:t>
        <w:br/>
        <w:t>Чути ляск.</w:t>
      </w:r>
    </w:p>
    <w:p>
      <w:r>
        <w:br/>
        <w:t>Голос</w:t>
      </w:r>
    </w:p>
    <w:p>
      <w:r>
        <w:br/>
        <w:t>перший. Ловко!</w:t>
      </w:r>
    </w:p>
    <w:p>
      <w:r>
        <w:br/>
        <w:t>Регіт. Далі жіночий писк. Вигуки.&lt;br /&gt;</w:t>
        <w:br/>
        <w:t>Голос жіночий. їй-богу, зараз до пана!&lt;br /&gt;</w:t>
        <w:br/>
        <w:t>Голос перший (кричить). Збуди, збуди пана&lt;br /&gt;</w:t>
        <w:br/>
        <w:t>коменданта: треба!&lt;br /&gt;</w:t>
        <w:br/>
        <w:t>Регіт і гомін стихли, чути брязкіт рушниць.&lt;br /&gt;</w:t>
        <w:br/>
        <w:t>Голос третій (ближче). Слово?&lt;br /&gt;</w:t>
        <w:br/>
        <w:t>Голос четвертий ґдалі). Луцьк!&lt;br /&gt;</w:t>
        <w:br/>
        <w:t>Голос третій. Гасло?&lt;br /&gt;</w:t>
        <w:br/>
        <w:t>Голос четвертий. Звитяга!&lt;br /&gt;</w:t>
        <w:br/>
        <w:t>Голос третій. Тут вартувати до світу; а по зміні&lt;br /&gt;</w:t>
        <w:br/>
        <w:t>дві лави міліції на майдан!&lt;br /&gt;</w:t>
        <w:br/>
        <w:t>Голос четвертий. Чого?&lt;br /&gt;</w:t>
        <w:br/>
        <w:t>Голос третій. По потребі гродського суду.&lt;br /&gt;</w:t>
        <w:br/>
        <w:t>Голоси стихли. Брязкіт помалу зникав. В'язень нічого мов і не чув}&lt;br /&gt;</w:t>
        <w:br/>
        <w:t>нарешті підводить байдуже голову і потирав чоло рукою. За вів*&lt;br /&gt;</w:t>
        <w:br/>
        <w:t>ном чути, наближається весільна музика і співи.&lt;br /&gt;</w:t>
        <w:br/>
        <w:t>Братковський. (до вікна).&lt;br /&gt;</w:t>
        <w:br/>
        <w:t>Весілля? Так: і князь, і поїжджани.</w:t>
      </w:r>
    </w:p>
    <w:p>
      <w:r>
        <w:br/>
        <w:t>Хор</w:t>
      </w:r>
    </w:p>
    <w:p>
      <w:r>
        <w:br/>
        <w:t>(чоловічий).</w:t>
      </w:r>
    </w:p>
    <w:p>
      <w:r>
        <w:br/>
        <w:t>Хвала, хвала матусі,&lt;br /&gt;</w:t>
        <w:br/>
        <w:t>Що встерегла Марусю;&lt;br /&gt;</w:t>
        <w:br/>
        <w:t>Добру її учила,&lt;br /&gt;</w:t>
        <w:br/>
        <w:t>Красою наділила.</w:t>
      </w:r>
    </w:p>
    <w:p>
      <w:r>
        <w:br/>
        <w:t>Хор</w:t>
      </w:r>
    </w:p>
    <w:p>
      <w:r>
        <w:br/>
        <w:t>(жіночий).&lt;br /&gt;</w:t>
        <w:br/>
        <w:t>Ой казали воріженьки-люде,&lt;br /&gt;</w:t>
        <w:br/>
        <w:t>Що Маруся недобрая буде,</w:t>
      </w:r>
    </w:p>
    <w:p>
      <w:r>
        <w:br/>
        <w:t>А вона добра, добрісиньна.&lt;br /&gt;</w:t>
        <w:br/>
        <w:t>Як рожа повнісенька!&lt;br /&gt;</w:t>
        <w:br/>
        <w:t>Хор (спільний з музикою).&lt;br /&gt;</w:t>
        <w:br/>
        <w:t>Ой гоп, та помалу,&lt;br /&gt;</w:t>
        <w:br/>
        <w:t>Лізе батько до причалу,&lt;br /&gt;</w:t>
        <w:br/>
        <w:t>А матуся не пуска,&lt;br /&gt;</w:t>
        <w:br/>
        <w:t>Бо човнина, бач, хистка...&lt;br /&gt;</w:t>
        <w:br/>
        <w:t>Ой гоп, таки так!., і т. д.&lt;br /&gt;</w:t>
        <w:br/>
        <w:t>Чути: музику — бубон, танці, вигуки, гомін.&lt;br /&gt;</w:t>
        <w:br/>
        <w:t>Голоси (близько). Чи ба! З червоного корогвою!&lt;br /&gt;</w:t>
        <w:br/>
        <w:t>В червоних квітках! А садить як козак! Гля! Гля!..&lt;br /&gt;</w:t>
        <w:br/>
        <w:t>Голос жіночий. Авжеж, краще, ніж ви, лежні!&lt;br /&gt;</w:t>
        <w:br/>
        <w:t>Голос другий. А, йти тут?&lt;br /&gt;</w:t>
        <w:br/>
        <w:t>Голос жіночий. Не лізь! Помиримось! Ставай до&lt;br /&gt;</w:t>
        <w:br/>
        <w:t>танців!&lt;br /&gt;</w:t>
        <w:br/>
        <w:t>Сміх.&lt;br /&gt;</w:t>
        <w:br/>
        <w:t>Голос другий. А що ж? Давай!&lt;br /&gt;</w:t>
        <w:br/>
        <w:t>Голоси (близько). Ловкої Присяйбі! Аж матнею мете.&lt;br /&gt;</w:t>
        <w:br/>
        <w:t>А Горпина? Так і дрижить все, аж намисто підскакуєі&lt;br /&gt;</w:t>
        <w:br/>
        <w:t>Голоси жіночі. Ану ще котра! Даром музика!&lt;br /&gt;</w:t>
        <w:br/>
        <w:t>Голоси чоловічі. Сади! Ріж!&lt;br /&gt;</w:t>
        <w:br/>
        <w:t>Регіт і крик.&lt;br /&gt;</w:t>
        <w:br/>
        <w:t>Го-го-го!&lt;br /&gt;</w:t>
        <w:br/>
        <w:t>Музика стихав помалу.&lt;br /&gt;</w:t>
        <w:br/>
        <w:t>Братковський (як стих на дворищі гомін, а му-&lt;br /&gt;</w:t>
        <w:br/>
        <w:t>вика оддалеки ледве луна).&lt;br /&gt;</w:t>
        <w:br/>
        <w:t>Солодка мить людського щастя-чаду,—&lt;br /&gt;</w:t>
        <w:br/>
        <w:t>Між хмар нудьги, між моря сліз гірких,&lt;br /&gt;</w:t>
        <w:br/>
        <w:t>Крик радісний від п'яної отрути,—&lt;br /&gt;</w:t>
        <w:br/>
        <w:t>Між лементу з-під канчуків, бичів...&lt;br /&gt;</w:t>
        <w:br/>
        <w:t>А що ж, і мить утіхи — нам за щастя,&lt;br /&gt;</w:t>
        <w:br/>
        <w:t>її лови,— не вернеться назад!&lt;br /&gt;</w:t>
        <w:br/>
        <w:t>Голос коменданта (під вікном). Яка там наг-&lt;br /&gt;</w:t>
        <w:br/>
        <w:t>лість?&lt;br /&gt;</w:t>
        <w:br/>
        <w:t>Голос перший. Ось пані з декретом.&lt;br /&gt;</w:t>
        <w:br/>
        <w:t>Голос коменданта (відходячи далі). Яка там&lt;br /&gt;</w:t>
        <w:br/>
        <w:t>ще пані? Вже пробили восьму годину.&lt;br /&gt;</w:t>
        <w:br/>
        <w:t>Голос пані (дальше). На милосердя, пане!&lt;br /&gt;</w:t>
        <w:br/>
        <w:t>Братковський (стріпонувся, вхопившись руками&lt;br /&gt;</w:t>
        <w:br/>
        <w:t>за голову). Голос, голос знайомий... Вогнем пройняв&lt;br /&gt;</w:t>
        <w:br/>
        <w:t>серце... Хто то? (Піднімається на грати, але не вдержу-&lt;br /&gt;</w:t>
        <w:br/>
        <w:t>ється).&lt;br /&gt;</w:t>
        <w:br/>
        <w:t>Голос коменданта. Сьогодні неможливо... закон:&lt;br /&gt;</w:t>
        <w:br/>
        <w:t>після восьмої години в'язнів не випускають... а завтра;&lt;br /&gt;</w:t>
        <w:br/>
        <w:t>тільки рано... на світанні.&lt;br /&gt;</w:t>
        <w:br/>
        <w:t>Голос пані. Я цілу ніч тут простою. Мене все не&lt;br /&gt;</w:t>
        <w:br/>
        <w:t>пускали зі Львова... Насилу вирвалась...&lt;br /&gt;</w:t>
        <w:br/>
        <w:t>Голос коменданта. Кохана моя пані... прошу до&lt;br /&gt;</w:t>
        <w:br/>
        <w:t>мене.&lt;br /&gt;</w:t>
        <w:br/>
        <w:t>Голос пані (близько). Господь оддячить пану!&lt;br /&gt;</w:t>
        <w:br/>
        <w:t>Я так намучилась!&lt;br /&gt;</w:t>
        <w:br/>
        <w:t>Стихають ступні.</w:t>
      </w:r>
    </w:p>
    <w:p>
      <w:r>
        <w:br/>
        <w:t>ЯВА VIII&lt;br /&gt;</w:t>
        <w:br/>
        <w:t>Братковський саи.&lt;br /&gt;</w:t>
        <w:br/>
        <w:t>Братковський&lt;br /&gt;</w:t>
        <w:br/>
        <w:t>Вона! Вов а! Моя єдина Тася!&lt;br /&gt;</w:t>
        <w:br/>
        <w:t>Ох, серце се розірветься в шматки,&lt;br /&gt;</w:t>
        <w:br/>
        <w:t>Не витрима такого щастя-втіхи!&lt;br /&gt;</w:t>
        <w:br/>
        <w:t>Удосвіта мені настане рай...&lt;br /&gt;</w:t>
        <w:br/>
        <w:t>А я, сліпець, ще ремствував на бога!&lt;br /&gt;</w:t>
        <w:br/>
        <w:t>(Згортав руки).&lt;br /&gt;</w:t>
        <w:br/>
        <w:t>Пробач, прости!.. (Пауза).&lt;br /&gt;</w:t>
        <w:br/>
        <w:t>Ні, смуток геть тепер,&lt;br /&gt;</w:t>
        <w:br/>
        <w:t>І пречугтя під ноги! Знов надія!&lt;br /&gt;</w:t>
        <w:br/>
        <w:t>Знов сила гра, ширіє знов душа!&lt;br /&gt;</w:t>
        <w:br/>
        <w:t>Тепер уже напевно визволення!&lt;br /&gt;</w:t>
        <w:br/>
        <w:t>(Ходить).&lt;br /&gt;</w:t>
        <w:br/>
        <w:t>Ох, закипить робота ж! Ще знайду&lt;br /&gt;</w:t>
        <w:br/>
        <w:t>Товаришів і велетнів по духу...&lt;br /&gt;</w:t>
        <w:br/>
        <w:t>Не вмер іще ти, краю мій! О ні!!&lt;br /&gt;</w:t>
        <w:br/>
        <w:t>(Пауза).&lt;br /&gt;</w:t>
        <w:br/>
        <w:t>Почув її, мою голубку тиху,—&lt;br /&gt;</w:t>
        <w:br/>
        <w:t>І ожило у мене все, і знов&lt;br /&gt;</w:t>
        <w:br/>
        <w:t>Ключем кипить моя юнацька сила,&lt;br /&gt;</w:t>
        <w:br/>
        <w:t>І сяє світ... Он — промінь той упав,—&lt;br /&gt;</w:t>
        <w:br/>
        <w:t>І золотом взялася павутина,&lt;br /&gt;</w:t>
        <w:br/>
        <w:t>А зникне кін — і сумно стане враз,&lt;br /&gt;</w:t>
        <w:br/>
        <w:t>Жалобою укриється вся стеля...&lt;br /&gt;</w:t>
        <w:br/>
        <w:t>(Пауза).&lt;br /&gt;</w:t>
        <w:br/>
        <w:t>Зловить би ще прощальний промінь той...&lt;br /&gt;</w:t>
        <w:br/>
        <w:t>(Пробув піднятись на гратах, але марно; підносить стіл,&lt;br /&gt;</w:t>
        <w:br/>
        <w:t>злазить на його і спинається на найвищі грати).&lt;br /&gt;</w:t>
        <w:br/>
        <w:t>Ах, осьде він, червоний та яскравий,&lt;br /&gt;</w:t>
        <w:br/>
        <w:t>І сонця край... мов крапля крив'яна...&lt;br /&gt;</w:t>
        <w:br/>
        <w:t>Прощай, прощай до завтрього, до ранкуі&lt;br /&gt;</w:t>
        <w:br/>
        <w:t>Устань же знов і привітай мене,&lt;br /&gt;</w:t>
        <w:br/>
        <w:t>Озолоти хвилину визволення!&lt;br /&gt;</w:t>
        <w:br/>
        <w:t>Голос (під вікном).&lt;br /&gt;</w:t>
        <w:br/>
        <w:t>Гей, в'язню, гей! Назад мені з вікна!&lt;br /&gt;</w:t>
        <w:br/>
        <w:t>Братковський&lt;br /&gt;</w:t>
        <w:br/>
        <w:t>На хвилоньку, поки он сонце зайде!&lt;br /&gt;</w:t>
        <w:br/>
        <w:t>Голос&lt;br /&gt;</w:t>
        <w:br/>
        <w:t>Назад, кажу! Не то уб'ю!&lt;br /&gt;</w:t>
        <w:br/>
        <w:t>Братковський (зскакує).&lt;br /&gt;</w:t>
        <w:br/>
        <w:t>О звір!&lt;br /&gt;</w:t>
        <w:br/>
        <w:t>Чого гарчиш і вищиряєш зуби?&lt;br /&gt;</w:t>
        <w:br/>
        <w:t>У, наймити, запроданці! Свої ж,&lt;br /&gt;</w:t>
        <w:br/>
        <w:t>А з ворогом знущатись навіть ралі&lt;br /&gt;</w:t>
        <w:br/>
        <w:t>Над браттями!</w:t>
      </w:r>
    </w:p>
    <w:p>
      <w:r>
        <w:br/>
        <w:t>ЯВА IX&lt;br /&gt;</w:t>
        <w:br/>
        <w:t>Ті жі комендант із сторожем.&lt;br /&gt;</w:t>
        <w:br/>
        <w:t>Комендант&lt;br /&gt;</w:t>
        <w:br/>
        <w:t>Не вільно на вікно&lt;br /&gt;</w:t>
        <w:br/>
        <w:t>Спинатись тут!&lt;br /&gt;</w:t>
        <w:br/>
        <w:t>( Сторожу).&lt;br /&gt;</w:t>
        <w:br/>
        <w:t>Вмить зачини наглухо!&lt;br /&gt;</w:t>
        <w:br/>
        <w:t>Сторож зачиняв; відносить стіл. Знову — тиша й темінь.&lt;br /&gt;</w:t>
        <w:br/>
        <w:t>Вже почекай до ранку!</w:t>
      </w:r>
    </w:p>
    <w:p>
      <w:r>
        <w:br/>
        <w:t>Братковський&lt;br /&gt;</w:t>
        <w:br/>
        <w:t>Тут жона?&lt;br /&gt;</w:t>
        <w:br/>
        <w:t>Комендант&lt;br /&gt;</w:t>
        <w:br/>
        <w:t>Побачиш сам... Ти помолись, спокайся...&lt;br /&gt;</w:t>
        <w:br/>
        <w:t>Ось книжку я приніс...&lt;br /&gt;</w:t>
        <w:br/>
        <w:t>Братковський (хутко бере).&lt;br /&gt;</w:t>
        <w:br/>
        <w:t>Святе письмо?!&lt;br /&gt;</w:t>
        <w:br/>
        <w:t>(Цілує її).&lt;br /&gt;</w:t>
        <w:br/>
        <w:t>Комендант&lt;br /&gt;</w:t>
        <w:br/>
        <w:t>Так. Сподівайсь на ласку... Ну, до ранкуі&lt;br /&gt;</w:t>
        <w:br/>
        <w:t>(Виходить із сторожем).</w:t>
      </w:r>
    </w:p>
    <w:p>
      <w:r>
        <w:br/>
        <w:t>ЯВА X&lt;br /&gt;</w:t>
        <w:br/>
        <w:t>Братковський сам.&lt;br /&gt;</w:t>
        <w:br/>
        <w:t>Братковський (стоїть який час, притуливши&lt;br /&gt;</w:t>
        <w:br/>
        <w:t>книжку до лона).&lt;br /&gt;</w:t>
        <w:br/>
        <w:t>Ти подаси з небес, моя матусю,&lt;br /&gt;</w:t>
        <w:br/>
        <w:t>Свій глас мені оцим святим письмом.&lt;br /&gt;</w:t>
        <w:br/>
        <w:t>Починається за лаштунками тихий молитовний хор. Він тягнеться&lt;br /&gt;</w:t>
        <w:br/>
        <w:t>впродовж монологу.&lt;br /&gt;</w:t>
        <w:br/>
        <w:t>'{Переходить з книжкою до столу, що стоїть біля ліжка&lt;br /&gt;</w:t>
        <w:br/>
        <w:t>на передкону. Читає тихо. По паузі).&lt;br /&gt;</w:t>
        <w:br/>
        <w:t>Святі слова... наказ мені... з-за зор...&lt;br /&gt;</w:t>
        <w:br/>
        <w:t>Так, в стражданні за правду є звитяга&lt;br /&gt;</w:t>
        <w:br/>
        <w:t>І часом смерть сильніша за життя...&lt;br /&gt;</w:t>
        <w:br/>
        <w:t>(Читає тихо. По паузі).&lt;br /&gt;</w:t>
        <w:br/>
        <w:t>Високий стяг за рідний люд, за правду&lt;br /&gt;</w:t>
        <w:br/>
        <w:t>Підняти слід на очі й ворогам,&lt;br /&gt;</w:t>
        <w:br/>
        <w:t>А не ховать його від миру пбтай.&lt;br /&gt;</w:t>
        <w:br/>
        <w:t>Борись за люд, погинь за люд і тим&lt;br /&gt;</w:t>
        <w:br/>
        <w:t>Звитяж других і засмути деспотів!&lt;br /&gt;</w:t>
        <w:br/>
        <w:t>І я вагавсь? Ще мить була боріння?&lt;br /&gt;</w:t>
        <w:br/>
        <w:t>Життя мене спокусою взяло&lt;br /&gt;</w:t>
        <w:br/>
        <w:t>І чарами сп'янила світня втіха...&lt;br /&gt;</w:t>
        <w:br/>
        <w:t>О, знади прічі Що б тут не сталось, ні,&lt;br /&gt;</w:t>
        <w:br/>
        <w:t>Не поступлюсь ні кроком, ані п'яддю...&lt;br /&gt;</w:t>
        <w:br/>
        <w:t>(Пада на коліна).&lt;br /&gt;</w:t>
        <w:br/>
        <w:t>Пробач мені, благий, всесильний боже,&lt;br /&gt;</w:t>
        <w:br/>
        <w:t>Пробач вину лукавому рабу:&lt;br /&gt;</w:t>
        <w:br/>
        <w:t>Душею я знемігся; довгі муки&lt;br /&gt;</w:t>
        <w:br/>
        <w:t>Знесилили і волю мою, й міць...&lt;br /&gt;</w:t>
        <w:br/>
        <w:t>(Принада головою до столу).&lt;br /&gt;</w:t>
        <w:br/>
        <w:t>Завіса</w:t>
      </w:r>
    </w:p>
    <w:p>
      <w:r>
        <w:br/>
        <w:t>Картина 2&lt;br /&gt;</w:t>
        <w:br/>
        <w:t>Декорація та ж, тільки на кону темно, а світиться лише одно круг*&lt;br /&gt;</w:t>
        <w:br/>
        <w:t>леньке у дверях вікно, мов око сови. Столик по сей бік ліжка.</w:t>
      </w:r>
    </w:p>
    <w:p>
      <w:r>
        <w:br/>
        <w:t>ЯВА І&lt;br /&gt;</w:t>
        <w:br/>
        <w:t>Братковський сам.&lt;br /&gt;</w:t>
        <w:br/>
        <w:t>Братковськпй (лежить на ліжку головою до ари~&lt;br /&gt;</w:t>
        <w:br/>
        <w:t>телів; повертається, прийма найпридобнішу позу).&lt;br /&gt;</w:t>
        <w:br/>
        <w:t>Спокійний я... зневір'я геть пройшло,&lt;br /&gt;</w:t>
        <w:br/>
        <w:t>Я свій новин святий не занехаю&lt;br /&gt;</w:t>
        <w:br/>
        <w:t>І донесу на раменях свій хрест...&lt;br /&gt;</w:t>
        <w:br/>
        <w:t>Як тихо скрізьі.. За муром тільки мірно&lt;br /&gt;</w:t>
        <w:br/>
        <w:t>Побрязкує безсонний вартовий...&lt;br /&gt;</w:t>
        <w:br/>
        <w:t>На серці теж — і лагода, і тиша...&lt;br /&gt;</w:t>
        <w:br/>
        <w:t>(Пауза).&lt;br /&gt;</w:t>
        <w:br/>
        <w:t>Півроку я все скорчившись лежав,&lt;br /&gt;</w:t>
        <w:br/>
        <w:t>Та й то ланцюг і тіло рвав, і муляв;&lt;br /&gt;</w:t>
        <w:br/>
        <w:t>А от тепер аж чудно, що без пут;&lt;br /&gt;</w:t>
        <w:br/>
        <w:t>Так солодко на ліжку простягтися,&lt;br /&gt;</w:t>
        <w:br/>
        <w:t>Мов на царській перині... О, за пух —&lt;br /&gt;</w:t>
        <w:br/>
        <w:t>Солома ця! І всі турботи... всі... (Засипає).&lt;br /&gt;</w:t>
        <w:br/>
        <w:t>Останні слова говорить сонно. Ледве скінчив їх, починається тиха&lt;br /&gt;</w:t>
        <w:br/>
        <w:t>мелодична музика на народних мотивах, тільки прокидаються у&lt;br /&gt;</w:t>
        <w:br/>
        <w:t>їй і збурені поривання; на самім прикінці знову тиха музика, мов&lt;br /&gt;</w:t>
        <w:br/>
        <w:t>тиша перед бурею, вводить в нову картину.&lt;br /&gt;</w:t>
        <w:br/>
        <w:t>На задній стіні, що проти зрителя, з'являються хмари; за ними сті-&lt;br /&gt;</w:t>
        <w:br/>
        <w:t>на зникає. Коли розходяться хмари, то уявляється така картина:&lt;br /&gt;</w:t>
        <w:br/>
        <w:t>байрак глибокий, окритий 8 усіх боків скелями і навислими дере-&lt;br /&gt;</w:t>
        <w:br/>
        <w:t>вами; вглибиш видко—чорнів якась печера. Ясна місячна ніч.&lt;br /&gt;</w:t>
        <w:br/>
        <w:t>Дія діється і в байраці, і в кімнаті, аж до ліжка.</w:t>
      </w:r>
    </w:p>
    <w:p>
      <w:r>
        <w:br/>
        <w:t>ЯВА II&lt;br /&gt;</w:t>
        <w:br/>
        <w:t>Тася сама.&lt;br /&gt;</w:t>
        <w:br/>
        <w:t>Та ся (вбігав). Я перша... Ще нікого нема!.. Попере-&lt;br /&gt;</w:t>
        <w:br/>
        <w:t>дила й Остапа." А чи тут же зібрання?..</w:t>
      </w:r>
    </w:p>
    <w:p>
      <w:r>
        <w:br/>
        <w:t>ЯВА Ш&lt;br /&gt;</w:t>
        <w:br/>
        <w:t>Панна Тася і Степан Братковський.&lt;br /&gt;</w:t>
        <w:br/>
        <w:t>Степан (той же в'язень, тільки молодий, без бороди,&lt;br /&gt;</w:t>
        <w:br/>
        <w:t>s маненькими усами). І ти тут, Тасю? Сама прийшла&lt;br /&gt;</w:t>
        <w:br/>
        <w:t>у таку пущу вночі? То шаленість!&lt;br /&gt;</w:t>
        <w:br/>
        <w:t>Панна Тася. Я не сама; я з Остапом.&lt;br /&gt;</w:t>
        <w:br/>
        <w:t>Степан. А де ж він?&lt;br /&gt;</w:t>
        <w:br/>
        <w:t>Панна Тася. Пішов дозором.&lt;br /&gt;</w:t>
        <w:br/>
        <w:t>Степан. Але все ж необачно, моя люба: тут спілка&lt;br /&gt;</w:t>
        <w:br/>
        <w:t>мужніх, бойових сил, а для тендітних створінь вона небез-&lt;br /&gt;</w:t>
        <w:br/>
        <w:t>печна; жоноті тут не місце!&lt;br /&gt;</w:t>
        <w:br/>
        <w:t>Панна Тася. Коли річ іде про долю народу, про&lt;br /&gt;</w:t>
        <w:br/>
        <w:t>вборону отчизни, то й тендітні створіння мусять віддати&lt;br /&gt;</w:t>
        <w:br/>
        <w:t>свої сили... тут не може бути ні пань, ні панянок; тут всі&lt;br /&gt;</w:t>
        <w:br/>
        <w:t>рівні! І всі понесемо ми життя за родину! А коли ще на те&lt;br /&gt;</w:t>
        <w:br/>
        <w:t>покликав Степан, то й пекло мені — не забара!&lt;br /&gt;</w:t>
        <w:br/>
        <w:t>Степан. Єдина моя! (Стискав їй руку).</w:t>
      </w:r>
    </w:p>
    <w:p>
      <w:r>
        <w:br/>
        <w:t>ЯВА IV&lt;br /&gt;</w:t>
        <w:br/>
        <w:t>ТіжіОстап та другі бунтарі&lt;br /&gt;</w:t>
        <w:br/>
        <w:t>З усіх боків тихо з'являються різні люде — і молоді, й старі; біль-&lt;br /&gt;</w:t>
        <w:br/>
        <w:t>ше міщене, прості люде, де-не-де видко й козаків.&lt;br /&gt;</w:t>
        <w:br/>
        <w:t>Степан. Що, всі зібралися, братове?&lt;br /&gt;</w:t>
        <w:br/>
        <w:t>Голоси, Всі, всі!&lt;br /&gt;</w:t>
        <w:br/>
        <w:t>Степан. І всі свої, вірні? Іуди якого нема?&lt;br /&gt;</w:t>
        <w:br/>
        <w:t>Голоси (передні). Здається.&lt;br /&gt;</w:t>
        <w:br/>
        <w:t>Г о л о с и (дальні). А хто його зна!&lt;br /&gt;</w:t>
        <w:br/>
        <w:t>Десь' віддалі чути сміх.&lt;br /&gt;</w:t>
        <w:br/>
        <w:t>Степан. А вартових поставлено?&lt;br /&gt;</w:t>
        <w:br/>
        <w:t>Остап. Стоять. Я сам обходив.&lt;br /&gt;</w:t>
        <w:br/>
        <w:t>Хтось (здалеку). Стоять. Ха-ха!&lt;br /&gt;</w:t>
        <w:br/>
        <w:t>Усі переглянулись.&lt;br /&gt;</w:t>
        <w:br/>
        <w:t>Пауза.&lt;br /&gt;</w:t>
        <w:br/>
        <w:t>Степан. Ну, братове, ви відаєте, чого ми зібрались?&lt;br /&gt;</w:t>
        <w:br/>
        <w:t>Останній скрут: знемагав народ у тяжкій праці, затягло&lt;br /&gt;</w:t>
        <w:br/>
        <w:t>рабське ярмо ваші шиї, під кормигою гине огчизнаї&lt;br /&gt;</w:t>
        <w:br/>
        <w:t>Голоси. Гине!&lt;br /&gt;</w:t>
        <w:br/>
        <w:t>Лував смутно: "Гине". Сова десь вагоготала. Усі здригнулись,&lt;br /&gt;</w:t>
        <w:br/>
        <w:t>Степан&lt;br /&gt;</w:t>
        <w:br/>
        <w:t>Напасник в нас пограбував цілком&lt;br /&gt;</w:t>
        <w:br/>
        <w:t>Добро, права, всі вольності і працю;&lt;br /&gt;</w:t>
        <w:br/>
        <w:t>Запріг в ярмо, як бидло, і дере&lt;br /&gt;</w:t>
        <w:br/>
        <w:t>З рабів своїх нікчемних по три шкури...&lt;br /&gt;</w:t>
        <w:br/>
        <w:t>І то не все: ще душу відбира,&lt;br /&gt;</w:t>
        <w:br/>
        <w:t>Напастуе, щоб ми зреклись родини,&lt;br /&gt;</w:t>
        <w:br/>
        <w:t>Минулого всеславного, батьків&lt;br /&gt;</w:t>
        <w:br/>
        <w:t>Могил чесних і предківської віри;&lt;br /&gt;</w:t>
        <w:br/>
        <w:t>Ґвалтує враз, щоб зацурали ми&lt;br /&gt;</w:t>
        <w:br/>
        <w:t>І мову, й рід, звичаї й обичаї,&lt;br /&gt;</w:t>
        <w:br/>
        <w:t>Щоб стали всі безправними, як пси,&lt;br /&gt;</w:t>
        <w:br/>
        <w:t>Й пошилися в ворожу, хижу шкуру.&lt;br /&gt;</w:t>
        <w:br/>
        <w:t>С е л я н е (вільшина).&lt;br /&gt;</w:t>
        <w:br/>
        <w:t>Так, правда: скрізь напасть, сваволя, ґвалт!&lt;br /&gt;</w:t>
        <w:br/>
        <w:t>М і щ а н е (меншина).&lt;br /&gt;</w:t>
        <w:br/>
        <w:t>Ох, тільки як побореш оту силу?&lt;br /&gt;</w:t>
        <w:br/>
        <w:t>Остап&lt;br /&gt;</w:t>
        <w:br/>
        <w:t>Проти пожа підняти треба ніж!&lt;br /&gt;</w:t>
        <w:br/>
        <w:t>Козаки&lt;br /&gt;</w:t>
        <w:br/>
        <w:t>Ніж! Ніж! Ого!&lt;br /&gt;</w:t>
        <w:br/>
        <w:t>С е л я н е (одні).&lt;br /&gt;</w:t>
        <w:br/>
        <w:t>На ніж пак треба й сили,&lt;br /&gt;</w:t>
        <w:br/>
        <w:t>Бо вирвуть з рук...&lt;br /&gt;</w:t>
        <w:br/>
        <w:t>Селяне (другі).&lt;br /&gt;</w:t>
        <w:br/>
        <w:t>Та нас і полоснуть!&lt;br /&gt;</w:t>
        <w:br/>
        <w:t>Селяне (треті).&lt;br /&gt;</w:t>
        <w:br/>
        <w:t>А де її ти візьмеш?&lt;br /&gt;</w:t>
        <w:br/>
        <w:t>Міщане (одні).&lt;br /&gt;</w:t>
        <w:br/>
        <w:t>Яку горстку&lt;br /&gt;</w:t>
        <w:br/>
        <w:t>Роздавлять враз, а хмари не збереш...&lt;br /&gt;</w:t>
        <w:br/>
        <w:t>Міщане (другі).&lt;br /&gt;</w:t>
        <w:br/>
        <w:t>Після таких-от жартів і збивали&lt;br /&gt;</w:t>
        <w:br/>
        <w:t>Вкінець права...&lt;br /&gt;</w:t>
        <w:br/>
        <w:t>Луна (здалека): "Вкінець! Вкінець! Вкінець!"&lt;br /&gt;</w:t>
        <w:br/>
        <w:t>Остап&lt;br /&gt;</w:t>
        <w:br/>
        <w:t>Про те-то й річ, що ми робили опір&lt;br /&gt;</w:t>
        <w:br/>
        <w:t>Загонами малими — там та сям,&lt;br /&gt;</w:t>
        <w:br/>
        <w:t>А не збивали їх в велику силу!&lt;br /&gt;</w:t>
        <w:br/>
        <w:t>Козаки&lt;br /&gt;</w:t>
        <w:br/>
        <w:t>Нам треба всім злучитись у одно!&lt;br /&gt;</w:t>
        <w:br/>
        <w:t>Сова з лісу: "Го-го!"&lt;br /&gt;</w:t>
        <w:br/>
        <w:t>Селяне&lt;br /&gt;</w:t>
        <w:br/>
        <w:t>Згромадитись... так, так!&lt;br /&gt;</w:t>
        <w:br/>
        <w:t>Міщане&lt;br /&gt;</w:t>
        <w:br/>
        <w:t>А може б, теє...&lt;br /&gt;</w:t>
        <w:br/>
        <w:t>їм попустить там що-не-що... і тим&lt;br /&gt;</w:t>
        <w:br/>
        <w:t>У ворога щось виторгувать...&lt;br /&gt;</w:t>
        <w:br/>
        <w:t>Степан (сплеснув руками).&lt;br /&gt;</w:t>
        <w:br/>
        <w:t>Боже!&lt;br /&gt;</w:t>
        <w:br/>
        <w:t>Та чим же нам ще поступитись, чим?&lt;br /&gt;</w:t>
        <w:br/>
        <w:t>Здається, вже усім ми поступились:&lt;br /&gt;</w:t>
        <w:br/>
        <w:t>І батьківське насліддя віддали,&lt;br /&gt;</w:t>
        <w:br/>
        <w:t>І землі в нас відібрані панами,&lt;br /&gt;</w:t>
        <w:br/>
        <w:t>І надбане мозолями добро,&lt;br /&gt;</w:t>
        <w:br/>
        <w:t>І вільності, і сила наїла, й праця,—&lt;br /&gt;</w:t>
        <w:br/>
        <w:t>Так чим же ще вклонитися чолом?&lt;br /&gt;</w:t>
        <w:br/>
        <w:t>Віддать дітей собакам на поталу?&lt;br /&gt;</w:t>
        <w:br/>
        <w:t>Чи пхнуть жінок і сестер псам на глум?&lt;br /&gt;</w:t>
        <w:br/>
        <w:t>Чи вирвати на поквил їм і душу?&lt;br /&gt;</w:t>
        <w:br/>
        <w:t>Та хоч бп й все на ласку віддали,&lt;br /&gt;</w:t>
        <w:br/>
        <w:t>Хоч би лягли й кістками їм під ноги,&lt;br /&gt;</w:t>
        <w:br/>
        <w:t>Над немічним не змилується кат:&lt;br /&gt;</w:t>
        <w:br/>
        <w:t>Лиш силою відбити можна волю,&lt;br /&gt;</w:t>
        <w:br/>
        <w:t>Придбать права, завоювать буття...&lt;br /&gt;</w:t>
        <w:br/>
        <w:t>Так скрізь велось і буде так довіку!&lt;br /&gt;</w:t>
        <w:br/>
        <w:t>Голоси (спочатку поодиночні, а далі гуртом).&lt;br /&gt;</w:t>
        <w:br/>
        <w:t>Так! Правда! Так!.. Дрючком лиш од вовків.,&lt;br /&gt;</w:t>
        <w:br/>
        <w:t>Лежачого й та таре б'ють... Всім встати!!&lt;br /&gt;</w:t>
        <w:br/>
        <w:t>Кін темнішав, чути віддалі глухий гуркіт грому.&lt;br /&gt;</w:t>
        <w:br/>
        <w:t>Степан&lt;br /&gt;</w:t>
        <w:br/>
        <w:t>Суть, братіє, загальні нужди всім —&lt;br /&gt;</w:t>
        <w:br/>
        <w:t>І людові, й немовлючому звіру,—&lt;br /&gt;</w:t>
        <w:br/>
        <w:t>Потреби то і шкури, і нутра:&lt;br /&gt;</w:t>
        <w:br/>
        <w:t>Немилі всім і канчуки, й неволя,&lt;br /&gt;</w:t>
        <w:br/>
        <w:t>І холод злий, і голод, і вогонь,&lt;br /&gt;</w:t>
        <w:br/>
        <w:t>Та на катів тяжка, невпинна праця...&lt;br /&gt;</w:t>
        <w:br/>
        <w:t>Те чує всяк і під'яремний віл;&lt;br /&gt;</w:t>
        <w:br/>
        <w:t>А суть права ще вищі за ті нужди —&lt;br /&gt;</w:t>
        <w:br/>
        <w:t>Права душі — дар божий всіх людей&lt;br /&gt;</w:t>
        <w:br/>
        <w:t>І кожного ще племені надання,—&lt;br /&gt;</w:t>
        <w:br/>
        <w:t>То як же нам душі не боронить,&lt;br /&gt;</w:t>
        <w:br/>
        <w:t>Коли у їй єдиний образ божий?&lt;br /&gt;</w:t>
        <w:br/>
        <w:t>Збруднить його — то значить звіром стать,&lt;br /&gt;</w:t>
        <w:br/>
        <w:t>Ні, гірше ще... того-то й прагне ворог!&lt;br /&gt;</w:t>
        <w:br/>
        <w:t>Гурт&lt;br /&gt;</w:t>
        <w:br/>
        <w:t>Не буть цьому! Душі не продамо!&lt;br /&gt;</w:t>
        <w:br/>
        <w:t>Поляжемо кістками за святиню!&lt;br /&gt;</w:t>
        <w:br/>
        <w:t>Дехто з міщан&lt;br /&gt;</w:t>
        <w:br/>
        <w:t>Поляжемо, а не добудем прав,&lt;br /&gt;</w:t>
        <w:br/>
        <w:t>Бо в ворога непереможні сили!&lt;br /&gt;</w:t>
        <w:br/>
        <w:t>Селяне (вільшина).&lt;br /&gt;</w:t>
        <w:br/>
        <w:t>Вам страшно, а? Запроданці лихі!&lt;br /&gt;</w:t>
        <w:br/>
        <w:t>Ви за живіт, за ласощі — до зради?&lt;br /&gt;</w:t>
        <w:br/>
        <w:t>Як гинути, то гинути гуртом!&lt;br /&gt;</w:t>
        <w:br/>
        <w:t>Остап&lt;br /&gt;</w:t>
        <w:br/>
        <w:t>Або добуть права собі і волю,&lt;br /&gt;</w:t>
        <w:br/>
        <w:t>Або всім смерть!&lt;br /&gt;</w:t>
        <w:br/>
        <w:t>Степан&lt;br /&gt;</w:t>
        <w:br/>
        <w:t>Ганеба гірш за все!&lt;br /&gt;</w:t>
        <w:br/>
        <w:t>Яке життя — під канчуком, в кормизі?&lt;br /&gt;</w:t>
        <w:br/>
        <w:t>Гурт&lt;br /&gt;</w:t>
        <w:br/>
        <w:t>Всім за ножі! Степан за ватажка.&lt;br /&gt;</w:t>
        <w:br/>
        <w:t>Всі&lt;br /&gt;</w:t>
        <w:br/>
        <w:t>Степан! Степан!!&lt;br /&gt;</w:t>
        <w:br/>
        <w:t>Щось завило. Блискавка. Грім. По лісу пролунав регіт.&lt;br /&gt;</w:t>
        <w:br/>
        <w:t>Степан&lt;br /&gt;</w:t>
        <w:br/>
        <w:t>Клянусь, брати, що ні скарби численні,&lt;br /&gt;</w:t>
        <w:br/>
        <w:t>Ні любощів ненаситимий пал,&lt;br /&gt;</w:t>
        <w:br/>
        <w:t>Ані прихил до кревних і до друзів,&lt;br /&gt;</w:t>
        <w:br/>
        <w:t>Ані погроз, ні мук смертельних жах&lt;br /&gt;</w:t>
        <w:br/>
        <w:t>Мене з шляху думок моїх не звернуть&lt;br /&gt;</w:t>
        <w:br/>
        <w:t>І зрадою душі не забруднять!&lt;br /&gt;</w:t>
        <w:br/>
        <w:t>Клянусь віддать усе життя за благо&lt;br /&gt;</w:t>
        <w:br/>
        <w:t>Окривджених і знищених людей!&lt;br /&gt;</w:t>
        <w:br/>
        <w:t>Всі&lt;br /&gt;</w:t>
        <w:br/>
        <w:t>Степанові вовіки слава, слава!&lt;br /&gt;</w:t>
        <w:br/>
        <w:t>Степан&lt;br /&gt;</w:t>
        <w:br/>
        <w:t>Кляніться й ви!&lt;br /&gt;</w:t>
        <w:br/>
        <w:t>Всі (виймають ножі).&lt;br /&gt;</w:t>
        <w:br/>
        <w:t>На гострих сих ножах!&lt;br /&gt;</w:t>
        <w:br/>
        <w:t>Або нам смерть, або загине ворог!&lt;br /&gt;</w:t>
        <w:br/>
        <w:t>Хай зраднику ніж горло перетне!&lt;br /&gt;</w:t>
        <w:br/>
        <w:t>Всі клянемось!&lt;br /&gt;</w:t>
        <w:br/>
        <w:t>Степан (виймає ніж).&lt;br /&gt;</w:t>
        <w:br/>
        <w:t>За волю, за свободу!&lt;br /&gt;</w:t>
        <w:br/>
        <w:t>Страшний вибух грому, блискавиця. Всі жахнулись.&lt;br /&gt;</w:t>
        <w:br/>
        <w:t>Голоси (з лісу).&lt;br /&gt;</w:t>
        <w:br/>
        <w:t>Нас обійшли: рятуйся, хто здолав!&lt;br /&gt;</w:t>
        <w:br/>
        <w:t>Всі кинулись, зникли. Степан з Тасею теж бігли за всіма; але ске-&lt;br /&gt;</w:t>
        <w:br/>
        <w:t>лі й дерева заступають їм вихід. їх розпачливі рухи. Темінь страш-&lt;br /&gt;</w:t>
        <w:br/>
        <w:t>на: тільки ріжуть її блискавиці, та чорна печера починав світи-&lt;br /&gt;</w:t>
        <w:br/>
        <w:t>тись.&lt;br /&gt;</w:t>
        <w:br/>
        <w:t>Степан&lt;br /&gt;</w:t>
        <w:br/>
        <w:t>У пастці) А! Нас злапають.&lt;br /&gt;</w:t>
        <w:br/>
        <w:t>Тася&lt;br /&gt;</w:t>
        <w:br/>
        <w:t>Байдуже!&lt;br /&gt;</w:t>
        <w:br/>
        <w:t>Укупі вдвох вмирати охвітніш!&lt;br /&gt;</w:t>
        <w:br/>
        <w:t>Степан&lt;br /&gt;</w:t>
        <w:br/>
        <w:t>Дай руку!&lt;br /&gt;</w:t>
        <w:br/>
        <w:t>Тася&lt;br /&gt;</w:t>
        <w:br/>
        <w:t>Ось! І на життя, й на страту!&lt;br /&gt;</w:t>
        <w:br/>
        <w:t>Страшенний грім, блискавиця; з глибини печери вибухав полум'я,&lt;br /&gt;</w:t>
        <w:br/>
        <w:t>і в йому з'являється якесь страшидло,&lt;br /&gt;</w:t>
        <w:br/>
        <w:t>ЯВА V&lt;br /&gt;</w:t>
        <w:br/>
        <w:t>Музика проводить появу страшидла; за ним опівая * о р ба"&lt;br /&gt;</w:t>
        <w:br/>
        <w:t>сів, иовби вив страшидло.&lt;br /&gt;</w:t>
        <w:br/>
        <w:t>Страшидло&lt;br /&gt;</w:t>
        <w:br/>
        <w:t>Я — влото;&lt;br /&gt;</w:t>
        <w:br/>
        <w:t>Вся цнота&lt;br /&gt;</w:t>
        <w:br/>
        <w:t>У дзвоні моїй;&lt;br /&gt;</w:t>
        <w:br/>
        <w:t>І волю,&lt;br /&gt;</w:t>
        <w:br/>
        <w:t>І долю,&lt;br /&gt;</w:t>
        <w:br/>
        <w:t>І міць куплю НИМІ&lt;br /&gt;</w:t>
        <w:br/>
        <w:t>Я — сила,&lt;br /&gt;</w:t>
        <w:br/>
        <w:t>Могила&lt;br /&gt;</w:t>
        <w:br/>
        <w:t>І волі, й життя;&lt;br /&gt;</w:t>
        <w:br/>
        <w:t>Єдиний&lt;br /&gt;</w:t>
        <w:br/>
        <w:t>Людині&lt;br /&gt;</w:t>
        <w:br/>
        <w:t>Закон на буття!&lt;br /&gt;</w:t>
        <w:br/>
        <w:t>Я — влада;&lt;br /&gt;</w:t>
        <w:br/>
        <w:t>Все пада&lt;br /&gt;</w:t>
        <w:br/>
        <w:t>Владарству до ніг;&lt;br /&gt;</w:t>
        <w:br/>
        <w:t>Клейноди&lt;br /&gt;</w:t>
        <w:br/>
        <w:t>Міцноти —&lt;br /&gt;</w:t>
        <w:br/>
        <w:t>Ярмо та батіг!&lt;br /&gt;</w:t>
        <w:br/>
        <w:t>Всі ваші&lt;br /&gt;</w:t>
        <w:br/>
        <w:t>Натхнення&lt;br /&gt;</w:t>
        <w:br/>
        <w:t>Й добутки наук&lt;br /&gt;</w:t>
        <w:br/>
        <w:t>Мені — на зміцнення,&lt;br /&gt;</w:t>
        <w:br/>
        <w:t>А вам —&lt;br /&gt;</w:t>
        <w:br/>
        <w:t>Задля мук!&lt;br /&gt;</w:t>
        <w:br/>
        <w:t>Грім — і все зникло; знов мур і двері. Останній куплет співається&lt;br /&gt;</w:t>
        <w:br/>
        <w:t>ще раз і по зникненню картини.&lt;br /&gt;</w:t>
        <w:br/>
        <w:t>ЯВА VI&lt;br /&gt;</w:t>
        <w:br/>
        <w:t>Братковський сам.&lt;br /&gt;</w:t>
        <w:br/>
        <w:t>Братковський&lt;br /&gt;</w:t>
        <w:br/>
        <w:t>А, що се? Сон? Чи наяву все бачив?&lt;br /&gt;</w:t>
        <w:br/>
        <w:t>Минуле знов вернулось?.. Ні, тюрма...&lt;br /&gt;</w:t>
        <w:br/>
        <w:t>І ніч, і тьма... і ген совине око...&lt;br /&gt;</w:t>
        <w:br/>
        <w:t>Ох, і який же лиховісний сон!&lt;br /&gt;</w:t>
        <w:br/>
        <w:t>Страшидло! Бр-р-р!І Князь світу — темна&lt;br /&gt;</w:t>
        <w:br/>
        <w:t>сила,&lt;br /&gt;</w:t>
        <w:br/>
        <w:t>І все трощить... Невже ж знаття і світ,&lt;br /&gt;</w:t>
        <w:br/>
        <w:t>Невже любов, братерське поєднання&lt;br /&gt;</w:t>
        <w:br/>
        <w:t>Не перетнуть ту силу навісну,&lt;br /&gt;</w:t>
        <w:br/>
        <w:t>Що ґвалтом скрізь гнітить і волю, й розум,&lt;br /&gt;</w:t>
        <w:br/>
        <w:t>Грабуючи в тружденних щастя?.. HL&lt;br /&gt;</w:t>
        <w:br/>
        <w:t>Не може буть, не може того статись!&lt;br /&gt;</w:t>
        <w:br/>
        <w:t>Єсть правда тамі (На небо). Творцеві вірю я!&lt;br /&gt;</w:t>
        <w:br/>
        <w:t>Господь сей світ створив не на знущання,&lt;br /&gt;</w:t>
        <w:br/>
        <w:t>Не на користь зажерливих катів,—&lt;br /&gt;</w:t>
        <w:br/>
        <w:t>А на добро, на щастя всьому люду..,&lt;br /&gt;</w:t>
        <w:br/>
        <w:t>Колись же ти бездольців захистиш&lt;br /&gt;</w:t>
        <w:br/>
        <w:t>І виметеш озвірену мерзоту,—&lt;br /&gt;</w:t>
        <w:br/>
        <w:t>Приіде-бо і царствів твоєї&lt;br /&gt;</w:t>
        <w:br/>
        <w:t>(Замислився богобійно).&lt;br /&gt;</w:t>
        <w:br/>
        <w:t>Ах, і вона, моя зоря єдина,&lt;br /&gt;</w:t>
        <w:br/>
        <w:t>Мов тут була; немовби ще луна&lt;br /&gt;</w:t>
        <w:br/>
        <w:t>Між мурів сих її сріблистих голос,&lt;br /&gt;</w:t>
        <w:br/>
        <w:t>Мов чую ще стис теплої руки.&lt;br /&gt;</w:t>
        <w:br/>
        <w:t>Ой, тут ти, тут! І ранком я побачу&lt;br /&gt;</w:t>
        <w:br/>
        <w:t>Тебе, мою незрівняну красу...&lt;br /&gt;</w:t>
        <w:br/>
        <w:t>Як по тобі я занудивсь пекельно!&lt;br /&gt;</w:t>
        <w:br/>
        <w:t>Коли б ся ніч пролинула мерщій!&lt;br /&gt;</w:t>
        <w:br/>
        <w:t>ЯВА VII&lt;br /&gt;</w:t>
        <w:br/>
        <w:t>Братковський, ксьондз і сторож.&lt;br /&gt;</w:t>
        <w:br/>
        <w:t>Сторож входить із свічкою, ставить її на стіл; за ним ксьондз.&lt;br /&gt;</w:t>
        <w:br/>
        <w:t>Сторож (набік).&lt;br /&gt;</w:t>
        <w:br/>
        <w:t>Нещасний, ох! (Пішов за двері).&lt;br /&gt;</w:t>
        <w:br/>
        <w:t>Ксьондз&lt;br /&gt;</w:t>
        <w:br/>
        <w:t>Благословення й мир!&lt;br /&gt;</w:t>
        <w:br/>
        <w:t>Чуваєш все? Не спиш?&lt;br /&gt;</w:t>
        <w:br/>
        <w:t>Братковський&lt;br /&gt;</w:t>
        <w:br/>
        <w:t>Велебний ксьондже,&lt;br /&gt;</w:t>
        <w:br/>
        <w:t>Чим заслужив...&lt;br /&gt;</w:t>
        <w:br/>
        <w:t>Ксьондз&lt;br /&gt;</w:t>
        <w:br/>
        <w:t>Що я сюди прийшов?&lt;br /&gt;</w:t>
        <w:br/>
        <w:t>Тим, що і ти, нещасний в'язень...&lt;br /&gt;</w:t>
        <w:br/>
        <w:t>Братковський&lt;br /&gt;</w:t>
        <w:br/>
        <w:t>Але&lt;br /&gt;</w:t>
        <w:br/>
        <w:t>Я ж вам схизмат?&lt;br /&gt;</w:t>
        <w:br/>
        <w:t>Перед святим отцем&lt;br /&gt;</w:t>
        <w:br/>
        <w:t>Всі рівні ми — і вірні, і заблудлі.&lt;br /&gt;</w:t>
        <w:br/>
        <w:t>Братковський&lt;br /&gt;</w:t>
        <w:br/>
        <w:t>Так я ж себе й заблудлим не лічу,&lt;br /&gt;</w:t>
        <w:br/>
        <w:t>І егомосць даремне час прогаїть,&lt;br /&gt;</w:t>
        <w:br/>
        <w:t>Коли мене задума навертать&lt;br /&gt;</w:t>
        <w:br/>
        <w:t>На праведну великопанську віру.&lt;br /&gt;</w:t>
        <w:br/>
        <w:t>Ксьондз&lt;br /&gt;</w:t>
        <w:br/>
        <w:t>Я знаю, ти освічених думок&lt;br /&gt;</w:t>
        <w:br/>
        <w:t>І Соці я науку поважаєш:&lt;br /&gt;</w:t>
        <w:br/>
        <w:t>Вона ж жене ненатлий фанатизм,&lt;br /&gt;</w:t>
        <w:br/>
        <w:t>А лагоду провадить між народів...&lt;br /&gt;</w:t>
        <w:br/>
        <w:t>Братковський&lt;br /&gt;</w:t>
        <w:br/>
        <w:t>Так, наш псалом — всі віри поважать,&lt;br /&gt;</w:t>
        <w:br/>
        <w:t>Не запрягать в ярмо душі живої,&lt;br /&gt;</w:t>
        <w:br/>
        <w:t>Не ґвалтувать над розумом чужим,&lt;br /&gt;</w:t>
        <w:br/>
        <w:t>Не нищпти у люду його волі&lt;br /&gt;</w:t>
        <w:br/>
        <w:t>І не творить з братів собі рабів...&lt;br /&gt;</w:t>
        <w:br/>
        <w:t>Ксьондз&lt;br /&gt;</w:t>
        <w:br/>
        <w:t>Що ж, спну мій, коли всі віри ціниш,&lt;br /&gt;</w:t>
        <w:br/>
        <w:t>То ту прийми, яка сильніш за всі,&lt;br /&gt;</w:t>
        <w:br/>
        <w:t>Яка тебе зрятуе від напасті&lt;br /&gt;</w:t>
        <w:br/>
        <w:t>Г владу дасть творити всім добро,&lt;br /&gt;</w:t>
        <w:br/>
        <w:t>Виховувать свої питимі мрії,&lt;br /&gt;</w:t>
        <w:br/>
        <w:t>Кохатися в улюбленій сім'ї,&lt;br /&gt;</w:t>
        <w:br/>
        <w:t>Радіти, жить...&lt;br /&gt;</w:t>
        <w:br/>
        <w:t>Братковський&lt;br /&gt;</w:t>
        <w:br/>
        <w:t>Спокушуєш, панотче...&lt;br /&gt;</w:t>
        <w:br/>
        <w:t>Латинство йде проти моїх засад&lt;br /&gt;</w:t>
        <w:br/>
        <w:t>І вроду їх провадить не попустить;&lt;br /&gt;</w:t>
        <w:br/>
        <w:t>Але чим більш принади наддаси,&lt;br /&gt;</w:t>
        <w:br/>
        <w:t>Тим більш вона в душі огиду зірве;&lt;br /&gt;</w:t>
        <w:br/>
        <w:t>Як у чужих шаную я думки,&lt;br /&gt;</w:t>
        <w:br/>
        <w:t>Так і свої шаную непохибно:&lt;br /&gt;</w:t>
        <w:br/>
        <w:t>Не торгував я ними й не продам&lt;br /&gt;</w:t>
        <w:br/>
        <w:t>Своїх святинь за жодні блага в світі!&lt;br /&gt;</w:t>
        <w:br/>
        <w:t>Ксьондз&lt;br /&gt;</w:t>
        <w:br/>
        <w:t>Не продаж то, коли задля других&lt;br /&gt;</w:t>
        <w:br/>
        <w:t>Мализною поступишся, мій друже!&lt;br /&gt;</w:t>
        <w:br/>
        <w:t>У боротьбі а напасником не честь,&lt;br /&gt;</w:t>
        <w:br/>
        <w:t>А розум всім керує...&lt;br /&gt;</w:t>
        <w:br/>
        <w:t>Братковський&lt;br /&gt;</w:t>
        <w:br/>
        <w:t>Розумію:&lt;br /&gt;</w:t>
        <w:br/>
        <w:t>Для друзів все — і серце, і життя!&lt;br /&gt;</w:t>
        <w:br/>
        <w:t>Для других я віддам себе в офіру,&lt;br /&gt;</w:t>
        <w:br/>
        <w:t>Для себе ж — ні, не поступлюсь на крок!&lt;br /&gt;</w:t>
        <w:br/>
        <w:t>Ксьондз&lt;br /&gt;</w:t>
        <w:br/>
        <w:t>Стій, вислухай мою пораду, сину.&lt;br /&gt;</w:t>
        <w:br/>
        <w:t>Я знав тебе раніше і ціню&lt;br /&gt;</w:t>
        <w:br/>
        <w:t>В твоїй душі доброти незлічимі;&lt;br /&gt;</w:t>
        <w:br/>
        <w:t>Ти віруєш у правду пресвяту,&lt;br /&gt;</w:t>
        <w:br/>
        <w:t>А правдою самою не посунеш&lt;br /&gt;</w:t>
        <w:br/>
        <w:t>Між кривдою у панстві гвалту й лжі,—&lt;br /&gt;</w:t>
        <w:br/>
        <w:t>Боротись з злом тра хитро, мудро, потай,&lt;br /&gt;</w:t>
        <w:br/>
        <w:t>Не гребати середком ніяким,&lt;br /&gt;</w:t>
        <w:br/>
        <w:t>Аби мети своєї досягнути:&lt;br /&gt;</w:t>
        <w:br/>
        <w:t>В тім розум єсть звитяги в боротьбі!&lt;br /&gt;</w:t>
        <w:br/>
        <w:t>Я католик і зверху — раб покірний,&lt;br /&gt;</w:t>
        <w:br/>
        <w:t>Але тії деспотії не чту:&lt;br /&gt;</w:t>
        <w:br/>
        <w:t>Я прагнув би щобільше прав і волі&lt;br /&gt;</w:t>
        <w:br/>
        <w:t>Для розуму, для серця, для душі;&lt;br /&gt;</w:t>
        <w:br/>
        <w:t>Проте кричать по стогнищах не стану,&lt;br /&gt;</w:t>
        <w:br/>
        <w:t>Бо і мене, й думки мої уряд&lt;br /&gt;</w:t>
        <w:br/>
        <w:t>Задавить враз,— його ще перевага!&lt;br /&gt;</w:t>
        <w:br/>
        <w:t>Я вірним лиш признаюсь крадькома,&lt;br /&gt;</w:t>
        <w:br/>
        <w:t>Щоб ширити мої думки потиху...&lt;br /&gt;</w:t>
        <w:br/>
        <w:t>Ти галас зняв зарано, сину мій,&lt;br /&gt;</w:t>
        <w:br/>
        <w:t>І хибу ту тобі поправить треба.&lt;br /&gt;</w:t>
        <w:br/>
        <w:t>(Пауза).&lt;br /&gt;</w:t>
        <w:br/>
        <w:t>Хоч і послав мене сюди уряд,&lt;br /&gt;</w:t>
        <w:br/>
        <w:t>Але прийшов я з щирим, теплим серцем,&lt;br /&gt;</w:t>
        <w:br/>
        <w:t>Клянуся всім,— хоч вір, а хоч не вір!&lt;br /&gt;</w:t>
        <w:br/>
        <w:t>Не для себе поступишся, для других:&lt;br /&gt;</w:t>
        <w:br/>
        <w:t>Без пастиря ж погинуть вівці всі...&lt;br /&gt;</w:t>
        <w:br/>
        <w:t>Себе зрятуй, то тим і їх зрятуєш!&lt;br /&gt;</w:t>
        <w:br/>
        <w:t>Братковський&lt;br /&gt;</w:t>
        <w:br/>
        <w:t>Для чого ж їм той зрадник? Іще гірш&lt;br /&gt;</w:t>
        <w:br/>
        <w:t>Розпудиться зневажена громада,&lt;br /&gt;</w:t>
        <w:br/>
        <w:t>Як гетьман сам збруднить, злама свій стяг.&lt;br /&gt;</w:t>
        <w:br/>
        <w:t>Але скажи по правді, отче любий:&lt;br /&gt;</w:t>
        <w:br/>
        <w:t>За зраду лиш мені дають життя,&lt;br /&gt;</w:t>
        <w:br/>
        <w:t>За вірність же мене жде смерть?</w:t>
      </w:r>
    </w:p>
    <w:p>
      <w:r>
        <w:br/>
        <w:t>Не знаю.,&lt;br /&gt;</w:t>
        <w:br/>
        <w:t>Вони, либонь, тебе пустити хтять,&lt;br /&gt;</w:t>
        <w:br/>
        <w:t>Але на їх я не звіряюсь слово,&lt;br /&gt;</w:t>
        <w:br/>
        <w:t>Бо в боротьбі слів гонору нема,&lt;br /&gt;</w:t>
        <w:br/>
        <w:t>А єсть одна омана й ошуканство.&lt;br /&gt;</w:t>
        <w:br/>
        <w:t>Тут — хто кого. Одна мета у всіх —&lt;br /&gt;</w:t>
        <w:br/>
        <w:t>Противця вбить і роздавить п'ятою!&lt;br /&gt;</w:t>
        <w:br/>
        <w:t>Тобі хотять пожаловать життя,&lt;br /&gt;</w:t>
        <w:br/>
        <w:t>Щоб ласкою тебе цілком купити,&lt;br /&gt;</w:t>
        <w:br/>
        <w:t>Вважаючи, що ти лишень один&lt;br /&gt;</w:t>
        <w:br/>
        <w:t>Поспольство враз здолаєш у гнобити:&lt;br /&gt;</w:t>
        <w:br/>
        <w:t>Я певен в тім, що за тобою вслід&lt;br /&gt;</w:t>
        <w:br/>
        <w:t>Товаришів всіх випустять на волю;&lt;br /&gt;</w:t>
        <w:br/>
        <w:t>Уряд бажа схилить вас на свій бік,&lt;br /&gt;</w:t>
        <w:br/>
        <w:t>А не карать на голову, бо страта&lt;br /&gt;</w:t>
        <w:br/>
        <w:t>Часами ще підбурює думки...&lt;br /&gt;</w:t>
        <w:br/>
        <w:t>А віру ти... на час...&lt;br /&gt;</w:t>
        <w:br/>
        <w:t>Братковський&lt;br /&gt;</w:t>
        <w:br/>
        <w:t>Велебний ксьондже,&lt;br /&gt;</w:t>
        <w:br/>
        <w:t>Прорік єси ти правду пресвяту,&lt;br /&gt;</w:t>
        <w:br/>
        <w:t>Що кара, смерть підбурює повстання.&lt;br /&gt;</w:t>
        <w:br/>
        <w:t>Ксьондз&lt;br /&gt;</w:t>
        <w:br/>
        <w:t>Але й з пища найкращі сили теж.&lt;br /&gt;</w:t>
        <w:br/>
        <w:t>З тобою я одвертий, любий сину,&lt;br /&gt;</w:t>
        <w:br/>
        <w:t>І лиш любов та лагідний прихил&lt;br /&gt;</w:t>
        <w:br/>
        <w:t>Примусили мене піти до тебе...&lt;br /&gt;</w:t>
        <w:br/>
        <w:t>Не в вірі річ: для влади байдуже,&lt;br /&gt;</w:t>
        <w:br/>
        <w:t>Яким хрестом ти славиш свого бога;&lt;br /&gt;</w:t>
        <w:br/>
        <w:t>Для неї лиш покора дорога,&lt;br /&gt;</w:t>
        <w:br/>
        <w:t>Вона ціпить твоє слух'янство...&lt;br /&gt;</w:t>
        <w:br/>
        <w:t>Братковський&lt;br /&gt;</w:t>
        <w:br/>
        <w:t>Мало:&lt;br /&gt;</w:t>
        <w:br/>
        <w:t>Вона бажа принизити мене,&lt;br /&gt;</w:t>
        <w:br/>
        <w:t>Зламать внівець мої переконання,&lt;br /&gt;</w:t>
        <w:br/>
        <w:t>Оганьбити величний наш псалом,&lt;br /&gt;</w:t>
        <w:br/>
        <w:t>Оплямити на очі нашу правду!&lt;br /&gt;</w:t>
        <w:br/>
        <w:t>Ксьондз&lt;br /&gt;</w:t>
        <w:br/>
        <w:t>Але за те — життя і пільга всім,&lt;br /&gt;</w:t>
        <w:br/>
        <w:t>А цим добром скористуватись можна...&lt;br /&gt;</w:t>
        <w:br/>
        <w:t>Я б відплатив вет за вет владі тій:&lt;br /&gt;</w:t>
        <w:br/>
        <w:t>Коли вона примусом вимагає,—&lt;br /&gt;</w:t>
        <w:br/>
        <w:t>Піймав би я на гак її саму...&lt;br /&gt;</w:t>
        <w:br/>
        <w:t>Братковський&lt;br /&gt;</w:t>
        <w:br/>
        <w:t>І ти б мені, найпревелебний отче,&lt;br /&gt;</w:t>
        <w:br/>
        <w:t>Порадив що?&lt;br /&gt;</w:t>
        <w:br/>
        <w:t>Ксьондз&lt;br /&gt;</w:t>
        <w:br/>
        <w:t>Прикинутись, а потім... вільний шлях.&lt;br /&gt;</w:t>
        <w:br/>
        <w:t>Братковський (з ухмилкою).&lt;br /&gt;</w:t>
        <w:br/>
        <w:t>Прикшгутись? Це й сторож мені радив...&lt;br /&gt;</w:t>
        <w:br/>
        <w:t>Ксьондз&lt;br /&gt;</w:t>
        <w:br/>
        <w:t>Вони тобі все, все дадуть,— клянусь!&lt;br /&gt;</w:t>
        <w:br/>
        <w:t>Подумай! Ет, аби з тюрми за двері!&lt;br /&gt;</w:t>
        <w:br/>
        <w:t>Чекає там подружжя дороге&lt;br /&gt;</w:t>
        <w:br/>
        <w:t>З малим синком... По карі — й їм покута...&lt;br /&gt;</w:t>
        <w:br/>
        <w:t>Братковський&lt;br /&gt;</w:t>
        <w:br/>
        <w:t>Жона! Дитя!.. Знов запеклося тут!&lt;br /&gt;</w:t>
        <w:br/>
        <w:t>(Вхопився за серце, встав і почав ходити).&lt;br /&gt;</w:t>
        <w:br/>
        <w:t>Як боляче... як шкода серцю любих!&lt;br /&gt;</w:t>
        <w:br/>
        <w:t>Що стапеться без мене з ними! Ох,&lt;br /&gt;</w:t>
        <w:br/>
        <w:t>В моїх руках і мій, і їх рятунок...&lt;br /&gt;</w:t>
        <w:br/>
        <w:t>(Зупиняється збоку).&lt;br /&gt;</w:t>
        <w:br/>
        <w:t>Як порива привабами життя!..&lt;br /&gt;</w:t>
        <w:br/>
        <w:t>(Ламав руки).&lt;br /&gt;</w:t>
        <w:br/>
        <w:t>Від полум'я у мене сохне мозок...&lt;br /&gt;</w:t>
        <w:br/>
        <w:t>І в'яне міць.&lt;br /&gt;</w:t>
        <w:br/>
        <w:t>(Пауза. Видко страждання. Осмілився і підходить швидко&lt;br /&gt;</w:t>
        <w:br/>
        <w:t>до ксьондза).&lt;br /&gt;</w:t>
        <w:br/>
        <w:t>Ні, краще нагла смерть,&lt;br /&gt;</w:t>
        <w:br/>
        <w:t>Аніж життя, зганоблене шельмовством,&lt;br /&gt;</w:t>
        <w:br/>
        <w:t>Я радощів безчестям не куплю!&lt;br /&gt;</w:t>
        <w:br/>
        <w:t>Неправдою не оборониш правди,&lt;br /&gt;</w:t>
        <w:br/>
        <w:t>Оманою тільки послужиш лжі,&lt;br /&gt;</w:t>
        <w:br/>
        <w:t>А лжа єсть князь ненависті і ґвалту,&lt;br /&gt;</w:t>
        <w:br/>
        <w:t>Який весь люд опріг в тяжке ярмо,&lt;br /&gt;</w:t>
        <w:br/>
        <w:t>Кайданами скував і руки, й розум,&lt;br /&gt;</w:t>
        <w:br/>
        <w:t>І вільний дух принизив...&lt;br /&gt;</w:t>
        <w:br/>
        <w:t>Сину мій!&lt;br /&gt;</w:t>
        <w:br/>
        <w:t>Ясна душа у тебе й серце чисте;&lt;br /&gt;</w:t>
        <w:br/>
        <w:t>Святий вогонь любові гріє їх,—&lt;br /&gt;</w:t>
        <w:br/>
        <w:t>Високе то надання бога слави...&lt;br /&gt;</w:t>
        <w:br/>
        <w:t>Побереяги ж посудину драгу,&lt;br /&gt;</w:t>
        <w:br/>
        <w:t>В якій лежать предвічного клсйполи.&lt;br /&gt;</w:t>
        <w:br/>
        <w:t>О, вороги ненатлі і сліпі,&lt;br /&gt;</w:t>
        <w:br/>
        <w:t>Вони її не пошанують!&lt;br /&gt;</w:t>
        <w:br/>
        <w:t>Братковський&lt;br /&gt;</w:t>
        <w:br/>
        <w:t>Отче!&lt;br /&gt;</w:t>
        <w:br/>
        <w:t>За правду смерть — се правди торжество,&lt;br /&gt;</w:t>
        <w:br/>
        <w:t>Святих думок над темністю звитяга!&lt;br /&gt;</w:t>
        <w:br/>
        <w:t>Ксьондз&lt;br /&gt;</w:t>
        <w:br/>
        <w:t>0 сину мій! Ти переміг мене,&lt;br /&gt;</w:t>
        <w:br/>
        <w:t>Твоїй душі величній я вклоняюсь...&lt;br /&gt;</w:t>
        <w:br/>
        <w:t>Лукавити не можу: так, борець&lt;br /&gt;</w:t>
        <w:br/>
        <w:t>За грішний мир, навчитель найсвятіший,&lt;br /&gt;</w:t>
        <w:br/>
        <w:t>Поніс на хрест за нас свою любов!&lt;br /&gt;</w:t>
        <w:br/>
        <w:t>Братковський&lt;br /&gt;</w:t>
        <w:br/>
        <w:t>Твої слова мастять єлеєм рани&lt;br /&gt;</w:t>
        <w:br/>
        <w:t>1 серце се воложать...&lt;br /&gt;</w:t>
        <w:br/>
        <w:t>Ксьондз (палко).&lt;br /&gt;</w:t>
        <w:br/>
        <w:t>Ні, не вмреш!&lt;br /&gt;</w:t>
        <w:br/>
        <w:t>Іду благать... Надіюся на бога!&lt;br /&gt;</w:t>
        <w:br/>
        <w:t>Ти все святе порушив в серці сім...&lt;br /&gt;</w:t>
        <w:br/>
        <w:t>Як жаль тебе!.. Як я... моя дитино,&lt;br /&gt;</w:t>
        <w:br/>
        <w:t>Тебе люблю!.. Повір,— бажав добра!..&lt;br /&gt;</w:t>
        <w:br/>
        <w:t>Братковський&lt;br /&gt;</w:t>
        <w:br/>
        <w:t>О, вірю я! (Кидається, цілу в йому руку).&lt;br /&gt;</w:t>
        <w:br/>
        <w:t>Ксьондз (обніма).&lt;br /&gt;</w:t>
        <w:br/>
        <w:t>Мій друже, мій коханий!&lt;br /&gt;</w:t>
        <w:br/>
        <w:t>За тебе хай заступиться господь&lt;br /&gt;</w:t>
        <w:br/>
        <w:t>І ризою небесною окриє!&lt;br /&gt;</w:t>
        <w:br/>
        <w:t>Ох, що за міць — незміряна любов!&lt;br /&gt;</w:t>
        <w:br/>
        <w:t>Коли б вона опанувала миром,&lt;br /&gt;</w:t>
        <w:br/>
        <w:t>То віри всі собою б поняла&lt;br /&gt;</w:t>
        <w:br/>
        <w:t>Й посіяла б на цілім світі щастя...&lt;br /&gt;</w:t>
        <w:br/>
        <w:t>Благослови ж бездольця, всеблагийі&lt;br /&gt;</w:t>
        <w:br/>
        <w:t>В'язень став навколішки.&lt;br /&gt;</w:t>
        <w:br/>
        <w:t>Скрепи йому і серце, й волю; душу ж&lt;br /&gt;</w:t>
        <w:br/>
        <w:t>Прийми п свої оселища ясні!&lt;br /&gt;</w:t>
        <w:br/>
        <w:t>Мужайсь,— іду... і визволю... Сподійся!&lt;br /&gt;</w:t>
        <w:br/>
        <w:t>Братковський (обніма).&lt;br /&gt;</w:t>
        <w:br/>
        <w:t>Мій батьку... мій єдиний...&lt;br /&gt;</w:t>
        <w:br/>
        <w:t>Ксьондз (зрушений до сліз, показує на небо).&lt;br /&gt;</w:t>
        <w:br/>
        <w:t>Бог єдині&lt;br /&gt;</w:t>
        <w:br/>
        <w:t>(Виходить).&lt;br /&gt;</w:t>
        <w:br/>
        <w:t>Сторож бере свічку і хутко зачиня двері.</w:t>
      </w:r>
    </w:p>
    <w:p>
      <w:r>
        <w:br/>
        <w:t>ЯВА VIII&lt;br /&gt;</w:t>
        <w:br/>
        <w:t>Братковський сам.&lt;br /&gt;</w:t>
        <w:br/>
        <w:t>Братковський (по паузі).&lt;br /&gt;</w:t>
        <w:br/>
        <w:t>Кінець всьому: вже вороття немає,&lt;br /&gt;</w:t>
        <w:br/>
        <w:t>Що суджено, те й збудеться... Я рад,&lt;br /&gt;</w:t>
        <w:br/>
        <w:t>Що переміг себе й палку спокусу...&lt;br /&gt;</w:t>
        <w:br/>
        <w:t>Ах, далі все!.. (Пауза).&lt;br /&gt;</w:t>
        <w:br/>
        <w:t>Жде кара й смерть... Нехай!&lt;br /&gt;</w:t>
        <w:br/>
        <w:t>Лукавлять ті, що волю обіцяють...&lt;br /&gt;</w:t>
        <w:br/>
        <w:t>(Пройшовся хитаючись і сів коло столу, де й склянка&lt;br /&gt;</w:t>
        <w:br/>
        <w:t>з вином).&lt;br /&gt;</w:t>
        <w:br/>
        <w:t>Мов силу хто у мене одібрав,&lt;br /&gt;</w:t>
        <w:br/>
        <w:t>І голова мов туманбм повита...&lt;br /&gt;</w:t>
        <w:br/>
        <w:t>А! Ось вино... Доп'ю і підкріплюсь,&lt;br /&gt;</w:t>
        <w:br/>
        <w:t>Та ляжу ще, щоб ніч сю перебути...&lt;br /&gt;</w:t>
        <w:br/>
        <w:t>( Лягав ).&lt;br /&gt;</w:t>
        <w:br/>
        <w:t>Ах, ксьондз який... про волю мою дба...&lt;br /&gt;</w:t>
        <w:br/>
        <w:t>Таких ксьондзів не бачив... Я спокійно&lt;br /&gt;</w:t>
        <w:br/>
        <w:t>На його здамсь... Ох, ноги, руки й все&lt;br /&gt;</w:t>
        <w:br/>
        <w:t>Мов олпвом налите... Годі ж, годі&lt;br /&gt;</w:t>
        <w:br/>
        <w:t>Бентежитись... Аби ця ніч пройшла,&lt;br /&gt;</w:t>
        <w:br/>
        <w:t>А доля ще нам посприя... Я певен...&lt;br /&gt;</w:t>
        <w:br/>
        <w:t>(Тихо засипа).&lt;br /&gt;</w:t>
        <w:br/>
        <w:t>Починається провідна музика.&lt;br /&gt;</w:t>
        <w:br/>
        <w:t>ЯВА IX&lt;br /&gt;</w:t>
        <w:br/>
        <w:t>Знову з'являються на тюремній стіні хмари; стіна під ними вни-&lt;br /&gt;</w:t>
        <w:br/>
        <w:t>кав і замість неї виникав друга картина: небагата, але чиста кім-&lt;br /&gt;</w:t>
        <w:br/>
        <w:t>ната, мов спальня; ліжко, коло його колиска, багато книжок,&lt;br /&gt;</w:t>
        <w:br/>
        <w:t>жіночі роботи; все охайливо, привітно вбрато.&lt;br /&gt;</w:t>
        <w:br/>
        <w:t>ПаніТася сама.</w:t>
      </w:r>
    </w:p>
    <w:p>
      <w:r>
        <w:br/>
        <w:t>Тася-иати (що була в першій картині панною, коли"&lt;br /&gt;</w:t>
        <w:br/>
        <w:t>ше свою дитину й співа).&lt;br /&gt;</w:t>
        <w:br/>
        <w:t>Люлі, люлі, люлі!&lt;br /&gt;</w:t>
        <w:br/>
        <w:t>Спи, мій синку любий,&lt;br /&gt;</w:t>
        <w:br/>
        <w:t>Поки не мав згуби,&lt;br /&gt;</w:t>
        <w:br/>
        <w:t>Поки лиха не зазнав&lt;br /&gt;</w:t>
        <w:br/>
        <w:t>І бездольців не вбачав!&lt;br /&gt;</w:t>
        <w:br/>
        <w:t>Люлі, люлі, дитино!&lt;br /&gt;</w:t>
        <w:br/>
        <w:t>Моя зірко єдина!&lt;br /&gt;</w:t>
        <w:br/>
        <w:t>Пройдуть хутко дні ясні&lt;br /&gt;</w:t>
        <w:br/>
        <w:t>У рожевім тихім сні&lt;br /&gt;</w:t>
        <w:br/>
        <w:t>І настануть нудні,&lt;br /&gt;</w:t>
        <w:br/>
        <w:t>Повні праці будні;&lt;br /&gt;</w:t>
        <w:br/>
        <w:t>Станеш, синку, підростать —&lt;br /&gt;</w:t>
        <w:br/>
        <w:t>Будеш долю проклинать...&lt;br /&gt;</w:t>
        <w:br/>
        <w:t>Люлі, люлі, дитино,&lt;br /&gt;</w:t>
        <w:br/>
        <w:t>Моя зірко єдина!&lt;br /&gt;</w:t>
        <w:br/>
        <w:t>Як зростеш, мій сину,&lt;br /&gt;</w:t>
        <w:br/>
        <w:t>Полюби Вкраїну,&lt;br /&gt;</w:t>
        <w:br/>
        <w:t>Бийся за голоту,&lt;br /&gt;</w:t>
        <w:br/>
        <w:t>Що несе скорботу.&lt;br /&gt;</w:t>
        <w:br/>
        <w:t>Поки пекло скрізь, не дбай&lt;br /&gt;</w:t>
        <w:br/>
        <w:t>Про свій власний тихий рай!&lt;br /&gt;</w:t>
        <w:br/>
        <w:t>Люлі, люлі, дитино,&lt;br /&gt;</w:t>
        <w:br/>
        <w:t>Моя зірко єдина!</w:t>
      </w:r>
    </w:p>
    <w:p>
      <w:r>
        <w:br/>
        <w:t>ЯВА X&lt;br /&gt;</w:t>
        <w:br/>
        <w:t>Ті ж і Степан.&lt;br /&gt;</w:t>
        <w:br/>
        <w:t>Степан (входить).&lt;br /&gt;</w:t>
        <w:br/>
        <w:t>Голубонько, воркота моя тиха!&lt;br /&gt;</w:t>
        <w:br/>
        <w:t>Втомився я: все квапивсь покінчить,&lt;br /&gt;</w:t>
        <w:br/>
        <w:t>Щоб тут уже, в раю своїм, спочити...&lt;br /&gt;</w:t>
        <w:br/>
        <w:t>(Обніма її).&lt;br /&gt;</w:t>
        <w:br/>
        <w:t>Та ся (обніма).&lt;br /&gt;</w:t>
        <w:br/>
        <w:t>Ти трудишся надміру, любий мій,&lt;br /&gt;</w:t>
        <w:br/>
        <w:t>Тра обачніш: надірвеш швидко сили.&lt;br /&gt;</w:t>
        <w:br/>
        <w:t>(Лащиться).</w:t>
      </w:r>
    </w:p>
    <w:p>
      <w:r>
        <w:br/>
        <w:t>Степан&lt;br /&gt;</w:t>
        <w:br/>
        <w:t>Тася</w:t>
      </w:r>
    </w:p>
    <w:p>
      <w:r>
        <w:br/>
        <w:t>Степан</w:t>
      </w:r>
    </w:p>
    <w:p>
      <w:r>
        <w:br/>
        <w:t>Тася&lt;br /&gt;</w:t>
        <w:br/>
        <w:t>Степан</w:t>
      </w:r>
    </w:p>
    <w:p>
      <w:r>
        <w:br/>
        <w:t>Ще молоді, хай постаткують...</w:t>
      </w:r>
    </w:p>
    <w:p>
      <w:r>
        <w:br/>
        <w:t>Ой,&lt;br /&gt;</w:t>
        <w:br/>
        <w:t>А як впадуть, то лихо нас осяде...</w:t>
      </w:r>
    </w:p>
    <w:p>
      <w:r>
        <w:br/>
        <w:t>Хай спить воно, до нас не зазира,&lt;br /&gt;</w:t>
        <w:br/>
        <w:t>Поки в моїй господі сяє сонце...&lt;br /&gt;</w:t>
        <w:br/>
        <w:t>А що синок?</w:t>
      </w:r>
    </w:p>
    <w:p>
      <w:r>
        <w:br/>
        <w:t>Всміхається уже —&lt;br /&gt;</w:t>
        <w:br/>
        <w:t>Либонь, йому райські садочки сняться.</w:t>
      </w:r>
    </w:p>
    <w:p>
      <w:r>
        <w:br/>
        <w:t>Всміхається? Е, знати, вже юнак!..&lt;br /&gt;</w:t>
        <w:br/>
        <w:t>Дай я візьму на руки... (До колиски),&lt;br /&gt;</w:t>
        <w:br/>
        <w:t>Тася (попереджа).&lt;br /&gt;</w:t>
        <w:br/>
        <w:t>Жаль, розбудиш...&lt;br /&gt;</w:t>
        <w:br/>
        <w:t>Не ::_спалось; хай краще спочива&lt;br /&gt;</w:t>
        <w:br/>
        <w:t>Та Е"5ира краси, здоров'я, сили...&lt;br /&gt;</w:t>
        <w:br/>
        <w:t>Степан&lt;br /&gt;</w:t>
        <w:br/>
        <w:t>Нехай, нехай; я полюбую й так.&lt;br /&gt;</w:t>
        <w:br/>
        <w:t>(Зазира).&lt;br /&gt;</w:t>
        <w:br/>
        <w:t>Любесенький!.. Ой, трудно утриматись,—&lt;br /&gt;</w:t>
        <w:br/>
        <w:t>Не чмокнути в рожеві вустоньки,&lt;br /&gt;</w:t>
        <w:br/>
        <w:t>Не ущипнуть пампушечок біленьких,&lt;br /&gt;</w:t>
        <w:br/>
        <w:t>Не погойдать...&lt;br /&gt;</w:t>
        <w:br/>
        <w:t>У а с я (цілує Степана).&lt;br /&gt;</w:t>
        <w:br/>
        <w:t>Коханий, любий мій!&lt;br /&gt;</w:t>
        <w:br/>
        <w:t>А придивись,— та то ж твоє обличчя:&lt;br /&gt;</w:t>
        <w:br/>
        <w:t>І ніс такий, і брови, й вустоньки,&lt;br /&gt;</w:t>
        <w:br/>
        <w:t>І весь оклад... та навіть і ухмилка&lt;br /&gt;</w:t>
        <w:br/>
        <w:t>Твоя, твоя! Я тим його люблю&lt;br /&gt;</w:t>
        <w:br/>
        <w:t>Ще запальніш; бо як тебе немає,&lt;br /&gt;</w:t>
        <w:br/>
        <w:t>То на своє дивлюся немовля,&lt;br /&gt;</w:t>
        <w:br/>
        <w:t>І в рисах тих вбачаю його батька,&lt;br /&gt;</w:t>
        <w:br/>
        <w:t>Єдиную дружиноньку мою! (Обніма)*&lt;br /&gt;</w:t>
        <w:br/>
        <w:t>Степан&lt;br /&gt;</w:t>
        <w:br/>
        <w:t>Єдинеє ти щастя І&lt;br /&gt;</w:t>
        <w:br/>
        <w:t>Т а с я (похопившись).&lt;br /&gt;</w:t>
        <w:br/>
        <w:t>Добре щастя!&lt;br /&gt;</w:t>
        <w:br/>
        <w:t>Базікаю, а в думку й не візьму,&lt;br /&gt;</w:t>
        <w:br/>
        <w:t>Що чоловік спрацьований, голодний,—&lt;br /&gt;</w:t>
        <w:br/>
        <w:t>Вечеряти б...&lt;br /&gt;</w:t>
        <w:br/>
        <w:t>Степан&lt;br /&gt;</w:t>
        <w:br/>
        <w:t>Та не турбуйсь: мені&lt;br /&gt;</w:t>
        <w:br/>
        <w:t>Не хочеться і їсти,— все б дивився&lt;br /&gt;</w:t>
        <w:br/>
        <w:t>На вас обох...&lt;br /&gt;</w:t>
        <w:br/>
        <w:t>Та ся (порається).&lt;br /&gt;</w:t>
        <w:br/>
        <w:t>Ха-ха! Обридли б так!..&lt;br /&gt;</w:t>
        <w:br/>
        <w:t>Ти не вважай, що я б то не хазяйка:&lt;br /&gt;</w:t>
        <w:br/>
        <w:t>У мене все готово,— я сама&lt;br /&gt;</w:t>
        <w:br/>
        <w:t>Вже пораюсь, без наймичбк і служок.&lt;br /&gt;</w:t>
        <w:br/>
        <w:t>Ти тим здивуй...&lt;br /&gt;</w:t>
        <w:br/>
        <w:t>Степан (скида жупан).&lt;br /&gt;</w:t>
        <w:br/>
        <w:t>О серце дороге!&lt;br /&gt;</w:t>
        <w:br/>
        <w:t>Але, на жаль, змозолиш рученята...&lt;br /&gt;</w:t>
        <w:br/>
        <w:t>Тася&lt;br /&gt;</w:t>
        <w:br/>
        <w:t>Ні, не на жаль: так треба, бо німі&lt;br /&gt;</w:t>
        <w:br/>
        <w:t>Без діл слова; а ми повинні з людом&lt;br /&gt;</w:t>
        <w:br/>
        <w:t>Зрівнятися у праці.. Приклад той&lt;br /&gt;</w:t>
        <w:br/>
        <w:t>Підніме нас і нашу думку братства&lt;br /&gt;</w:t>
        <w:br/>
        <w:t>Поширить враз...&lt;br /&gt;</w:t>
        <w:br/>
        <w:t>Степан&lt;br /&gt;</w:t>
        <w:br/>
        <w:t>Голівко золота!&lt;br /&gt;</w:t>
        <w:br/>
        <w:t>Дивуюся й вклоняюсь твоїй силі:&lt;br /&gt;</w:t>
        <w:br/>
        <w:t>Перемогла й надання родове!&lt;br /&gt;</w:t>
        <w:br/>
        <w:t>Тася&lt;br /&gt;</w:t>
        <w:br/>
        <w:t>Ой, не хвали, ще перехвалиш...&lt;br /&gt;</w:t>
        <w:br/>
        <w:t>Степан&lt;br /&gt;</w:t>
        <w:br/>
        <w:t>Зроду!&lt;br /&gt;</w:t>
        <w:br/>
        <w:t>Тася (жартливо).&lt;br /&gt;</w:t>
        <w:br/>
        <w:t>А все ж таки ти гребаєш... Не йыеш&lt;br /&gt;</w:t>
        <w:br/>
        <w:t>Моїм рукам, смаку моему віри...&lt;br /&gt;</w:t>
        <w:br/>
        <w:t>А я і мед вварила...&lt;br /&gt;</w:t>
        <w:br/>
        <w:t>Степан&lt;br /&gt;</w:t>
        <w:br/>
        <w:t>Ну, давай,&lt;br /&gt;</w:t>
        <w:br/>
        <w:t>Скуштуємо!..&lt;br /&gt;</w:t>
        <w:br/>
        <w:t>Тася (подав на таці).&lt;br /&gt;</w:t>
        <w:br/>
        <w:t>Тільки не гримай дуже,&lt;br /&gt;</w:t>
        <w:br/>
        <w:t>Коли невлад!&lt;br /&gt;</w:t>
        <w:br/>
        <w:t>Степан (сміється).&lt;br /&gt;</w:t>
        <w:br/>
        <w:t>Я невпросимий...&lt;br /&gt;</w:t>
        <w:br/>
        <w:t>Тася (налива в кубок).&lt;br /&gt;</w:t>
        <w:br/>
        <w:t>Ой?!&lt;br /&gt;</w:t>
        <w:br/>
        <w:t>Ну, пий... Куштуй! (Ставить кубок),&lt;br /&gt;</w:t>
        <w:br/>
        <w:t>Степан (п'е).&lt;br /&gt;</w:t>
        <w:br/>
        <w:t>Чудовий! Нектар а неба!&lt;br /&gt;</w:t>
        <w:br/>
        <w:t>3 тобою — рай!&lt;br /&gt;</w:t>
        <w:br/>
        <w:t>Тася (весело).&lt;br /&gt;</w:t>
        <w:br/>
        <w:t>Як рада я!&lt;br /&gt;</w:t>
        <w:br/>
        <w:t>Степан&lt;br /&gt;</w:t>
        <w:br/>
        <w:t>А я&lt;br /&gt;</w:t>
        <w:br/>
        <w:t>Не знаю й як! Без міри!&lt;br /&gt;</w:t>
        <w:br/>
        <w:t>(Раптом обнімав жінку).&lt;br /&gt;</w:t>
        <w:br/>
        <w:t>Тася&lt;br /&gt;</w:t>
        <w:br/>
        <w:t>Ой, помалу,&lt;br /&gt;</w:t>
        <w:br/>
        <w:t>Аж налякав! (Цілув його).&lt;br /&gt;</w:t>
        <w:br/>
        <w:t>Ось і тобі ж! (Підлива).&lt;br /&gt;</w:t>
        <w:br/>
        <w:t>Ну ж, пий!&lt;br /&gt;</w:t>
        <w:br/>
        <w:t>Нам бог послав таке надмірне щастя,&lt;br /&gt;</w:t>
        <w:br/>
        <w:t>Що аж боюсь...&lt;br /&gt;</w:t>
        <w:br/>
        <w:t>Степан&lt;br /&gt;</w:t>
        <w:br/>
        <w:t>Не бійсь!&lt;br /&gt;</w:t>
        <w:br/>
        <w:t>Не зламлеться!</w:t>
      </w:r>
    </w:p>
    <w:p>
      <w:r>
        <w:br/>
        <w:t>Тася (любує на нього. Пауза).&lt;br /&gt;</w:t>
        <w:br/>
        <w:t>А справа як?&lt;br /&gt;</w:t>
        <w:br/>
        <w:t>Степан&lt;br /&gt;</w:t>
        <w:br/>
        <w:t>Росте, росте й перемагав темінь.&lt;br /&gt;</w:t>
        <w:br/>
        <w:t>Прокинулась гордота у рабів:&lt;br /&gt;</w:t>
        <w:br/>
        <w:t>Хай нам Палій подасть лиш гасло — разом&lt;br /&gt;</w:t>
        <w:br/>
        <w:t>Ми почнемо святую боротьбу.&lt;br /&gt;</w:t>
        <w:br/>
        <w:t>Тася&lt;br /&gt;</w:t>
        <w:br/>
        <w:t>Коли б скоріші&lt;br /&gt;</w:t>
        <w:br/>
        <w:t>Степан&lt;br /&gt;</w:t>
        <w:br/>
        <w:t>Ще зачекати треба,&lt;br /&gt;</w:t>
        <w:br/>
        <w:t>Поки на світ розвидниться.&lt;br /&gt;</w:t>
        <w:br/>
        <w:t>Тася&lt;br /&gt;</w:t>
        <w:br/>
        <w:t>Хіба ж&lt;br /&gt;</w:t>
        <w:br/>
        <w:t>Напасники дадуть діждатись днини?&lt;br /&gt;</w:t>
        <w:br/>
        <w:t>Степан&lt;br /&gt;</w:t>
        <w:br/>
        <w:t>Б, сплять вони, вважаючи всіх нас&lt;br /&gt;</w:t>
        <w:br/>
        <w:t>За немічне, якесь мізерне бидло...&lt;br /&gt;</w:t>
        <w:br/>
        <w:t>Я маю вже палких товаришів,&lt;br /&gt;</w:t>
        <w:br/>
        <w:t>Які думки громади розповсюдять&lt;br /&gt;</w:t>
        <w:br/>
        <w:t>І сили всім бездольним насталять.&lt;br /&gt;</w:t>
        <w:br/>
        <w:t>Тася&lt;br /&gt;</w:t>
        <w:br/>
        <w:t>О, ти всьому і голова, і серце,&lt;br /&gt;</w:t>
        <w:br/>
        <w:t>Моя пихо, моя гордото! Як&lt;br /&gt;</w:t>
        <w:br/>
        <w:t>Тебе люблю, кохаю і молюся&lt;br /&gt;</w:t>
        <w:br/>
        <w:t>Твоїй святій, проясненій душі!&lt;br /&gt;</w:t>
        <w:br/>
        <w:t>Степан (обніма).&lt;br /&gt;</w:t>
        <w:br/>
        <w:t>Ти — мій клейнод, твоя підмога — сила!&lt;br /&gt;</w:t>
        <w:br/>
        <w:t>Тася&lt;br /&gt;</w:t>
        <w:br/>
        <w:t>Тривай, либонь, прокинулось дитя. (Підбіга).&lt;br /&gt;</w:t>
        <w:br/>
        <w:t>Степан (за нею).&lt;br /&gt;</w:t>
        <w:br/>
        <w:t>Сміється? Гей, сюди давай хлопчину!..&lt;br /&gt;</w:t>
        <w:br/>
        <w:t>Посадимо на ногу верхи...&lt;br /&gt;</w:t>
        <w:br/>
        <w:t>Тася (нахилилась над колискою).&lt;br /&gt;</w:t>
        <w:br/>
        <w:t>Стій!&lt;br /&gt;</w:t>
        <w:br/>
        <w:t>Впорядимось... О, потягусі-гусі!&lt;br /&gt;</w:t>
        <w:br/>
        <w:t>532&lt;br /&gt;</w:t>
        <w:br/>
        <w:t>ЯВА XI&lt;br /&gt;</w:t>
        <w:br/>
        <w:t>Ті ж і Остап.&lt;br /&gt;</w:t>
        <w:br/>
        <w:t>Остап (вбіга).&lt;br /&gt;</w:t>
        <w:br/>
        <w:t>Там гвалт вчинивсь; накрили вже кількох...&lt;br /&gt;</w:t>
        <w:br/>
        <w:t>Всі ждуть тебе... твоєї хочуть ради:&lt;br /&gt;</w:t>
        <w:br/>
        <w:t>Чи утікать, ховатись по кутках,&lt;br /&gt;</w:t>
        <w:br/>
        <w:t>Чи виступать проти катів?&lt;br /&gt;</w:t>
        <w:br/>
        <w:t>Степан (стоїть хвилину, остовпівши).&lt;br /&gt;</w:t>
        <w:br/>
        <w:t>Як зразу&lt;br /&gt;</w:t>
        <w:br/>
        <w:t>Затемрпвся мій ясний день; знялась&lt;br /&gt;</w:t>
        <w:br/>
        <w:t>Негадано розсатаніла буря&lt;br /&gt;</w:t>
        <w:br/>
        <w:t>І все зносе!&lt;br /&gt;</w:t>
        <w:br/>
        <w:t>Остап&lt;br /&gt;</w:t>
        <w:br/>
        <w:t>Так краще почекать,—&lt;br /&gt;</w:t>
        <w:br/>
        <w:t>Не побороть нам ворога тепера!&lt;br /&gt;</w:t>
        <w:br/>
        <w:t>Степан&lt;br /&gt;</w:t>
        <w:br/>
        <w:t>А тих, що вже узято до тюрми,&lt;br /&gt;</w:t>
        <w:br/>
        <w:t>Лишити там на згубу?&lt;br /&gt;</w:t>
        <w:br/>
        <w:t>Остап&lt;br /&gt;</w:t>
        <w:br/>
        <w:t>Що ж ми вчиним?&lt;br /&gt;</w:t>
        <w:br/>
        <w:t>Степан&lt;br /&gt;</w:t>
        <w:br/>
        <w:t>А справу як? Втоптати у багно?&lt;br /&gt;</w:t>
        <w:br/>
        <w:t>Остап&lt;br /&gt;</w:t>
        <w:br/>
        <w:t>На час... поки своїх і сім'ї...&lt;br /&gt;</w:t>
        <w:br/>
        <w:t>Степан (палко).&lt;br /&gt;</w:t>
        <w:br/>
        <w:t>Сбром&lt;br /&gt;</w:t>
        <w:br/>
        <w:t>Про себе дбать, коли братів-борців&lt;br /&gt;</w:t>
        <w:br/>
        <w:t>На терези положена вже доля!&lt;br /&gt;</w:t>
        <w:br/>
        <w:t>Тася&lt;br /&gt;</w:t>
        <w:br/>
        <w:t>Так, милий мій! Не буде щастя нам,&lt;br /&gt;</w:t>
        <w:br/>
        <w:t>Коли наш брат конатиме в неволі...&lt;br /&gt;</w:t>
        <w:br/>
        <w:t>Ти всіх будив, так будь же на чолі:&lt;br /&gt;</w:t>
        <w:br/>
        <w:t>Іди туди, куди повинність кличе!&lt;br /&gt;</w:t>
        <w:br/>
        <w:t>Степан&lt;br /&gt;</w:t>
        <w:br/>
        <w:t>В твоїх очах горить вогонь святий,&lt;br /&gt;</w:t>
        <w:br/>
        <w:t>В твоїх устах пророче слово чую...&lt;br /&gt;</w:t>
        <w:br/>
        <w:t>Іду! Прощай... Але як ви самі&lt;br /&gt;</w:t>
        <w:br/>
        <w:t>Зостанетесь серед лихої бурі?&lt;br /&gt;</w:t>
        <w:br/>
        <w:t>Холоне кров... і серце замира..&lt;br /&gt;</w:t>
        <w:br/>
        <w:t>Хто захистить?&lt;br /&gt;</w:t>
        <w:br/>
        <w:t>Тася&lt;br /&gt;</w:t>
        <w:br/>
        <w:t>Той, хто керує світом!&lt;br /&gt;</w:t>
        <w:br/>
        <w:t>Йому дитя я доручу своє,&lt;br /&gt;</w:t>
        <w:br/>
        <w:t>Сама ж піду, з тобою попліч стану...&lt;br /&gt;</w:t>
        <w:br/>
        <w:t>Степан&lt;br /&gt;</w:t>
        <w:br/>
        <w:t>Єдиная!&lt;br /&gt;</w:t>
        <w:br/>
        <w:t>Остап&lt;br /&gt;</w:t>
        <w:br/>
        <w:t>Орлице наша!&lt;br /&gt;</w:t>
        <w:br/>
        <w:t>Степан&lt;br /&gt;</w:t>
        <w:br/>
        <w:t>Ти&lt;br /&gt;</w:t>
        <w:br/>
        <w:t>Розправила крило мені; внов чую&lt;br /&gt;</w:t>
        <w:br/>
        <w:t>Одвагу а міць...&lt;br /&gt;</w:t>
        <w:br/>
        <w:t>Тася&lt;br /&gt;</w:t>
        <w:br/>
        <w:t>На бога уповай&lt;br /&gt;</w:t>
        <w:br/>
        <w:t>І не тужи за нами: всі тепера&lt;br /&gt;</w:t>
        <w:br/>
        <w:t>Одна сім'я, зневажена сім'я!&lt;br /&gt;</w:t>
        <w:br/>
        <w:t>Остап&lt;br /&gt;</w:t>
        <w:br/>
        <w:t>Сюди ідуть... Я чую брязкіт шабель...&lt;br /&gt;</w:t>
        <w:br/>
        <w:t>То вороги!&lt;br /&gt;</w:t>
        <w:br/>
        <w:t>Степан&lt;br /&gt;</w:t>
        <w:br/>
        <w:t>Вперед! Не подавайсь!!&lt;br /&gt;</w:t>
        <w:br/>
        <w:t>Зразу темрява; картина зникав, музика, що тропіки раніш почалась,&lt;br /&gt;</w:t>
        <w:br/>
        <w:t>проводить тривогу, бій барабана, гвалт і лемент, а далі проводить,&lt;br /&gt;</w:t>
        <w:br/>
        <w:t>в тім же настрої, монолог Степана; а він уже устиг непримітно&lt;br /&gt;</w:t>
        <w:br/>
        <w:t>лягти знов на ліжко.</w:t>
      </w:r>
    </w:p>
    <w:p>
      <w:r>
        <w:br/>
        <w:t>ЯВА XII&lt;br /&gt;</w:t>
        <w:br/>
        <w:t>Братковський сам.&lt;br /&gt;</w:t>
        <w:br/>
        <w:t>Братковський (схоплюється з ліжка, не прокидаючись, а ніби в забутті, в кошмарі). Держи!.. Тримай&lt;br /&gt;</w:t>
        <w:br/>
        <w:t>двері!.. Ламають... Ой, упали!.. Стійте! (Кидається по&lt;br /&gt;</w:t>
        <w:br/>
        <w:t>хаті). Там дитя!.. Гей, собаки, бузувіри! На одного?.. її ж&lt;br /&gt;</w:t>
        <w:br/>
        <w:t>ва що?., На бога! Не руште!.. Мене... я винен... Ай! За косу&lt;br /&gt;</w:t>
        <w:br/>
        <w:t>тягнуть!.. Ііробії.. Об одвірок голова її вдарилась... Звірі...&lt;br /&gt;</w:t>
        <w:br/>
        <w:t>Кров... несила... Ох, смертьі&lt;br /&gt;</w:t>
        <w:br/>
        <w:t>При кінці монологу натикається на ліжко, падав головою вже до&lt;br /&gt;</w:t>
        <w:br/>
        <w:t>акторів і стогне; потім помалу затихає; музика теж з бурної переходить в небесну гармонію і проводить монолог матері Степана&lt;br /&gt;</w:t>
        <w:br/>
        <w:t>до появи коменданта.</w:t>
      </w:r>
    </w:p>
    <w:p>
      <w:r>
        <w:br/>
        <w:t>ЯВА XIII&lt;br /&gt;</w:t>
        <w:br/>
        <w:t>З'являється ніби на хмарах постать матері в'язня. Вона&lt;br /&gt;</w:t>
        <w:br/>
        <w:t>сходить 8 хмар і наближається до сина, кладе йому руку на чоло і&lt;br /&gt;</w:t>
        <w:br/>
        <w:t>промовляє під музику.&lt;br /&gt;</w:t>
        <w:br/>
        <w:t>Мати&lt;br /&gt;</w:t>
        <w:br/>
        <w:t>Настав твій час, мій сину дорогий,&lt;br /&gt;</w:t>
        <w:br/>
        <w:t>І разом ти забудеш усі муки;&lt;br /&gt;</w:t>
        <w:br/>
        <w:t>Натерпівся до станньої снаги&lt;br /&gt;</w:t>
        <w:br/>
        <w:t>І натрудив свої мозольні руки...&lt;br /&gt;</w:t>
        <w:br/>
        <w:t>Так відпочинь, голівку прихили&lt;br /&gt;</w:t>
        <w:br/>
        <w:t>До матері незрадливого лона:&lt;br /&gt;</w:t>
        <w:br/>
        <w:t>Тобі воно і там буде заслона,&lt;br /&gt;</w:t>
        <w:br/>
        <w:t>Де богрві складаються хвали...&lt;br /&gt;</w:t>
        <w:br/>
        <w:t>Заспи ж, засни, позбудься того лиха,&lt;br /&gt;</w:t>
        <w:br/>
        <w:t>Присплю тебе і приголублю стиха.&lt;br /&gt;</w:t>
        <w:br/>
        <w:t>Не нарікай, що ламлеться життя,&lt;br /&gt;</w:t>
        <w:br/>
        <w:t>Що мало втіх зажив на цьому світі,—&lt;br /&gt;</w:t>
        <w:br/>
        <w:t>Ти вип'єш ківш завчасний забуття,&lt;br /&gt;</w:t>
        <w:br/>
        <w:t>Не сплямивши ясного щастя й миті.&lt;br /&gt;</w:t>
        <w:br/>
        <w:t>Не нарікай, що марно твої дні&lt;br /&gt;</w:t>
        <w:br/>
        <w:t>Яскравою стягою промайнули:&lt;br /&gt;</w:t>
        <w:br/>
        <w:t>Твоя любов розбуркала знебулих,&lt;br /&gt;</w:t>
        <w:br/>
        <w:t>А смерть твоя скріпить ряди рясні,&lt;br /&gt;</w:t>
        <w:br/>
        <w:t>Й замає стяг братерства, правди, волі...&lt;br /&gt;</w:t>
        <w:br/>
        <w:t>Засни ж, спочинь,— ти потрудивсь доволі.&lt;br /&gt;</w:t>
        <w:br/>
        <w:t>Хмари розходяться, і уявляється райська, чудова глибінь.&lt;br /&gt;</w:t>
        <w:br/>
        <w:t>Дитя моє, коханий раю мій!&lt;br /&gt;</w:t>
        <w:br/>
        <w:t>Все, що здолав, ти учинив, мій сину;&lt;br /&gt;</w:t>
        <w:br/>
        <w:t>Тебе я в край надзоряний, ясний&lt;br /&gt;</w:t>
        <w:br/>
        <w:t>На хмарах цих знесу до одпочину...&lt;br /&gt;</w:t>
        <w:br/>
        <w:t>Звідтіль, з ясних незміряних глибінь,&lt;br /&gt;</w:t>
        <w:br/>
        <w:t>На землю ми зорітимем щохвилі,&lt;br /&gt;</w:t>
        <w:br/>
        <w:t>Болітимем за наших друзів милих,</w:t>
      </w:r>
    </w:p>
    <w:p>
      <w:r>
        <w:br/>
        <w:t>Благатимем і щастя, й долі їм.,.&lt;br /&gt;</w:t>
        <w:br/>
        <w:t>Засни ж, спочинь на материнім лоні,—&lt;br /&gt;</w:t>
        <w:br/>
        <w:t>Настраждавсь ти в братерній оборонії&lt;br /&gt;</w:t>
        <w:br/>
        <w:t>Барабан — і все вникав; внов тюремна стіна. У вікно раніше ще&lt;br /&gt;</w:t>
        <w:br/>
        <w:t>світало, а тепер ванявсь перший промінь.</w:t>
      </w:r>
    </w:p>
    <w:p>
      <w:r>
        <w:br/>
        <w:t>ЯВА XIV&lt;br /&gt;</w:t>
        <w:br/>
        <w:t>Ті ж і комендант, ксьондз, сторож та два вартових.&lt;br /&gt;</w:t>
        <w:br/>
        <w:t>Сторож (увійшов).&lt;br /&gt;</w:t>
        <w:br/>
        <w:t>Спить тихо які&lt;br /&gt;</w:t>
        <w:br/>
        <w:t>(Одвертається а плачем).&lt;br /&gt;</w:t>
        <w:br/>
        <w:t>Комендант зупинивсь нерішуче; два вартових стали на дверях; за&lt;br /&gt;</w:t>
        <w:br/>
        <w:t>дверима далі видко двох катів. Раптовий грій барабанів.&lt;br /&gt;</w:t>
        <w:br/>
        <w:t>Братковський (схоплюється).&lt;br /&gt;</w:t>
        <w:br/>
        <w:t>Що се? Зоря і ранок?!&lt;br /&gt;</w:t>
        <w:br/>
        <w:t>Ксьондз&lt;br /&gt;</w:t>
        <w:br/>
        <w:t>Мужайся!&lt;br /&gt;</w:t>
        <w:br/>
        <w:t>(Показує на небо).&lt;br /&gt;</w:t>
        <w:br/>
        <w:t>Там єсть милосердний суд,&lt;br /&gt;</w:t>
        <w:br/>
        <w:t>А тут лихих не ублагаєш, сину!&lt;br /&gt;</w:t>
        <w:br/>
        <w:t>Комендант&lt;br /&gt;</w:t>
        <w:br/>
        <w:t>Готовсь! Прощайсь! Кати ждуть...&lt;br /&gt;</w:t>
        <w:br/>
        <w:t>Братковський (притискав святе письмо до лона).&lt;br /&gt;</w:t>
        <w:br/>
        <w:t>Боже мій!&lt;br /&gt;</w:t>
        <w:br/>
        <w:t>(Скам'янів).&lt;br /&gt;</w:t>
        <w:br/>
        <w:t>В двері з нелюдським лементом вривається пан і Тася і припадав до ніг в'язня.&lt;br /&gt;</w:t>
        <w:br/>
        <w:t>Завіса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Остання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