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хризантема</w:t>
      </w:r>
    </w:p>
    <w:p>
      <w:r>
        <w:br/>
        <w:t xml:space="preserve"> Чому тепер твій квіт зацвів,&lt;br /&gt;</w:t>
        <w:br/>
        <w:t>Чом пелюстки тремтять?&lt;br /&gt;</w:t>
        <w:br/>
        <w:t>Уже пора для снігурів,&lt;br /&gt;</w:t>
        <w:br/>
        <w:t>Уже всі квіти сплять.</w:t>
      </w:r>
    </w:p>
    <w:p>
      <w:r>
        <w:br/>
        <w:t>Таж влітку сонечко було&lt;br /&gt;</w:t>
        <w:br/>
        <w:t>Для кожного зела,&lt;br /&gt;</w:t>
        <w:br/>
        <w:t>І силу віддало, й тепло, —&lt;br /&gt;</w:t>
        <w:br/>
        <w:t>Чому ж ти не цвіла?</w:t>
      </w:r>
    </w:p>
    <w:p>
      <w:r>
        <w:br/>
        <w:t>Збагнула ти лишень тепер&lt;br /&gt;</w:t>
        <w:br/>
        <w:t>Могутній сонця клик,&lt;br /&gt;</w:t>
        <w:br/>
        <w:t>Коли вже лист останній вмер,&lt;br /&gt;</w:t>
        <w:br/>
        <w:t>І згус у стеблах сік.</w:t>
      </w:r>
    </w:p>
    <w:p>
      <w:r>
        <w:br/>
        <w:t>Спізнилась ти в своїй красі —&lt;br /&gt;</w:t>
        <w:br/>
        <w:t>Минув осяйний час,&lt;br /&gt;</w:t>
        <w:br/>
        <w:t>На вітрі пелюстки усі&lt;br /&gt;</w:t>
        <w:br/>
        <w:t>Тріпочуть раз у раз.</w:t>
      </w:r>
    </w:p>
    <w:p>
      <w:r>
        <w:br/>
        <w:t>Чому розквітла на сльоту?&lt;br /&gt;</w:t>
        <w:br/>
        <w:t>Чи вірила дарма,&lt;br /&gt;</w:t>
        <w:br/>
        <w:t>Що на тендітну красоту&lt;br /&gt;</w:t>
        <w:br/>
        <w:t>Та й зглянеться зима?</w:t>
      </w:r>
    </w:p>
    <w:p>
      <w:r>
        <w:br/>
        <w:t>Тебе питати — то ж мана!&lt;br /&gt;</w:t>
        <w:br/>
        <w:t>Не скажеш і слівця.&lt;br /&gt;</w:t>
        <w:br/>
        <w:t>Ти просто маска ще одна&lt;br /&gt;</w:t>
        <w:br/>
        <w:t>Великого лиця.</w:t>
      </w:r>
    </w:p>
    <w:p>
      <w:r>
        <w:br/>
        <w:t>Перекладач: Є. Крижевич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хризантема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