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 лови князя</w:t>
      </w:r>
    </w:p>
    <w:p>
      <w:r>
        <w:br/>
        <w:t xml:space="preserve"> &lt;p&gt;Минали роки за роками. Під мудрою управою князя Ярослава розбудувалося й багатіло Галицьке князівство. Любив і поважав свого князя народ. Співці укладали в иого честь похвальні пісні.</w:t>
      </w:r>
    </w:p>
    <w:p>
      <w:r>
        <w:br/>
        <w:t>За працею й турботами про добро держави не дбав князь про себе. Він часто говорив:</w:t>
      </w:r>
    </w:p>
    <w:p>
      <w:r>
        <w:br/>
        <w:t>— Князь — голова, а й слуга свого народу. Мусить про всіх думати і для добра всіх трудитися. Свої особисті справи мусить поставити на самому кінці.</w:t>
      </w:r>
    </w:p>
    <w:p>
      <w:r>
        <w:br/>
        <w:t>Одинокою розвагою князя були книжки, що їх радо читав, та й лови ще, що їх любив пристрасно.</w:t>
      </w:r>
    </w:p>
    <w:p>
      <w:r>
        <w:br/>
        <w:t>У вересні 1187 р. князь робив приготування до великих ловів у своїх улюблених тисьменицьких лісах.</w:t>
      </w:r>
    </w:p>
    <w:p>
      <w:r>
        <w:br/>
        <w:t>Князь Ярослав мов відмолодів. Погода була гарна. Небо чисте, сонце гріло, як у літі.</w:t>
      </w:r>
    </w:p>
    <w:p>
      <w:r>
        <w:br/>
        <w:t>Виїхали.</w:t>
      </w:r>
    </w:p>
    <w:p>
      <w:r>
        <w:br/>
        <w:t>За Галичем, недалеко Галичиної могили, старенький сивобородий хлібороб орав ниву волами. Як надїхав княжий відділ, він перестав орати і придивлявся до ловецької дружини та валки возів.</w:t>
      </w:r>
    </w:p>
    <w:p>
      <w:r>
        <w:br/>
        <w:t>Коли князь зрівнався з ним, поздоровкався:</w:t>
      </w:r>
    </w:p>
    <w:p>
      <w:r>
        <w:br/>
        <w:t>— Дай, Боже, щастя!</w:t>
      </w:r>
    </w:p>
    <w:p>
      <w:r>
        <w:br/>
        <w:t>— Дай, Боже, і тобі, милостивий княже! — відповів селянин, а по хвилині додав: — Не впору ти вибрався на лови.</w:t>
      </w:r>
    </w:p>
    <w:p>
      <w:r>
        <w:br/>
        <w:t>— Чому не впору? — зчудувався князь. — Така гарна погода!</w:t>
      </w:r>
    </w:p>
    <w:p>
      <w:r>
        <w:br/>
        <w:t>— Погода то гарна, та не на довго. Буря й злива висять у повітрі — відповів старець.</w:t>
      </w:r>
    </w:p>
    <w:p>
      <w:r>
        <w:br/>
        <w:t>— Відкіля ти знаєш? — спитав князь.</w:t>
      </w:r>
    </w:p>
    <w:p>
      <w:r>
        <w:br/>
        <w:t>— Чую її у повітрі, і у костях моїх — сказав старець.</w:t>
      </w:r>
    </w:p>
    <w:p>
      <w:r>
        <w:br/>
        <w:t>— Ну що ж, як буря, то буря! Перебув я не одно, перебуду й її. Їдемо далі.</w:t>
      </w:r>
    </w:p>
    <w:p>
      <w:r>
        <w:br/>
        <w:t>Відїхали. Селянин ще довго дивився за відїжджаючими їздцями та возами, а потім узявся знов орати.</w:t>
      </w:r>
    </w:p>
    <w:p>
      <w:r>
        <w:br/>
        <w:t>Як князь вїхав у ліс, відразу став мов не той. Жваво й голосно давав накази, розставляв людей.</w:t>
      </w:r>
    </w:p>
    <w:p>
      <w:r>
        <w:br/>
        <w:t>А ліс стояв тихо, тихісінько без руху. Неначе в непевності, як військо перед боєм. Ця тиша спершу неначе бентежила князя, та як почув тріскіт гілля в гущавині, забув про все. Пізнав, що це якась грубша звірина там женеться. Незабаром побачили всі.</w:t>
      </w:r>
    </w:p>
    <w:p>
      <w:r>
        <w:br/>
        <w:t>— Олень, олень! — пішло шепотом між ловцями.</w:t>
      </w:r>
    </w:p>
    <w:p>
      <w:r>
        <w:br/>
        <w:t>Князь націлився з лука. Засвистіла стріла і вбилася оленеві в бік. Стривожений олень погнав що сили наперед. А князь за ним. Ще двічі вистрілив із лука, та не поцілив, бо олень швидким скоком скрутив убік. Князь не оглядався вже поза себе, чи є за ним люди його, а гнався далі. Вибіг на поляну, побачив далеко оленя, що зупинився і тривожно розглядався. Наложив стрілу на лук, націлився і вистрілив. Поцілив оленя в хребет. Олень зробив іще кілька скоків і впав. Князь прискочив до нього та ножем добив його. Тут і з'явилися біля князя його люди.</w:t>
      </w:r>
    </w:p>
    <w:p>
      <w:r>
        <w:br/>
        <w:t>Зайняті оленем і не завважили, як на небі появилася мала чорна хмаринка, що швидко росла.</w:t>
      </w:r>
    </w:p>
    <w:p>
      <w:r>
        <w:br/>
        <w:t>Аж як у лісі стемніло, сказав хтось:</w:t>
      </w:r>
    </w:p>
    <w:p>
      <w:r>
        <w:br/>
        <w:t>— Правду казав старий селянин там під Галичиною могилою, буде буря.</w:t>
      </w:r>
    </w:p>
    <w:p>
      <w:r>
        <w:br/>
        <w:t>Князь глянув і собі на небо. Все вже було чорне. А тут і громи і злива відразу.</w:t>
      </w:r>
    </w:p>
    <w:p>
      <w:r>
        <w:br/>
        <w:t>— Вертаймося до табору! — каже князь.</w:t>
      </w:r>
    </w:p>
    <w:p>
      <w:r>
        <w:br/>
        <w:t>Та поки дійшли до возів, перемокли всі до нитки. А тут ллє далі, як із відра, та похолодніло сильно відразу. Нашвидку зробили над возом наметець, і туди схоронився князь. А холодно було йому, аж зубами дзвонив.</w:t>
      </w:r>
    </w:p>
    <w:p>
      <w:r>
        <w:br/>
        <w:t>Каже воєвода Тудор:</w:t>
      </w:r>
    </w:p>
    <w:p>
      <w:r>
        <w:br/>
        <w:t>— Княже, нема що, треба нам кинути лови і їхати до найближчої хати.</w:t>
      </w:r>
    </w:p>
    <w:p>
      <w:r>
        <w:br/>
        <w:t>Так і зробили. Їхали, їхали, і вкінці побачили здалека загороду. Ледве доїхали болотом. Застукали в ворота. Залаяли собаки. Аж по добрій хвилині почули чалапання важких чобіт і голос:</w:t>
      </w:r>
    </w:p>
    <w:p>
      <w:r>
        <w:br/>
        <w:t>— А кого там товче в таку негоду по дорогах?</w:t>
      </w:r>
    </w:p>
    <w:p>
      <w:r>
        <w:br/>
        <w:t>— Князь Ярослав вертаеться з ловів і хоче скритися в вас перед дощем — відповіли вони.</w:t>
      </w:r>
    </w:p>
    <w:p>
      <w:r>
        <w:br/>
        <w:t>Заскрипіли ворота, і віз із князем вїхав на подвіря, а за ним інші вози й кінні їздцї.</w:t>
      </w:r>
    </w:p>
    <w:p>
      <w:r>
        <w:br/>
        <w:t>Повели князя в хату. Зараз переодягли його в суху одежу, подали гарячого молока.</w:t>
      </w:r>
    </w:p>
    <w:p>
      <w:r>
        <w:br/>
        <w:t>Князь прийшов до себе. Повеселішав, жартував.</w:t>
      </w:r>
    </w:p>
    <w:p>
      <w:r>
        <w:br/>
        <w:t>Незабаром дощ ущух. Князь подякував бояринові Яромирові Космичу і його подрузі за гостину та поїхав у Галич.</w:t>
      </w:r>
    </w:p>
    <w:p>
      <w:r>
        <w:br/>
        <w:t>Хоч князь по повороті з ловів не почувався недужим, усі завважили велику зміну на його лиці. Лікар відразу сказав:</w:t>
      </w:r>
    </w:p>
    <w:p>
      <w:r>
        <w:br/>
        <w:t>— Княже, тобі треба зараз у постіль.</w:t>
      </w:r>
    </w:p>
    <w:p>
      <w:r>
        <w:br/>
        <w:t>Та князь йому:</w:t>
      </w:r>
    </w:p>
    <w:p>
      <w:r>
        <w:br/>
        <w:t>— Е, що там! Почуваю мале ослаблення, та воно пройде. Нема часу лягати, справи ждуть.</w:t>
      </w:r>
    </w:p>
    <w:p>
      <w:r>
        <w:br/>
        <w:t>Та ввечорі дістав князь сильну гарячку, а потім нараз затрусила ним пропасниця, та нарікав, що коле його в лівому боці. Також сильний кашель докучав. Лікар оглянув і сказав, що це запалення легенів.</w:t>
      </w:r>
    </w:p>
    <w:p>
      <w:r>
        <w:br/>
        <w:t>Так без зміни було ввесь тиждень до суботи. В суботу 10 вересня полегшало князеві. А в неділю сподівався лікар перелому. Перелім був, та князеві не полегшало. Цим зажурився лікар.</w:t>
      </w:r>
    </w:p>
    <w:p>
      <w:r>
        <w:br/>
        <w:t>— Ще якась інша недуга прилучилася. Найгірше, що я не можу означити її — турбувався лікар.</w:t>
      </w:r>
    </w:p>
    <w:p>
      <w:r>
        <w:br/>
        <w:t>Князь почував сильне ослаблення на всьому тілі, знесилення.</w:t>
      </w:r>
    </w:p>
    <w:p>
      <w:r>
        <w:br/>
        <w:t>І що день було гірше. Лікар був безрадний.</w:t>
      </w:r>
    </w:p>
    <w:p>
      <w:r>
        <w:br/>
        <w:t>В понеділок 27 вересня князь велів покликати до себе дворецького Гліба Даниловича і каже йому:</w:t>
      </w:r>
    </w:p>
    <w:p>
      <w:r>
        <w:br/>
        <w:t>— Бачу я вже, що приходить мій кінець. Треба попрощатися з цим світом. Поклич отця єпископа, всіх воевод і визначних бояр. Хочу, з ними попрощатися і сазати їм мою останню волю.</w:t>
      </w:r>
    </w:p>
    <w:p>
      <w:r>
        <w:br/>
        <w:t>Прийшов єпископ Косма з Найсвятішими Дарами. Висповідав князя. Князь прийняв напуття.</w:t>
      </w:r>
    </w:p>
    <w:p>
      <w:r>
        <w:br/>
        <w:t>А потім стали сходитися всі покликані воєводи й визначні бояри.</w:t>
      </w:r>
    </w:p>
    <w:p>
      <w:r>
        <w:br/>
        <w:t>Князь велів поправити собі подушки так, щоб міг сісти.</w:t>
      </w:r>
    </w:p>
    <w:p>
      <w:r>
        <w:br/>
        <w:t>— Воєводи й усі визначні мужі галицькі! Почуваю, що вже скоро покличе мене Всевишній перед свій престіл на суд. Тому хочу попрощатися з вами всіма і сказати вам мою останню волю. Знаєте: два у мене сини — Володимир і Олег. Володимир смутйть мене. Він легко може знищити все, що збудував і укріпив мій батько і я. Зате Олег, я певний того, піде слідами батька мого та моїми. Тому призначую йому на князювання Галич, а Володимирові даю Перемишль. Там боярство й народ прив'язані до своїх князів, там держиться старий лад кріпко, і нема небезпеки, що Володимир зруйнує його. Тут інакше. Тут треба сильної руки, щоб удержати лад і слухняність. Тому я прошу вас і благаю для добра рідної землі й для добра всього народу, сповніть мою волю. Обіцяєте мені?</w:t>
      </w:r>
    </w:p>
    <w:p>
      <w:r>
        <w:br/>
        <w:t>Настала на хвилинку мовчанка. Всі оглядалися одні на одних. Видно було, що не всім до вподоби такий розпорядок князя. Тоді князь звернувся до воєводи Коснятина:</w:t>
      </w:r>
    </w:p>
    <w:p>
      <w:r>
        <w:br/>
        <w:t>— Як ти, воєводо, думаєш?</w:t>
      </w:r>
    </w:p>
    <w:p>
      <w:r>
        <w:br/>
        <w:t>А Коснятин відразу:</w:t>
      </w:r>
    </w:p>
    <w:p>
      <w:r>
        <w:br/>
        <w:t>— Твоя воля для мене свята, княже!</w:t>
      </w:r>
    </w:p>
    <w:p>
      <w:r>
        <w:br/>
        <w:t>Тоді вже всі:</w:t>
      </w:r>
    </w:p>
    <w:p>
      <w:r>
        <w:br/>
        <w:t>— Буде так, як ти розпорядиш, милостивий княже!</w:t>
      </w:r>
    </w:p>
    <w:p>
      <w:r>
        <w:br/>
        <w:t>І всі зі слізьми на очах прощалися з князем, навіть колишні його вороги. А третього дня дав наказ князь Ярослав дворецькому:</w:t>
      </w:r>
    </w:p>
    <w:p>
      <w:r>
        <w:br/>
        <w:t>— По моїй смерті майно моє роздати на церкви і манастир та вбогим.</w:t>
      </w:r>
    </w:p>
    <w:p>
      <w:r>
        <w:br/>
        <w:t>Першого жовтня в четвер рано Р. Б. 1187 не стало князя в живих.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 лови князя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